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4D7C" w14:textId="741ABDE8" w:rsidR="00272D85" w:rsidRPr="00B16846" w:rsidRDefault="00000000" w:rsidP="008B5AFB">
      <w:pPr>
        <w:pStyle w:val="Heading1"/>
        <w:spacing w:before="0"/>
        <w:jc w:val="center"/>
        <w:rPr>
          <w:i/>
          <w:iCs/>
          <w:color w:val="000000" w:themeColor="text1"/>
          <w:sz w:val="22"/>
          <w:szCs w:val="22"/>
        </w:rPr>
      </w:pPr>
      <w:bookmarkStart w:id="0" w:name="_Toc239329748"/>
      <w:r w:rsidRPr="00021D2E">
        <w:rPr>
          <w:rFonts w:ascii="Times New Roman" w:hAnsi="Times New Roman"/>
          <w:color w:val="000000" w:themeColor="text1"/>
          <w:sz w:val="22"/>
          <w:szCs w:val="22"/>
        </w:rPr>
        <w:t xml:space="preserve">PEMODELAN PREDIKSI VOLATILITAS TRANSAKSI KEUANGAN MENGGUNAKAN </w:t>
      </w:r>
      <w:r w:rsidRPr="00B16846">
        <w:rPr>
          <w:rFonts w:ascii="Times New Roman" w:hAnsi="Times New Roman"/>
          <w:i/>
          <w:iCs/>
          <w:color w:val="000000" w:themeColor="text1"/>
          <w:sz w:val="22"/>
          <w:szCs w:val="22"/>
        </w:rPr>
        <w:t>SUPPORT VECTOR MACHINE</w:t>
      </w:r>
      <w:bookmarkEnd w:id="0"/>
    </w:p>
    <w:p w14:paraId="02CFFD55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iCs/>
          <w:color w:val="000000" w:themeColor="text1"/>
          <w:spacing w:val="-2"/>
          <w:sz w:val="20"/>
          <w:szCs w:val="20"/>
        </w:rPr>
      </w:pPr>
    </w:p>
    <w:p w14:paraId="41E074C8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iCs/>
          <w:color w:val="000000" w:themeColor="text1"/>
          <w:spacing w:val="-2"/>
          <w:sz w:val="20"/>
          <w:szCs w:val="20"/>
        </w:rPr>
      </w:pPr>
    </w:p>
    <w:p w14:paraId="0A5B3559" w14:textId="0036657F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iCs/>
          <w:color w:val="000000" w:themeColor="text1"/>
          <w:sz w:val="20"/>
          <w:szCs w:val="20"/>
        </w:rPr>
      </w:pPr>
      <w:r w:rsidRPr="00021D2E">
        <w:rPr>
          <w:rFonts w:ascii="Book Antiqua" w:hAnsi="Book Antiqua"/>
          <w:b/>
          <w:bCs/>
          <w:iCs/>
          <w:color w:val="000000" w:themeColor="text1"/>
          <w:spacing w:val="-2"/>
          <w:sz w:val="20"/>
          <w:szCs w:val="20"/>
        </w:rPr>
        <w:t>SKRIPSI</w:t>
      </w:r>
    </w:p>
    <w:p w14:paraId="280A5D96" w14:textId="4769EEB2" w:rsidR="00A817EC" w:rsidRPr="00021D2E" w:rsidRDefault="00A817EC" w:rsidP="00A817EC">
      <w:pPr>
        <w:spacing w:after="0"/>
        <w:rPr>
          <w:i/>
          <w:color w:val="000000" w:themeColor="text1"/>
          <w:sz w:val="20"/>
          <w:szCs w:val="20"/>
        </w:rPr>
      </w:pPr>
      <w:r w:rsidRPr="00021D2E">
        <w:rPr>
          <w:i/>
          <w:noProof/>
          <w:color w:val="000000" w:themeColor="text1"/>
          <w:sz w:val="20"/>
          <w:szCs w:val="20"/>
        </w:rPr>
        <w:drawing>
          <wp:anchor distT="0" distB="0" distL="0" distR="0" simplePos="0" relativeHeight="251660800" behindDoc="1" locked="0" layoutInCell="1" allowOverlap="1" wp14:anchorId="1B74B0B4" wp14:editId="66ABB00C">
            <wp:simplePos x="0" y="0"/>
            <wp:positionH relativeFrom="page">
              <wp:posOffset>1922272</wp:posOffset>
            </wp:positionH>
            <wp:positionV relativeFrom="paragraph">
              <wp:posOffset>269820</wp:posOffset>
            </wp:positionV>
            <wp:extent cx="1619250" cy="1743932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43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B5189D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color w:val="000000" w:themeColor="text1"/>
          <w:spacing w:val="-4"/>
          <w:sz w:val="20"/>
          <w:szCs w:val="20"/>
        </w:rPr>
      </w:pPr>
      <w:bookmarkStart w:id="1" w:name="_Toc218750427"/>
      <w:bookmarkStart w:id="2" w:name="_Toc219540700"/>
      <w:bookmarkStart w:id="3" w:name="_Toc219543130"/>
      <w:bookmarkStart w:id="4" w:name="_Toc219545005"/>
      <w:bookmarkStart w:id="5" w:name="_Toc223507448"/>
      <w:bookmarkStart w:id="6" w:name="_Toc224308547"/>
      <w:bookmarkStart w:id="7" w:name="_Toc224463765"/>
      <w:bookmarkStart w:id="8" w:name="_Toc231225337"/>
      <w:bookmarkStart w:id="9" w:name="_Toc231225777"/>
      <w:bookmarkStart w:id="10" w:name="_Toc231225996"/>
      <w:bookmarkStart w:id="11" w:name="_Toc231226113"/>
      <w:bookmarkStart w:id="12" w:name="_Toc231226199"/>
      <w:bookmarkStart w:id="13" w:name="_Toc231284949"/>
      <w:bookmarkStart w:id="14" w:name="_Toc231295687"/>
      <w:bookmarkStart w:id="15" w:name="_Toc231296309"/>
      <w:bookmarkStart w:id="16" w:name="_Toc231297063"/>
      <w:bookmarkStart w:id="17" w:name="_Toc231469469"/>
      <w:bookmarkStart w:id="18" w:name="_Toc231795556"/>
      <w:bookmarkStart w:id="19" w:name="_Toc232064827"/>
      <w:bookmarkStart w:id="20" w:name="_Toc234222929"/>
      <w:bookmarkStart w:id="21" w:name="_Toc234433051"/>
      <w:bookmarkStart w:id="22" w:name="_Toc234437226"/>
      <w:bookmarkStart w:id="23" w:name="_Toc234437282"/>
      <w:bookmarkStart w:id="24" w:name="_Toc234927297"/>
      <w:bookmarkStart w:id="25" w:name="_Toc235433871"/>
      <w:bookmarkStart w:id="26" w:name="_Toc235433929"/>
    </w:p>
    <w:p w14:paraId="5706B46F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color w:val="000000" w:themeColor="text1"/>
          <w:spacing w:val="-4"/>
          <w:sz w:val="20"/>
          <w:szCs w:val="20"/>
        </w:rPr>
      </w:pPr>
    </w:p>
    <w:p w14:paraId="2E7DFFB3" w14:textId="3BB62DC5" w:rsidR="00A817EC" w:rsidRPr="00021D2E" w:rsidRDefault="00A817EC" w:rsidP="00A817EC">
      <w:pPr>
        <w:spacing w:after="0"/>
        <w:jc w:val="center"/>
        <w:rPr>
          <w:rFonts w:ascii="Book Antiqua" w:hAnsi="Book Antiqua"/>
          <w:color w:val="000000" w:themeColor="text1"/>
          <w:spacing w:val="-4"/>
          <w:sz w:val="20"/>
          <w:szCs w:val="20"/>
        </w:rPr>
      </w:pPr>
      <w:r w:rsidRPr="00021D2E">
        <w:rPr>
          <w:rFonts w:ascii="Book Antiqua" w:hAnsi="Book Antiqua"/>
          <w:color w:val="000000" w:themeColor="text1"/>
          <w:spacing w:val="-4"/>
          <w:sz w:val="20"/>
          <w:szCs w:val="20"/>
        </w:rPr>
        <w:t>Oleh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021D2E">
        <w:rPr>
          <w:rFonts w:ascii="Book Antiqua" w:hAnsi="Book Antiqua"/>
          <w:color w:val="000000" w:themeColor="text1"/>
          <w:spacing w:val="-4"/>
          <w:sz w:val="20"/>
          <w:szCs w:val="20"/>
        </w:rPr>
        <w:t>:</w:t>
      </w:r>
      <w:bookmarkEnd w:id="25"/>
      <w:bookmarkEnd w:id="26"/>
    </w:p>
    <w:p w14:paraId="32C74680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color w:val="000000" w:themeColor="text1"/>
          <w:spacing w:val="-4"/>
          <w:sz w:val="20"/>
          <w:szCs w:val="20"/>
        </w:rPr>
      </w:pPr>
    </w:p>
    <w:p w14:paraId="21E8797D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color w:val="000000" w:themeColor="text1"/>
          <w:sz w:val="20"/>
          <w:szCs w:val="20"/>
        </w:rPr>
      </w:pPr>
      <w:r w:rsidRPr="00021D2E">
        <w:rPr>
          <w:rFonts w:ascii="Book Antiqua" w:hAnsi="Book Antiqua"/>
          <w:b/>
          <w:bCs/>
          <w:color w:val="000000" w:themeColor="text1"/>
          <w:sz w:val="20"/>
          <w:szCs w:val="20"/>
        </w:rPr>
        <w:t>NAMA MAHASISWA</w:t>
      </w:r>
    </w:p>
    <w:p w14:paraId="6E8973D8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color w:val="000000" w:themeColor="text1"/>
          <w:sz w:val="20"/>
          <w:szCs w:val="20"/>
        </w:rPr>
      </w:pPr>
      <w:bookmarkStart w:id="27" w:name="_Toc218750429"/>
      <w:bookmarkStart w:id="28" w:name="_Toc219540702"/>
      <w:bookmarkStart w:id="29" w:name="_Toc219543132"/>
      <w:bookmarkStart w:id="30" w:name="_Toc219545007"/>
      <w:bookmarkStart w:id="31" w:name="_Toc223507450"/>
      <w:bookmarkStart w:id="32" w:name="_Toc224308549"/>
      <w:bookmarkStart w:id="33" w:name="_Toc224463767"/>
      <w:bookmarkStart w:id="34" w:name="_Toc231225339"/>
      <w:bookmarkStart w:id="35" w:name="_Toc231225779"/>
      <w:bookmarkStart w:id="36" w:name="_Toc231225998"/>
      <w:bookmarkStart w:id="37" w:name="_Toc231226115"/>
      <w:bookmarkStart w:id="38" w:name="_Toc231226201"/>
      <w:bookmarkStart w:id="39" w:name="_Toc231284951"/>
      <w:bookmarkStart w:id="40" w:name="_Toc231295689"/>
      <w:bookmarkStart w:id="41" w:name="_Toc231296311"/>
      <w:bookmarkStart w:id="42" w:name="_Toc231297065"/>
      <w:bookmarkStart w:id="43" w:name="_Toc231469471"/>
      <w:bookmarkStart w:id="44" w:name="_Toc231795558"/>
      <w:bookmarkStart w:id="45" w:name="_Toc232064829"/>
      <w:bookmarkStart w:id="46" w:name="_Toc234222931"/>
      <w:bookmarkStart w:id="47" w:name="_Toc234433053"/>
      <w:bookmarkStart w:id="48" w:name="_Toc234437228"/>
      <w:bookmarkStart w:id="49" w:name="_Toc234437284"/>
      <w:bookmarkStart w:id="50" w:name="_Toc234927299"/>
      <w:bookmarkStart w:id="51" w:name="_Toc235433873"/>
      <w:bookmarkStart w:id="52" w:name="_Toc235433931"/>
      <w:r w:rsidRPr="00021D2E">
        <w:rPr>
          <w:rFonts w:ascii="Book Antiqua" w:hAnsi="Book Antiqua"/>
          <w:b/>
          <w:bCs/>
          <w:color w:val="000000" w:themeColor="text1"/>
          <w:sz w:val="20"/>
          <w:szCs w:val="20"/>
        </w:rPr>
        <w:t>NIM 2303155400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021D2E">
        <w:rPr>
          <w:rFonts w:ascii="Book Antiqua" w:hAnsi="Book Antiqua"/>
          <w:b/>
          <w:bCs/>
          <w:color w:val="000000" w:themeColor="text1"/>
          <w:sz w:val="20"/>
          <w:szCs w:val="20"/>
        </w:rPr>
        <w:t>1</w:t>
      </w:r>
    </w:p>
    <w:p w14:paraId="2A2E1198" w14:textId="77777777" w:rsidR="00A817EC" w:rsidRPr="00021D2E" w:rsidRDefault="00A817EC" w:rsidP="00A817EC">
      <w:pPr>
        <w:spacing w:after="0"/>
        <w:rPr>
          <w:color w:val="000000" w:themeColor="text1"/>
          <w:sz w:val="20"/>
          <w:szCs w:val="20"/>
        </w:rPr>
      </w:pPr>
    </w:p>
    <w:p w14:paraId="4465ABE4" w14:textId="77777777" w:rsidR="00A817EC" w:rsidRPr="00021D2E" w:rsidRDefault="00A817EC" w:rsidP="00A817EC">
      <w:pPr>
        <w:spacing w:after="0"/>
        <w:rPr>
          <w:color w:val="000000" w:themeColor="text1"/>
          <w:sz w:val="20"/>
          <w:szCs w:val="20"/>
        </w:rPr>
      </w:pPr>
    </w:p>
    <w:p w14:paraId="0B802219" w14:textId="77777777" w:rsidR="00A817EC" w:rsidRPr="00021D2E" w:rsidRDefault="00A817EC" w:rsidP="00A817EC">
      <w:pPr>
        <w:spacing w:after="0"/>
        <w:rPr>
          <w:color w:val="000000" w:themeColor="text1"/>
          <w:sz w:val="20"/>
          <w:szCs w:val="20"/>
        </w:rPr>
      </w:pPr>
    </w:p>
    <w:p w14:paraId="4DA8CB82" w14:textId="77777777" w:rsidR="00A817EC" w:rsidRDefault="00A817EC" w:rsidP="00A817EC">
      <w:pPr>
        <w:spacing w:after="0"/>
        <w:rPr>
          <w:color w:val="000000" w:themeColor="text1"/>
          <w:sz w:val="20"/>
          <w:szCs w:val="20"/>
        </w:rPr>
      </w:pPr>
    </w:p>
    <w:p w14:paraId="4FB2482F" w14:textId="77777777" w:rsidR="00021D2E" w:rsidRDefault="00021D2E" w:rsidP="00A817EC">
      <w:pPr>
        <w:spacing w:after="0"/>
        <w:rPr>
          <w:color w:val="000000" w:themeColor="text1"/>
          <w:sz w:val="20"/>
          <w:szCs w:val="20"/>
        </w:rPr>
      </w:pPr>
    </w:p>
    <w:p w14:paraId="33173176" w14:textId="77777777" w:rsidR="00021D2E" w:rsidRPr="00021D2E" w:rsidRDefault="00021D2E" w:rsidP="00A817EC">
      <w:pPr>
        <w:spacing w:after="0"/>
        <w:rPr>
          <w:color w:val="000000" w:themeColor="text1"/>
          <w:sz w:val="20"/>
          <w:szCs w:val="20"/>
        </w:rPr>
      </w:pPr>
    </w:p>
    <w:p w14:paraId="5F941D6E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  <w:t>UNIVERSITAS NEGERI SURABAYA</w:t>
      </w:r>
    </w:p>
    <w:p w14:paraId="5039F1AE" w14:textId="77777777" w:rsidR="00A817EC" w:rsidRPr="00021D2E" w:rsidRDefault="00A817EC" w:rsidP="00A817EC">
      <w:pPr>
        <w:spacing w:after="0"/>
        <w:ind w:left="-170" w:right="-170"/>
        <w:jc w:val="center"/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  <w:t>FAKULTAS MATEMATIKA DAN ILMU PENGETAHUAN ALAM</w:t>
      </w:r>
    </w:p>
    <w:p w14:paraId="59F98F8E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  <w:t>PROGRAM STUDI S1 SAINS DATA</w:t>
      </w:r>
    </w:p>
    <w:p w14:paraId="56051147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color w:val="000000" w:themeColor="text1"/>
          <w:sz w:val="20"/>
          <w:szCs w:val="20"/>
          <w:lang w:val="sv-SE"/>
        </w:rPr>
        <w:t>2026</w:t>
      </w:r>
    </w:p>
    <w:p w14:paraId="58A719DC" w14:textId="40F4580E" w:rsidR="00A817EC" w:rsidRPr="00B16846" w:rsidRDefault="00A817EC" w:rsidP="00A817EC">
      <w:pPr>
        <w:spacing w:after="0"/>
        <w:jc w:val="center"/>
        <w:rPr>
          <w:rFonts w:ascii="Book Antiqua" w:hAnsi="Book Antiqua"/>
          <w:i/>
          <w:iCs/>
          <w:sz w:val="20"/>
          <w:szCs w:val="20"/>
        </w:rPr>
      </w:pPr>
      <w:r w:rsidRPr="00021D2E">
        <w:rPr>
          <w:rFonts w:ascii="Book Antiqua" w:hAnsi="Book Antiqua"/>
          <w:b/>
          <w:bCs/>
          <w:sz w:val="20"/>
          <w:szCs w:val="20"/>
        </w:rPr>
        <w:lastRenderedPageBreak/>
        <w:t xml:space="preserve">PEMODELAN PREDIKSI VOLATILITAS TRANSAKSI KEUANGAN MENGGUNAKAN </w:t>
      </w:r>
      <w:r w:rsidRPr="00B16846">
        <w:rPr>
          <w:rFonts w:ascii="Book Antiqua" w:hAnsi="Book Antiqua"/>
          <w:b/>
          <w:bCs/>
          <w:i/>
          <w:iCs/>
          <w:sz w:val="20"/>
          <w:szCs w:val="20"/>
        </w:rPr>
        <w:t>SUPPORT VECTOR MACHINE</w:t>
      </w:r>
    </w:p>
    <w:p w14:paraId="4AEF8791" w14:textId="77777777" w:rsidR="00A817EC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79A5CEA6" w14:textId="77777777" w:rsidR="008275CE" w:rsidRPr="00021D2E" w:rsidRDefault="008275CE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1D97FEAA" w14:textId="3C274E31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r w:rsidRPr="00021D2E">
        <w:rPr>
          <w:rFonts w:ascii="Book Antiqua" w:hAnsi="Book Antiqua"/>
          <w:b/>
          <w:bCs/>
          <w:sz w:val="20"/>
          <w:szCs w:val="20"/>
        </w:rPr>
        <w:t>SKRIPSI</w:t>
      </w:r>
    </w:p>
    <w:p w14:paraId="6B118F41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</w:p>
    <w:p w14:paraId="1BB1A61A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  <w:proofErr w:type="spellStart"/>
      <w:r w:rsidRPr="00021D2E">
        <w:rPr>
          <w:rFonts w:ascii="Book Antiqua" w:hAnsi="Book Antiqua"/>
          <w:sz w:val="20"/>
          <w:szCs w:val="20"/>
        </w:rPr>
        <w:t>Diajukan</w:t>
      </w:r>
      <w:proofErr w:type="spellEnd"/>
      <w:r w:rsidRPr="00021D2E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021D2E">
        <w:rPr>
          <w:rFonts w:ascii="Book Antiqua" w:hAnsi="Book Antiqua"/>
          <w:sz w:val="20"/>
          <w:szCs w:val="20"/>
        </w:rPr>
        <w:t>Kepada</w:t>
      </w:r>
      <w:proofErr w:type="spellEnd"/>
      <w:r w:rsidRPr="00021D2E">
        <w:rPr>
          <w:rFonts w:ascii="Book Antiqua" w:hAnsi="Book Antiqua"/>
          <w:sz w:val="20"/>
          <w:szCs w:val="20"/>
        </w:rPr>
        <w:t xml:space="preserve"> Universitas Negeri Surabaya </w:t>
      </w:r>
      <w:proofErr w:type="spellStart"/>
      <w:r w:rsidRPr="00021D2E">
        <w:rPr>
          <w:rFonts w:ascii="Book Antiqua" w:hAnsi="Book Antiqua"/>
          <w:sz w:val="20"/>
          <w:szCs w:val="20"/>
        </w:rPr>
        <w:t>untuk</w:t>
      </w:r>
      <w:proofErr w:type="spellEnd"/>
    </w:p>
    <w:p w14:paraId="093E0618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proofErr w:type="spellStart"/>
      <w:r w:rsidRPr="00021D2E">
        <w:rPr>
          <w:rFonts w:ascii="Book Antiqua" w:hAnsi="Book Antiqua"/>
          <w:sz w:val="20"/>
          <w:szCs w:val="20"/>
        </w:rPr>
        <w:t>Memenuhi</w:t>
      </w:r>
      <w:proofErr w:type="spellEnd"/>
      <w:r w:rsidRPr="00021D2E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021D2E">
        <w:rPr>
          <w:rFonts w:ascii="Book Antiqua" w:hAnsi="Book Antiqua"/>
          <w:sz w:val="20"/>
          <w:szCs w:val="20"/>
        </w:rPr>
        <w:t>Persyaratan</w:t>
      </w:r>
      <w:proofErr w:type="spellEnd"/>
      <w:r w:rsidRPr="00021D2E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021D2E">
        <w:rPr>
          <w:rFonts w:ascii="Book Antiqua" w:hAnsi="Book Antiqua"/>
          <w:sz w:val="20"/>
          <w:szCs w:val="20"/>
        </w:rPr>
        <w:t>Penyelesaian</w:t>
      </w:r>
      <w:proofErr w:type="spellEnd"/>
      <w:r w:rsidRPr="00021D2E">
        <w:rPr>
          <w:rFonts w:ascii="Book Antiqua" w:hAnsi="Book Antiqua"/>
          <w:sz w:val="20"/>
          <w:szCs w:val="20"/>
        </w:rPr>
        <w:t xml:space="preserve"> Program Sarjana Sains Data (</w:t>
      </w:r>
      <w:proofErr w:type="spellStart"/>
      <w:r w:rsidRPr="00021D2E">
        <w:rPr>
          <w:rFonts w:ascii="Book Antiqua" w:hAnsi="Book Antiqua"/>
          <w:sz w:val="20"/>
          <w:szCs w:val="20"/>
        </w:rPr>
        <w:t>S.Si.D</w:t>
      </w:r>
      <w:proofErr w:type="spellEnd"/>
      <w:r w:rsidRPr="00021D2E">
        <w:rPr>
          <w:rFonts w:ascii="Book Antiqua" w:hAnsi="Book Antiqua"/>
          <w:sz w:val="20"/>
          <w:szCs w:val="20"/>
        </w:rPr>
        <w:t>.)</w:t>
      </w:r>
    </w:p>
    <w:p w14:paraId="2B7C879C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</w:p>
    <w:p w14:paraId="636B2AAF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</w:p>
    <w:p w14:paraId="21517290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r w:rsidRPr="00021D2E">
        <w:rPr>
          <w:rFonts w:ascii="Book Antiqua" w:hAnsi="Book Antiqua"/>
          <w:sz w:val="20"/>
          <w:szCs w:val="20"/>
        </w:rPr>
        <w:t>Oleh:</w:t>
      </w:r>
    </w:p>
    <w:p w14:paraId="4CA4C2DF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67D4C691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r w:rsidRPr="00021D2E">
        <w:rPr>
          <w:rFonts w:ascii="Book Antiqua" w:hAnsi="Book Antiqua"/>
          <w:sz w:val="20"/>
          <w:szCs w:val="20"/>
          <w:u w:val="single"/>
        </w:rPr>
        <w:t>Nama Mahasiswa</w:t>
      </w:r>
    </w:p>
    <w:p w14:paraId="68D2958B" w14:textId="77777777" w:rsidR="00A817EC" w:rsidRPr="00021D2E" w:rsidRDefault="00A817EC" w:rsidP="00A817EC">
      <w:pPr>
        <w:spacing w:after="0"/>
        <w:jc w:val="center"/>
        <w:rPr>
          <w:b/>
          <w:bCs/>
          <w:sz w:val="20"/>
          <w:szCs w:val="20"/>
        </w:rPr>
      </w:pPr>
      <w:r w:rsidRPr="00021D2E">
        <w:rPr>
          <w:rFonts w:ascii="Book Antiqua" w:hAnsi="Book Antiqua"/>
          <w:sz w:val="20"/>
          <w:szCs w:val="20"/>
        </w:rPr>
        <w:t>NIM. 23031554001</w:t>
      </w:r>
    </w:p>
    <w:p w14:paraId="71BFF2C6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6BD18ABE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60C47BC1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  <w:r w:rsidRPr="00021D2E">
        <w:rPr>
          <w:rFonts w:ascii="Book Antiqua" w:hAnsi="Book Antiqua"/>
          <w:sz w:val="20"/>
          <w:szCs w:val="20"/>
        </w:rPr>
        <w:t>Oleh Bimbingan:</w:t>
      </w:r>
    </w:p>
    <w:p w14:paraId="6CCC8822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7D8F6534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r w:rsidRPr="00021D2E">
        <w:rPr>
          <w:rFonts w:ascii="Book Antiqua" w:hAnsi="Book Antiqua"/>
          <w:sz w:val="20"/>
          <w:szCs w:val="20"/>
          <w:u w:val="single"/>
        </w:rPr>
        <w:t xml:space="preserve">Dosen </w:t>
      </w:r>
      <w:proofErr w:type="spellStart"/>
      <w:r w:rsidRPr="00021D2E">
        <w:rPr>
          <w:rFonts w:ascii="Book Antiqua" w:hAnsi="Book Antiqua"/>
          <w:sz w:val="20"/>
          <w:szCs w:val="20"/>
          <w:u w:val="single"/>
        </w:rPr>
        <w:t>Pembimbing</w:t>
      </w:r>
      <w:proofErr w:type="spellEnd"/>
      <w:r w:rsidRPr="00021D2E">
        <w:rPr>
          <w:rFonts w:ascii="Book Antiqua" w:hAnsi="Book Antiqua"/>
          <w:sz w:val="20"/>
          <w:szCs w:val="20"/>
          <w:u w:val="single"/>
        </w:rPr>
        <w:t xml:space="preserve"> I, </w:t>
      </w:r>
      <w:proofErr w:type="spellStart"/>
      <w:proofErr w:type="gramStart"/>
      <w:r w:rsidRPr="00021D2E">
        <w:rPr>
          <w:rFonts w:ascii="Book Antiqua" w:hAnsi="Book Antiqua"/>
          <w:sz w:val="20"/>
          <w:szCs w:val="20"/>
          <w:u w:val="single"/>
        </w:rPr>
        <w:t>M.Kom</w:t>
      </w:r>
      <w:proofErr w:type="spellEnd"/>
      <w:proofErr w:type="gramEnd"/>
      <w:r w:rsidRPr="00021D2E">
        <w:rPr>
          <w:rFonts w:ascii="Book Antiqua" w:hAnsi="Book Antiqua"/>
          <w:sz w:val="20"/>
          <w:szCs w:val="20"/>
          <w:u w:val="single"/>
        </w:rPr>
        <w:t>.</w:t>
      </w:r>
    </w:p>
    <w:p w14:paraId="012A689E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r w:rsidRPr="00021D2E">
        <w:rPr>
          <w:rFonts w:ascii="Book Antiqua" w:hAnsi="Book Antiqua"/>
          <w:sz w:val="20"/>
          <w:szCs w:val="20"/>
        </w:rPr>
        <w:t>NIP. 19661XXXXXXX2</w:t>
      </w:r>
    </w:p>
    <w:p w14:paraId="52FC1817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</w:p>
    <w:p w14:paraId="2C350805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  <w:u w:val="single"/>
        </w:rPr>
      </w:pPr>
      <w:r w:rsidRPr="00021D2E">
        <w:rPr>
          <w:rFonts w:ascii="Book Antiqua" w:hAnsi="Book Antiqua"/>
          <w:sz w:val="20"/>
          <w:szCs w:val="20"/>
          <w:u w:val="single"/>
        </w:rPr>
        <w:t xml:space="preserve">Dosen </w:t>
      </w:r>
      <w:proofErr w:type="spellStart"/>
      <w:r w:rsidRPr="00021D2E">
        <w:rPr>
          <w:rFonts w:ascii="Book Antiqua" w:hAnsi="Book Antiqua"/>
          <w:sz w:val="20"/>
          <w:szCs w:val="20"/>
          <w:u w:val="single"/>
        </w:rPr>
        <w:t>Pembimbing</w:t>
      </w:r>
      <w:proofErr w:type="spellEnd"/>
      <w:r w:rsidRPr="00021D2E">
        <w:rPr>
          <w:rFonts w:ascii="Book Antiqua" w:hAnsi="Book Antiqua"/>
          <w:sz w:val="20"/>
          <w:szCs w:val="20"/>
          <w:u w:val="single"/>
        </w:rPr>
        <w:t xml:space="preserve"> II, </w:t>
      </w:r>
      <w:proofErr w:type="spellStart"/>
      <w:r w:rsidRPr="00021D2E">
        <w:rPr>
          <w:rFonts w:ascii="Book Antiqua" w:hAnsi="Book Antiqua"/>
          <w:sz w:val="20"/>
          <w:szCs w:val="20"/>
          <w:u w:val="single"/>
        </w:rPr>
        <w:t>M.Stat</w:t>
      </w:r>
      <w:proofErr w:type="spellEnd"/>
      <w:r w:rsidRPr="00021D2E">
        <w:rPr>
          <w:rFonts w:ascii="Book Antiqua" w:hAnsi="Book Antiqua"/>
          <w:sz w:val="20"/>
          <w:szCs w:val="20"/>
          <w:u w:val="single"/>
        </w:rPr>
        <w:t>.</w:t>
      </w:r>
    </w:p>
    <w:p w14:paraId="098168B5" w14:textId="77777777" w:rsidR="00A817EC" w:rsidRPr="00021D2E" w:rsidRDefault="00A817EC" w:rsidP="00A817EC">
      <w:pPr>
        <w:spacing w:after="0"/>
        <w:jc w:val="center"/>
        <w:rPr>
          <w:rFonts w:ascii="Book Antiqua" w:hAnsi="Book Antiqua"/>
          <w:b/>
          <w:bCs/>
          <w:sz w:val="20"/>
          <w:szCs w:val="20"/>
        </w:rPr>
      </w:pPr>
      <w:r w:rsidRPr="00021D2E">
        <w:rPr>
          <w:rFonts w:ascii="Book Antiqua" w:hAnsi="Book Antiqua"/>
          <w:sz w:val="20"/>
          <w:szCs w:val="20"/>
        </w:rPr>
        <w:t>NIP. 19661XXXXXXX2</w:t>
      </w:r>
    </w:p>
    <w:p w14:paraId="28019B0E" w14:textId="77777777" w:rsidR="00A817EC" w:rsidRPr="00021D2E" w:rsidRDefault="00A817EC" w:rsidP="00A817EC">
      <w:pPr>
        <w:spacing w:after="0"/>
        <w:rPr>
          <w:rFonts w:ascii="Book Antiqua" w:hAnsi="Book Antiqua"/>
          <w:sz w:val="20"/>
          <w:szCs w:val="20"/>
        </w:rPr>
      </w:pPr>
    </w:p>
    <w:p w14:paraId="60A6358F" w14:textId="77777777" w:rsidR="00A817EC" w:rsidRDefault="00A817EC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</w:p>
    <w:p w14:paraId="02835F88" w14:textId="77777777" w:rsidR="00021D2E" w:rsidRPr="00021D2E" w:rsidRDefault="00021D2E" w:rsidP="00A817EC">
      <w:pPr>
        <w:spacing w:after="0"/>
        <w:jc w:val="center"/>
        <w:rPr>
          <w:rFonts w:ascii="Book Antiqua" w:hAnsi="Book Antiqua"/>
          <w:sz w:val="20"/>
          <w:szCs w:val="20"/>
        </w:rPr>
      </w:pPr>
    </w:p>
    <w:p w14:paraId="6361A81B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sz w:val="20"/>
          <w:szCs w:val="20"/>
          <w:lang w:val="sv-SE"/>
        </w:rPr>
      </w:pPr>
      <w:r w:rsidRPr="00021D2E">
        <w:rPr>
          <w:rFonts w:ascii="Book Antiqua" w:hAnsi="Book Antiqua"/>
          <w:sz w:val="20"/>
          <w:szCs w:val="20"/>
        </w:rPr>
        <w:br/>
      </w:r>
      <w:r w:rsidRPr="00021D2E">
        <w:rPr>
          <w:rFonts w:ascii="Book Antiqua" w:eastAsia="Book Antiqua" w:hAnsi="Book Antiqua"/>
          <w:b/>
          <w:noProof/>
          <w:sz w:val="20"/>
          <w:szCs w:val="20"/>
          <w:lang w:val="sv-SE"/>
        </w:rPr>
        <w:t>UNIVERSITAS NEGERI SURABAYA</w:t>
      </w:r>
    </w:p>
    <w:p w14:paraId="347B08FF" w14:textId="77777777" w:rsidR="00A817EC" w:rsidRPr="00021D2E" w:rsidRDefault="00A817EC" w:rsidP="00A817EC">
      <w:pPr>
        <w:spacing w:after="0"/>
        <w:ind w:left="-170" w:right="-170"/>
        <w:jc w:val="center"/>
        <w:rPr>
          <w:rFonts w:ascii="Book Antiqua" w:eastAsia="Book Antiqua" w:hAnsi="Book Antiqua"/>
          <w:b/>
          <w:noProof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sz w:val="20"/>
          <w:szCs w:val="20"/>
          <w:lang w:val="sv-SE"/>
        </w:rPr>
        <w:t>FAKULTAS MATEMATIKA DAN ILMU PENGETAHUAN ALAM</w:t>
      </w:r>
    </w:p>
    <w:p w14:paraId="6F14FBC5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sz w:val="20"/>
          <w:szCs w:val="20"/>
          <w:lang w:val="sv-SE"/>
        </w:rPr>
        <w:t>PROGRAM STUDI S1 SAINS DATA</w:t>
      </w:r>
    </w:p>
    <w:p w14:paraId="130BAC4E" w14:textId="77777777" w:rsidR="00A817EC" w:rsidRPr="00021D2E" w:rsidRDefault="00A817EC" w:rsidP="00A817EC">
      <w:pPr>
        <w:spacing w:after="0"/>
        <w:jc w:val="center"/>
        <w:rPr>
          <w:rFonts w:ascii="Book Antiqua" w:eastAsia="Book Antiqua" w:hAnsi="Book Antiqua"/>
          <w:b/>
          <w:noProof/>
          <w:sz w:val="20"/>
          <w:szCs w:val="20"/>
          <w:lang w:val="sv-SE"/>
        </w:rPr>
      </w:pPr>
      <w:r w:rsidRPr="00021D2E">
        <w:rPr>
          <w:rFonts w:ascii="Book Antiqua" w:eastAsia="Book Antiqua" w:hAnsi="Book Antiqua"/>
          <w:b/>
          <w:noProof/>
          <w:sz w:val="20"/>
          <w:szCs w:val="20"/>
          <w:lang w:val="sv-SE"/>
        </w:rPr>
        <w:t>2026</w:t>
      </w:r>
    </w:p>
    <w:p w14:paraId="1CBA6F7C" w14:textId="77777777" w:rsidR="00272D85" w:rsidRDefault="00000000" w:rsidP="008B5AFB">
      <w:pPr>
        <w:pStyle w:val="Heading1"/>
        <w:jc w:val="center"/>
        <w:rPr>
          <w:rFonts w:ascii="Times New Roman" w:hAnsi="Times New Roman"/>
          <w:color w:val="000000" w:themeColor="text1"/>
          <w:sz w:val="20"/>
          <w:szCs w:val="20"/>
        </w:rPr>
      </w:pPr>
      <w:bookmarkStart w:id="53" w:name="_Toc239329749"/>
      <w:r w:rsidRPr="00021D2E">
        <w:rPr>
          <w:rFonts w:ascii="Times New Roman" w:hAnsi="Times New Roman"/>
          <w:color w:val="000000" w:themeColor="text1"/>
          <w:sz w:val="20"/>
          <w:szCs w:val="20"/>
        </w:rPr>
        <w:lastRenderedPageBreak/>
        <w:t>ABSTRAK</w:t>
      </w:r>
      <w:bookmarkEnd w:id="53"/>
    </w:p>
    <w:p w14:paraId="77C85B0F" w14:textId="77777777" w:rsidR="008B5AFB" w:rsidRPr="008B5AFB" w:rsidRDefault="008B5AFB" w:rsidP="008B5AFB">
      <w:pPr>
        <w:spacing w:after="0"/>
        <w:rPr>
          <w:sz w:val="20"/>
          <w:szCs w:val="20"/>
        </w:rPr>
      </w:pPr>
    </w:p>
    <w:tbl>
      <w:tblPr>
        <w:tblStyle w:val="TableGrid"/>
        <w:tblW w:w="6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"/>
        <w:gridCol w:w="3960"/>
      </w:tblGrid>
      <w:tr w:rsidR="00021D2E" w:rsidRPr="00021D2E" w14:paraId="0BA76BD1" w14:textId="77777777" w:rsidTr="00A43951">
        <w:tc>
          <w:tcPr>
            <w:tcW w:w="2127" w:type="dxa"/>
          </w:tcPr>
          <w:p w14:paraId="517EC849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Nama </w:t>
            </w: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Penulis</w:t>
            </w:r>
            <w:proofErr w:type="spellEnd"/>
          </w:p>
        </w:tc>
        <w:tc>
          <w:tcPr>
            <w:tcW w:w="283" w:type="dxa"/>
          </w:tcPr>
          <w:p w14:paraId="07D678BB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49E25A1A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Nama Mahasiswa</w:t>
            </w:r>
          </w:p>
        </w:tc>
      </w:tr>
      <w:tr w:rsidR="00021D2E" w:rsidRPr="00021D2E" w14:paraId="445EC05C" w14:textId="77777777" w:rsidTr="00A43951">
        <w:tc>
          <w:tcPr>
            <w:tcW w:w="2127" w:type="dxa"/>
          </w:tcPr>
          <w:p w14:paraId="30DFF8A2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Judul</w:t>
            </w:r>
            <w:proofErr w:type="spellEnd"/>
          </w:p>
        </w:tc>
        <w:tc>
          <w:tcPr>
            <w:tcW w:w="283" w:type="dxa"/>
          </w:tcPr>
          <w:p w14:paraId="1B52322D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3B5B9B39" w14:textId="78E2E4C7" w:rsidR="00021D2E" w:rsidRPr="00021D2E" w:rsidRDefault="008275CE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Pemodelan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Prediksi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Volatilitas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Transaksi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Keuangan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8275CE">
              <w:rPr>
                <w:rFonts w:ascii="Book Antiqua" w:hAnsi="Book Antiqua"/>
                <w:sz w:val="20"/>
                <w:szCs w:val="20"/>
              </w:rPr>
              <w:t>Menggunakan</w:t>
            </w:r>
            <w:proofErr w:type="spellEnd"/>
            <w:r w:rsidRPr="008275CE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B16846">
              <w:rPr>
                <w:rFonts w:ascii="Book Antiqua" w:hAnsi="Book Antiqua"/>
                <w:i/>
                <w:iCs/>
                <w:sz w:val="20"/>
                <w:szCs w:val="20"/>
              </w:rPr>
              <w:t>Support Vector Machi</w:t>
            </w:r>
            <w:r w:rsidRPr="008275CE">
              <w:rPr>
                <w:rFonts w:ascii="Book Antiqua" w:hAnsi="Book Antiqua"/>
                <w:sz w:val="20"/>
                <w:szCs w:val="20"/>
              </w:rPr>
              <w:t>ne</w:t>
            </w:r>
          </w:p>
        </w:tc>
      </w:tr>
      <w:tr w:rsidR="00021D2E" w:rsidRPr="00021D2E" w14:paraId="50D22B18" w14:textId="77777777" w:rsidTr="00A43951">
        <w:tc>
          <w:tcPr>
            <w:tcW w:w="2127" w:type="dxa"/>
          </w:tcPr>
          <w:p w14:paraId="02065D6C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Bentuk</w:t>
            </w:r>
            <w:proofErr w:type="spellEnd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Tugas</w:t>
            </w:r>
            <w:proofErr w:type="spellEnd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Akhir</w:t>
            </w:r>
          </w:p>
        </w:tc>
        <w:tc>
          <w:tcPr>
            <w:tcW w:w="283" w:type="dxa"/>
          </w:tcPr>
          <w:p w14:paraId="493A9D19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68A9B002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sz w:val="20"/>
                <w:szCs w:val="20"/>
              </w:rPr>
              <w:t>Skripsi</w:t>
            </w:r>
            <w:proofErr w:type="spellEnd"/>
          </w:p>
        </w:tc>
      </w:tr>
      <w:tr w:rsidR="00021D2E" w:rsidRPr="00021D2E" w14:paraId="6DB3952E" w14:textId="77777777" w:rsidTr="00A43951">
        <w:tc>
          <w:tcPr>
            <w:tcW w:w="2127" w:type="dxa"/>
          </w:tcPr>
          <w:p w14:paraId="29CC26EA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Nama Kota</w:t>
            </w:r>
          </w:p>
        </w:tc>
        <w:tc>
          <w:tcPr>
            <w:tcW w:w="283" w:type="dxa"/>
          </w:tcPr>
          <w:p w14:paraId="17FDA7C4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7919CBFD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Surabaya</w:t>
            </w:r>
          </w:p>
        </w:tc>
      </w:tr>
      <w:tr w:rsidR="00021D2E" w:rsidRPr="00021D2E" w14:paraId="719EFC50" w14:textId="77777777" w:rsidTr="00A43951">
        <w:tc>
          <w:tcPr>
            <w:tcW w:w="2127" w:type="dxa"/>
          </w:tcPr>
          <w:p w14:paraId="1D6EF1AF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Fakultas</w:t>
            </w:r>
            <w:proofErr w:type="spellEnd"/>
          </w:p>
        </w:tc>
        <w:tc>
          <w:tcPr>
            <w:tcW w:w="283" w:type="dxa"/>
          </w:tcPr>
          <w:p w14:paraId="443A96AC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16B324FF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sz w:val="20"/>
                <w:szCs w:val="20"/>
              </w:rPr>
              <w:t>Matematika</w:t>
            </w:r>
            <w:proofErr w:type="spellEnd"/>
            <w:r w:rsidRPr="00021D2E">
              <w:rPr>
                <w:rFonts w:ascii="Book Antiqua" w:hAnsi="Book Antiqua"/>
                <w:sz w:val="20"/>
                <w:szCs w:val="20"/>
              </w:rPr>
              <w:t xml:space="preserve"> dan </w:t>
            </w:r>
            <w:proofErr w:type="spellStart"/>
            <w:r w:rsidRPr="00021D2E">
              <w:rPr>
                <w:rFonts w:ascii="Book Antiqua" w:hAnsi="Book Antiqua"/>
                <w:sz w:val="20"/>
                <w:szCs w:val="20"/>
              </w:rPr>
              <w:t>Ilmu</w:t>
            </w:r>
            <w:proofErr w:type="spellEnd"/>
            <w:r w:rsidRPr="00021D2E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Pr="00021D2E">
              <w:rPr>
                <w:rFonts w:ascii="Book Antiqua" w:hAnsi="Book Antiqua"/>
                <w:sz w:val="20"/>
                <w:szCs w:val="20"/>
              </w:rPr>
              <w:t>Pengetahuan</w:t>
            </w:r>
            <w:proofErr w:type="spellEnd"/>
            <w:r w:rsidRPr="00021D2E">
              <w:rPr>
                <w:rFonts w:ascii="Book Antiqua" w:hAnsi="Book Antiqua"/>
                <w:sz w:val="20"/>
                <w:szCs w:val="20"/>
              </w:rPr>
              <w:t xml:space="preserve"> Alam</w:t>
            </w:r>
          </w:p>
        </w:tc>
      </w:tr>
      <w:tr w:rsidR="00021D2E" w:rsidRPr="00021D2E" w14:paraId="22FAF22C" w14:textId="77777777" w:rsidTr="00A43951">
        <w:tc>
          <w:tcPr>
            <w:tcW w:w="2127" w:type="dxa"/>
          </w:tcPr>
          <w:p w14:paraId="7B42734F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Nama Lembaga</w:t>
            </w:r>
          </w:p>
        </w:tc>
        <w:tc>
          <w:tcPr>
            <w:tcW w:w="283" w:type="dxa"/>
          </w:tcPr>
          <w:p w14:paraId="3F4E8D6B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4394151E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Universitas Negeri Surabaya</w:t>
            </w:r>
          </w:p>
        </w:tc>
      </w:tr>
      <w:tr w:rsidR="00021D2E" w:rsidRPr="00021D2E" w14:paraId="5A6044BB" w14:textId="77777777" w:rsidTr="00A43951">
        <w:tc>
          <w:tcPr>
            <w:tcW w:w="2127" w:type="dxa"/>
          </w:tcPr>
          <w:p w14:paraId="10294666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proofErr w:type="spellStart"/>
            <w:r w:rsidRPr="00021D2E">
              <w:rPr>
                <w:rFonts w:ascii="Book Antiqua" w:hAnsi="Book Antiqua"/>
                <w:b/>
                <w:bCs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283" w:type="dxa"/>
          </w:tcPr>
          <w:p w14:paraId="1A7E6450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:</w:t>
            </w:r>
          </w:p>
        </w:tc>
        <w:tc>
          <w:tcPr>
            <w:tcW w:w="3960" w:type="dxa"/>
          </w:tcPr>
          <w:p w14:paraId="7DDB1FCF" w14:textId="77777777" w:rsidR="00021D2E" w:rsidRPr="00021D2E" w:rsidRDefault="00021D2E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2026</w:t>
            </w:r>
          </w:p>
        </w:tc>
      </w:tr>
    </w:tbl>
    <w:p w14:paraId="23DC3234" w14:textId="77777777" w:rsidR="00021D2E" w:rsidRPr="00021D2E" w:rsidRDefault="00021D2E">
      <w:pPr>
        <w:spacing w:after="160" w:line="240" w:lineRule="auto"/>
        <w:jc w:val="both"/>
        <w:rPr>
          <w:color w:val="000000" w:themeColor="text1"/>
          <w:sz w:val="20"/>
          <w:szCs w:val="20"/>
        </w:rPr>
      </w:pPr>
    </w:p>
    <w:p w14:paraId="3753AD5B" w14:textId="0101AD53" w:rsidR="00272D85" w:rsidRPr="00021D2E" w:rsidRDefault="00000000">
      <w:pPr>
        <w:spacing w:after="160" w:line="240" w:lineRule="auto"/>
        <w:jc w:val="both"/>
        <w:rPr>
          <w:color w:val="000000" w:themeColor="text1"/>
          <w:sz w:val="20"/>
          <w:szCs w:val="20"/>
        </w:rPr>
      </w:pPr>
      <w:proofErr w:type="spellStart"/>
      <w:r w:rsidRPr="00021D2E">
        <w:rPr>
          <w:color w:val="000000" w:themeColor="text1"/>
          <w:sz w:val="20"/>
          <w:szCs w:val="20"/>
        </w:rPr>
        <w:t>Tuliskan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abstrak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laporan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tugas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akhir</w:t>
      </w:r>
      <w:proofErr w:type="spellEnd"/>
      <w:r w:rsidRPr="00021D2E">
        <w:rPr>
          <w:color w:val="000000" w:themeColor="text1"/>
          <w:sz w:val="20"/>
          <w:szCs w:val="20"/>
        </w:rPr>
        <w:t xml:space="preserve"> di sini. Abstrak mencakup latar belakang singkat, tujuan </w:t>
      </w:r>
      <w:proofErr w:type="spellStart"/>
      <w:r w:rsidRPr="00021D2E">
        <w:rPr>
          <w:color w:val="000000" w:themeColor="text1"/>
          <w:sz w:val="20"/>
          <w:szCs w:val="20"/>
        </w:rPr>
        <w:t>penelitian</w:t>
      </w:r>
      <w:proofErr w:type="spellEnd"/>
      <w:r w:rsidRPr="00021D2E">
        <w:rPr>
          <w:color w:val="000000" w:themeColor="text1"/>
          <w:sz w:val="20"/>
          <w:szCs w:val="20"/>
        </w:rPr>
        <w:t xml:space="preserve">, </w:t>
      </w:r>
      <w:proofErr w:type="spellStart"/>
      <w:r w:rsidRPr="00021D2E">
        <w:rPr>
          <w:color w:val="000000" w:themeColor="text1"/>
          <w:sz w:val="20"/>
          <w:szCs w:val="20"/>
        </w:rPr>
        <w:t>metodologi</w:t>
      </w:r>
      <w:proofErr w:type="spellEnd"/>
      <w:r w:rsidRPr="00021D2E">
        <w:rPr>
          <w:color w:val="000000" w:themeColor="text1"/>
          <w:sz w:val="20"/>
          <w:szCs w:val="20"/>
        </w:rPr>
        <w:t xml:space="preserve"> yang </w:t>
      </w:r>
      <w:proofErr w:type="spellStart"/>
      <w:r w:rsidRPr="00021D2E">
        <w:rPr>
          <w:color w:val="000000" w:themeColor="text1"/>
          <w:sz w:val="20"/>
          <w:szCs w:val="20"/>
        </w:rPr>
        <w:t>diterapkan</w:t>
      </w:r>
      <w:proofErr w:type="spellEnd"/>
      <w:r w:rsidR="00B16846">
        <w:rPr>
          <w:color w:val="000000" w:themeColor="text1"/>
          <w:sz w:val="20"/>
          <w:szCs w:val="20"/>
        </w:rPr>
        <w:t>,</w:t>
      </w:r>
      <w:r w:rsidRPr="00021D2E">
        <w:rPr>
          <w:color w:val="000000" w:themeColor="text1"/>
          <w:sz w:val="20"/>
          <w:szCs w:val="20"/>
        </w:rPr>
        <w:t xml:space="preserve"> </w:t>
      </w:r>
      <w:r w:rsidR="00B16846">
        <w:rPr>
          <w:color w:val="000000" w:themeColor="text1"/>
          <w:sz w:val="20"/>
          <w:szCs w:val="20"/>
        </w:rPr>
        <w:t>dan</w:t>
      </w:r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hasil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utama</w:t>
      </w:r>
      <w:proofErr w:type="spellEnd"/>
      <w:r w:rsidRPr="00021D2E">
        <w:rPr>
          <w:color w:val="000000" w:themeColor="text1"/>
          <w:sz w:val="20"/>
          <w:szCs w:val="20"/>
        </w:rPr>
        <w:t xml:space="preserve"> dan </w:t>
      </w:r>
      <w:proofErr w:type="spellStart"/>
      <w:r w:rsidRPr="00021D2E">
        <w:rPr>
          <w:color w:val="000000" w:themeColor="text1"/>
          <w:sz w:val="20"/>
          <w:szCs w:val="20"/>
        </w:rPr>
        <w:t>kesimpulan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temuan</w:t>
      </w:r>
      <w:proofErr w:type="spellEnd"/>
      <w:r w:rsidRPr="00021D2E">
        <w:rPr>
          <w:color w:val="000000" w:themeColor="text1"/>
          <w:sz w:val="20"/>
          <w:szCs w:val="20"/>
        </w:rPr>
        <w:t>.</w:t>
      </w:r>
      <w:r w:rsidR="00B16846">
        <w:rPr>
          <w:color w:val="000000" w:themeColor="text1"/>
          <w:sz w:val="20"/>
          <w:szCs w:val="20"/>
        </w:rPr>
        <w:t xml:space="preserve"> </w:t>
      </w:r>
      <w:proofErr w:type="spellStart"/>
      <w:r w:rsidR="00B16846">
        <w:rPr>
          <w:color w:val="000000" w:themeColor="text1"/>
          <w:sz w:val="20"/>
          <w:szCs w:val="20"/>
        </w:rPr>
        <w:t>Tuliskan</w:t>
      </w:r>
      <w:proofErr w:type="spellEnd"/>
      <w:r w:rsidR="00B16846">
        <w:rPr>
          <w:color w:val="000000" w:themeColor="text1"/>
          <w:sz w:val="20"/>
          <w:szCs w:val="20"/>
        </w:rPr>
        <w:t xml:space="preserve"> 3-5 kata </w:t>
      </w:r>
      <w:proofErr w:type="spellStart"/>
      <w:r w:rsidR="00B16846">
        <w:rPr>
          <w:color w:val="000000" w:themeColor="text1"/>
          <w:sz w:val="20"/>
          <w:szCs w:val="20"/>
        </w:rPr>
        <w:t>kunci</w:t>
      </w:r>
      <w:proofErr w:type="spellEnd"/>
      <w:r w:rsidR="00B16846">
        <w:rPr>
          <w:color w:val="000000" w:themeColor="text1"/>
          <w:sz w:val="20"/>
          <w:szCs w:val="20"/>
        </w:rPr>
        <w:t xml:space="preserve"> </w:t>
      </w:r>
      <w:proofErr w:type="spellStart"/>
      <w:r w:rsidR="00B16846">
        <w:rPr>
          <w:color w:val="000000" w:themeColor="text1"/>
          <w:sz w:val="20"/>
          <w:szCs w:val="20"/>
        </w:rPr>
        <w:t>urut</w:t>
      </w:r>
      <w:proofErr w:type="spellEnd"/>
      <w:r w:rsidR="00B16846">
        <w:rPr>
          <w:color w:val="000000" w:themeColor="text1"/>
          <w:sz w:val="20"/>
          <w:szCs w:val="20"/>
        </w:rPr>
        <w:t xml:space="preserve"> abjad</w:t>
      </w:r>
    </w:p>
    <w:p w14:paraId="202E5693" w14:textId="2FCC8063" w:rsidR="00272D85" w:rsidRPr="00021D2E" w:rsidRDefault="00000000">
      <w:pPr>
        <w:spacing w:after="320"/>
        <w:rPr>
          <w:color w:val="000000" w:themeColor="text1"/>
          <w:sz w:val="20"/>
          <w:szCs w:val="20"/>
        </w:rPr>
      </w:pPr>
      <w:r w:rsidRPr="00021D2E">
        <w:rPr>
          <w:b/>
          <w:color w:val="000000" w:themeColor="text1"/>
          <w:sz w:val="20"/>
          <w:szCs w:val="20"/>
        </w:rPr>
        <w:t>Kata Kunci:</w:t>
      </w:r>
      <w:r w:rsidR="00B16846">
        <w:rPr>
          <w:b/>
          <w:color w:val="000000" w:themeColor="text1"/>
          <w:sz w:val="20"/>
          <w:szCs w:val="20"/>
        </w:rPr>
        <w:t xml:space="preserve"> </w:t>
      </w:r>
      <w:r w:rsidRPr="00021D2E">
        <w:rPr>
          <w:i/>
          <w:color w:val="000000" w:themeColor="text1"/>
          <w:sz w:val="20"/>
          <w:szCs w:val="20"/>
        </w:rPr>
        <w:t>Support Vector Machine, Time Series</w:t>
      </w:r>
      <w:r w:rsidR="00B16846">
        <w:rPr>
          <w:i/>
          <w:color w:val="000000" w:themeColor="text1"/>
          <w:sz w:val="20"/>
          <w:szCs w:val="20"/>
        </w:rPr>
        <w:t xml:space="preserve">, </w:t>
      </w:r>
      <w:proofErr w:type="spellStart"/>
      <w:r w:rsidR="00B16846">
        <w:rPr>
          <w:i/>
          <w:color w:val="000000" w:themeColor="text1"/>
          <w:sz w:val="20"/>
          <w:szCs w:val="20"/>
        </w:rPr>
        <w:t>Volatilitas</w:t>
      </w:r>
      <w:proofErr w:type="spellEnd"/>
      <w:r w:rsidR="00B16846">
        <w:rPr>
          <w:i/>
          <w:color w:val="000000" w:themeColor="text1"/>
          <w:sz w:val="20"/>
          <w:szCs w:val="20"/>
        </w:rPr>
        <w:t xml:space="preserve"> </w:t>
      </w:r>
      <w:proofErr w:type="spellStart"/>
      <w:r w:rsidR="00B16846">
        <w:rPr>
          <w:i/>
          <w:color w:val="000000" w:themeColor="text1"/>
          <w:sz w:val="20"/>
          <w:szCs w:val="20"/>
        </w:rPr>
        <w:t>Transaksi</w:t>
      </w:r>
      <w:proofErr w:type="spellEnd"/>
      <w:r w:rsidRPr="00021D2E">
        <w:rPr>
          <w:i/>
          <w:color w:val="000000" w:themeColor="text1"/>
          <w:sz w:val="20"/>
          <w:szCs w:val="20"/>
        </w:rPr>
        <w:t>.</w:t>
      </w:r>
    </w:p>
    <w:p w14:paraId="2CBC0910" w14:textId="77777777" w:rsidR="00272D85" w:rsidRDefault="00000000">
      <w:pPr>
        <w:rPr>
          <w:color w:val="000000" w:themeColor="text1"/>
          <w:sz w:val="20"/>
          <w:szCs w:val="20"/>
        </w:rPr>
      </w:pPr>
      <w:r w:rsidRPr="00021D2E">
        <w:rPr>
          <w:color w:val="000000" w:themeColor="text1"/>
          <w:sz w:val="20"/>
          <w:szCs w:val="20"/>
        </w:rPr>
        <w:br w:type="page"/>
      </w:r>
    </w:p>
    <w:p w14:paraId="23478BE2" w14:textId="659EA9D6" w:rsidR="00374C5F" w:rsidRDefault="00374C5F" w:rsidP="008B5AFB">
      <w:pPr>
        <w:pStyle w:val="Heading1"/>
        <w:jc w:val="center"/>
        <w:rPr>
          <w:rFonts w:ascii="Book Antiqua" w:hAnsi="Book Antiqua"/>
          <w:bCs w:val="0"/>
          <w:i/>
          <w:iCs/>
          <w:color w:val="000000" w:themeColor="text1"/>
          <w:sz w:val="20"/>
          <w:szCs w:val="20"/>
        </w:rPr>
      </w:pPr>
      <w:bookmarkStart w:id="54" w:name="_Toc239329750"/>
      <w:r w:rsidRPr="008B5AFB">
        <w:rPr>
          <w:rFonts w:ascii="Book Antiqua" w:hAnsi="Book Antiqua"/>
          <w:bCs w:val="0"/>
          <w:i/>
          <w:iCs/>
          <w:color w:val="000000" w:themeColor="text1"/>
          <w:sz w:val="20"/>
          <w:szCs w:val="20"/>
        </w:rPr>
        <w:lastRenderedPageBreak/>
        <w:t>ABSTRACT</w:t>
      </w:r>
      <w:bookmarkEnd w:id="54"/>
    </w:p>
    <w:p w14:paraId="34D04E2A" w14:textId="77777777" w:rsidR="008B5AFB" w:rsidRPr="008B5AFB" w:rsidRDefault="008B5AFB" w:rsidP="008B5AFB">
      <w:pPr>
        <w:spacing w:after="0"/>
        <w:rPr>
          <w:sz w:val="20"/>
          <w:szCs w:val="20"/>
        </w:rPr>
      </w:pPr>
    </w:p>
    <w:tbl>
      <w:tblPr>
        <w:tblStyle w:val="TableGrid"/>
        <w:tblW w:w="59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3539"/>
      </w:tblGrid>
      <w:tr w:rsidR="00374C5F" w:rsidRPr="00184BDD" w14:paraId="186ADA01" w14:textId="77777777" w:rsidTr="00A43951">
        <w:tc>
          <w:tcPr>
            <w:tcW w:w="2122" w:type="dxa"/>
          </w:tcPr>
          <w:p w14:paraId="5A316925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Author</w:t>
            </w:r>
          </w:p>
        </w:tc>
        <w:tc>
          <w:tcPr>
            <w:tcW w:w="283" w:type="dxa"/>
          </w:tcPr>
          <w:p w14:paraId="349B90BA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4F0BF2B5" w14:textId="056D1125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021D2E">
              <w:rPr>
                <w:rFonts w:ascii="Book Antiqua" w:hAnsi="Book Antiqua"/>
                <w:sz w:val="20"/>
                <w:szCs w:val="20"/>
              </w:rPr>
              <w:t>Nama Mahasiswa</w:t>
            </w:r>
          </w:p>
        </w:tc>
      </w:tr>
      <w:tr w:rsidR="00374C5F" w:rsidRPr="00184BDD" w14:paraId="3FBE968F" w14:textId="77777777" w:rsidTr="00A43951">
        <w:tc>
          <w:tcPr>
            <w:tcW w:w="2122" w:type="dxa"/>
          </w:tcPr>
          <w:p w14:paraId="563A2071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Title</w:t>
            </w:r>
          </w:p>
        </w:tc>
        <w:tc>
          <w:tcPr>
            <w:tcW w:w="283" w:type="dxa"/>
          </w:tcPr>
          <w:p w14:paraId="0EFB8537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i/>
                <w:iCs/>
                <w:sz w:val="20"/>
                <w:szCs w:val="20"/>
              </w:rPr>
            </w:pPr>
            <w:r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6232539D" w14:textId="59BB5901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Forecasting </w:t>
            </w:r>
            <w:r w:rsidR="000A4A10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Transactional </w:t>
            </w:r>
            <w:proofErr w:type="spellStart"/>
            <w:r w:rsidR="000A4A10">
              <w:rPr>
                <w:rFonts w:ascii="Book Antiqua" w:hAnsi="Book Antiqua"/>
                <w:i/>
                <w:iCs/>
                <w:sz w:val="20"/>
                <w:szCs w:val="20"/>
              </w:rPr>
              <w:t>Volatiliyy</w:t>
            </w:r>
            <w:proofErr w:type="spellEnd"/>
            <w:r w:rsidRPr="00CE5E2A">
              <w:rPr>
                <w:rFonts w:ascii="Book Antiqua" w:hAnsi="Book Antiqua"/>
                <w:i/>
                <w:iCs/>
                <w:sz w:val="20"/>
                <w:szCs w:val="20"/>
              </w:rPr>
              <w:t xml:space="preserve"> Using </w:t>
            </w:r>
            <w:r w:rsidR="000A4A10">
              <w:rPr>
                <w:rFonts w:ascii="Book Antiqua" w:hAnsi="Book Antiqua"/>
                <w:i/>
                <w:iCs/>
                <w:sz w:val="20"/>
                <w:szCs w:val="20"/>
              </w:rPr>
              <w:t>Support Vector Machine</w:t>
            </w:r>
          </w:p>
        </w:tc>
      </w:tr>
      <w:tr w:rsidR="00374C5F" w:rsidRPr="00184BDD" w14:paraId="52B140E5" w14:textId="77777777" w:rsidTr="00A43951">
        <w:tc>
          <w:tcPr>
            <w:tcW w:w="2122" w:type="dxa"/>
          </w:tcPr>
          <w:p w14:paraId="0DA2D4B4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Type of Final Project</w:t>
            </w:r>
          </w:p>
        </w:tc>
        <w:tc>
          <w:tcPr>
            <w:tcW w:w="283" w:type="dxa"/>
          </w:tcPr>
          <w:p w14:paraId="3AC6AE52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731A4AB7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Book Antiqua" w:hAnsi="Book Antiqua"/>
                <w:i/>
                <w:iCs/>
                <w:sz w:val="20"/>
                <w:szCs w:val="20"/>
              </w:rPr>
              <w:t>Undergraduate Thesis</w:t>
            </w:r>
          </w:p>
        </w:tc>
      </w:tr>
      <w:tr w:rsidR="00374C5F" w:rsidRPr="00184BDD" w14:paraId="4ED5389E" w14:textId="77777777" w:rsidTr="00A43951">
        <w:tc>
          <w:tcPr>
            <w:tcW w:w="2122" w:type="dxa"/>
          </w:tcPr>
          <w:p w14:paraId="7513791D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City</w:t>
            </w:r>
          </w:p>
        </w:tc>
        <w:tc>
          <w:tcPr>
            <w:tcW w:w="283" w:type="dxa"/>
          </w:tcPr>
          <w:p w14:paraId="071A4B45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16C641C1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sz w:val="20"/>
                <w:szCs w:val="20"/>
              </w:rPr>
            </w:pPr>
            <w:r w:rsidRPr="00CE5E2A">
              <w:rPr>
                <w:rFonts w:ascii="Book Antiqua" w:hAnsi="Book Antiqua"/>
                <w:sz w:val="20"/>
                <w:szCs w:val="20"/>
              </w:rPr>
              <w:t>Surabaya</w:t>
            </w:r>
          </w:p>
        </w:tc>
      </w:tr>
      <w:tr w:rsidR="00374C5F" w:rsidRPr="00184BDD" w14:paraId="6EDEF07E" w14:textId="77777777" w:rsidTr="00A43951">
        <w:tc>
          <w:tcPr>
            <w:tcW w:w="2122" w:type="dxa"/>
          </w:tcPr>
          <w:p w14:paraId="64E9E561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Faculty</w:t>
            </w:r>
          </w:p>
        </w:tc>
        <w:tc>
          <w:tcPr>
            <w:tcW w:w="283" w:type="dxa"/>
          </w:tcPr>
          <w:p w14:paraId="7C11AE39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4D55C7CD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Faculty of Mathematics and Natural Science</w:t>
            </w:r>
          </w:p>
        </w:tc>
      </w:tr>
      <w:tr w:rsidR="00374C5F" w:rsidRPr="00184BDD" w14:paraId="1EB93F21" w14:textId="77777777" w:rsidTr="00A43951">
        <w:tc>
          <w:tcPr>
            <w:tcW w:w="2122" w:type="dxa"/>
          </w:tcPr>
          <w:p w14:paraId="79BCF6A0" w14:textId="77777777" w:rsidR="00374C5F" w:rsidRPr="00CE5E2A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CE5E2A"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  <w:t>Year</w:t>
            </w:r>
          </w:p>
        </w:tc>
        <w:tc>
          <w:tcPr>
            <w:tcW w:w="283" w:type="dxa"/>
          </w:tcPr>
          <w:p w14:paraId="614E44D8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i/>
                <w:iCs/>
                <w:sz w:val="20"/>
                <w:szCs w:val="20"/>
              </w:rPr>
            </w:pPr>
            <w:r w:rsidRPr="00DC1B19">
              <w:rPr>
                <w:rFonts w:ascii="Book Antiqua" w:hAnsi="Book Antiqua"/>
                <w:i/>
                <w:iCs/>
                <w:sz w:val="20"/>
                <w:szCs w:val="20"/>
              </w:rPr>
              <w:t>:</w:t>
            </w:r>
          </w:p>
        </w:tc>
        <w:tc>
          <w:tcPr>
            <w:tcW w:w="3539" w:type="dxa"/>
          </w:tcPr>
          <w:p w14:paraId="12B401E4" w14:textId="77777777" w:rsidR="00374C5F" w:rsidRPr="00DC1B19" w:rsidRDefault="00374C5F" w:rsidP="00A43951">
            <w:pPr>
              <w:spacing w:line="276" w:lineRule="auto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2026</w:t>
            </w:r>
          </w:p>
        </w:tc>
      </w:tr>
    </w:tbl>
    <w:p w14:paraId="043401B0" w14:textId="77777777" w:rsidR="00374C5F" w:rsidRPr="00021D2E" w:rsidRDefault="00374C5F" w:rsidP="00374C5F">
      <w:pPr>
        <w:spacing w:after="160" w:line="240" w:lineRule="auto"/>
        <w:jc w:val="both"/>
        <w:rPr>
          <w:color w:val="000000" w:themeColor="text1"/>
          <w:sz w:val="20"/>
          <w:szCs w:val="20"/>
        </w:rPr>
      </w:pPr>
    </w:p>
    <w:p w14:paraId="27844A91" w14:textId="684EA47F" w:rsidR="00374C5F" w:rsidRPr="00021D2E" w:rsidRDefault="00374C5F" w:rsidP="00374C5F">
      <w:pPr>
        <w:spacing w:after="160" w:line="240" w:lineRule="auto"/>
        <w:jc w:val="both"/>
        <w:rPr>
          <w:color w:val="000000" w:themeColor="text1"/>
          <w:sz w:val="20"/>
          <w:szCs w:val="20"/>
        </w:rPr>
      </w:pPr>
      <w:proofErr w:type="spellStart"/>
      <w:r w:rsidRPr="00021D2E">
        <w:rPr>
          <w:color w:val="000000" w:themeColor="text1"/>
          <w:sz w:val="20"/>
          <w:szCs w:val="20"/>
        </w:rPr>
        <w:t>Tuliskan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abstrak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laporan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tugas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akhir</w:t>
      </w:r>
      <w:proofErr w:type="spellEnd"/>
      <w:r w:rsidRPr="00021D2E">
        <w:rPr>
          <w:color w:val="000000" w:themeColor="text1"/>
          <w:sz w:val="20"/>
          <w:szCs w:val="20"/>
        </w:rPr>
        <w:t xml:space="preserve"> di </w:t>
      </w:r>
      <w:proofErr w:type="spellStart"/>
      <w:r w:rsidRPr="00021D2E">
        <w:rPr>
          <w:color w:val="000000" w:themeColor="text1"/>
          <w:sz w:val="20"/>
          <w:szCs w:val="20"/>
        </w:rPr>
        <w:t>sini</w:t>
      </w:r>
      <w:proofErr w:type="spellEnd"/>
      <w:r w:rsidR="000A4A10">
        <w:rPr>
          <w:color w:val="000000" w:themeColor="text1"/>
          <w:sz w:val="20"/>
          <w:szCs w:val="20"/>
        </w:rPr>
        <w:t xml:space="preserve"> </w:t>
      </w:r>
      <w:proofErr w:type="spellStart"/>
      <w:r w:rsidR="000A4A10">
        <w:rPr>
          <w:color w:val="000000" w:themeColor="text1"/>
          <w:sz w:val="20"/>
          <w:szCs w:val="20"/>
        </w:rPr>
        <w:t>dalam</w:t>
      </w:r>
      <w:proofErr w:type="spellEnd"/>
      <w:r w:rsidR="000A4A10">
        <w:rPr>
          <w:color w:val="000000" w:themeColor="text1"/>
          <w:sz w:val="20"/>
          <w:szCs w:val="20"/>
        </w:rPr>
        <w:t xml:space="preserve"> Bahasa </w:t>
      </w:r>
      <w:proofErr w:type="spellStart"/>
      <w:r w:rsidR="000A4A10">
        <w:rPr>
          <w:color w:val="000000" w:themeColor="text1"/>
          <w:sz w:val="20"/>
          <w:szCs w:val="20"/>
        </w:rPr>
        <w:t>inggris</w:t>
      </w:r>
      <w:proofErr w:type="spellEnd"/>
      <w:r w:rsidRPr="00021D2E">
        <w:rPr>
          <w:color w:val="000000" w:themeColor="text1"/>
          <w:sz w:val="20"/>
          <w:szCs w:val="20"/>
        </w:rPr>
        <w:t xml:space="preserve">. </w:t>
      </w:r>
      <w:proofErr w:type="spellStart"/>
      <w:r w:rsidRPr="00021D2E">
        <w:rPr>
          <w:color w:val="000000" w:themeColor="text1"/>
          <w:sz w:val="20"/>
          <w:szCs w:val="20"/>
        </w:rPr>
        <w:t>Abstrak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mencakup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latar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belakang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singkat</w:t>
      </w:r>
      <w:proofErr w:type="spellEnd"/>
      <w:r w:rsidRPr="00021D2E">
        <w:rPr>
          <w:color w:val="000000" w:themeColor="text1"/>
          <w:sz w:val="20"/>
          <w:szCs w:val="20"/>
        </w:rPr>
        <w:t xml:space="preserve">, </w:t>
      </w:r>
      <w:proofErr w:type="spellStart"/>
      <w:r w:rsidRPr="00021D2E">
        <w:rPr>
          <w:color w:val="000000" w:themeColor="text1"/>
          <w:sz w:val="20"/>
          <w:szCs w:val="20"/>
        </w:rPr>
        <w:t>tujuan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penelitian</w:t>
      </w:r>
      <w:proofErr w:type="spellEnd"/>
      <w:r w:rsidRPr="00021D2E">
        <w:rPr>
          <w:color w:val="000000" w:themeColor="text1"/>
          <w:sz w:val="20"/>
          <w:szCs w:val="20"/>
        </w:rPr>
        <w:t xml:space="preserve">, </w:t>
      </w:r>
      <w:proofErr w:type="spellStart"/>
      <w:r w:rsidRPr="00021D2E">
        <w:rPr>
          <w:color w:val="000000" w:themeColor="text1"/>
          <w:sz w:val="20"/>
          <w:szCs w:val="20"/>
        </w:rPr>
        <w:t>metodologi</w:t>
      </w:r>
      <w:proofErr w:type="spellEnd"/>
      <w:r w:rsidRPr="00021D2E">
        <w:rPr>
          <w:color w:val="000000" w:themeColor="text1"/>
          <w:sz w:val="20"/>
          <w:szCs w:val="20"/>
        </w:rPr>
        <w:t xml:space="preserve"> yang </w:t>
      </w:r>
      <w:proofErr w:type="spellStart"/>
      <w:r w:rsidRPr="00021D2E">
        <w:rPr>
          <w:color w:val="000000" w:themeColor="text1"/>
          <w:sz w:val="20"/>
          <w:szCs w:val="20"/>
        </w:rPr>
        <w:t>diterapkan</w:t>
      </w:r>
      <w:proofErr w:type="spellEnd"/>
      <w:r>
        <w:rPr>
          <w:color w:val="000000" w:themeColor="text1"/>
          <w:sz w:val="20"/>
          <w:szCs w:val="20"/>
        </w:rPr>
        <w:t>,</w:t>
      </w:r>
      <w:r w:rsidRPr="00021D2E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dan</w:t>
      </w:r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hasil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utama</w:t>
      </w:r>
      <w:proofErr w:type="spellEnd"/>
      <w:r w:rsidRPr="00021D2E">
        <w:rPr>
          <w:color w:val="000000" w:themeColor="text1"/>
          <w:sz w:val="20"/>
          <w:szCs w:val="20"/>
        </w:rPr>
        <w:t xml:space="preserve"> dan </w:t>
      </w:r>
      <w:proofErr w:type="spellStart"/>
      <w:r w:rsidRPr="00021D2E">
        <w:rPr>
          <w:color w:val="000000" w:themeColor="text1"/>
          <w:sz w:val="20"/>
          <w:szCs w:val="20"/>
        </w:rPr>
        <w:t>kesimpulan</w:t>
      </w:r>
      <w:proofErr w:type="spellEnd"/>
      <w:r w:rsidRPr="00021D2E">
        <w:rPr>
          <w:color w:val="000000" w:themeColor="text1"/>
          <w:sz w:val="20"/>
          <w:szCs w:val="20"/>
        </w:rPr>
        <w:t xml:space="preserve"> </w:t>
      </w:r>
      <w:proofErr w:type="spellStart"/>
      <w:r w:rsidRPr="00021D2E">
        <w:rPr>
          <w:color w:val="000000" w:themeColor="text1"/>
          <w:sz w:val="20"/>
          <w:szCs w:val="20"/>
        </w:rPr>
        <w:t>temuan</w:t>
      </w:r>
      <w:proofErr w:type="spellEnd"/>
      <w:r w:rsidRPr="00021D2E">
        <w:rPr>
          <w:color w:val="000000" w:themeColor="text1"/>
          <w:sz w:val="20"/>
          <w:szCs w:val="20"/>
        </w:rPr>
        <w:t>.</w:t>
      </w:r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Tuliskan</w:t>
      </w:r>
      <w:proofErr w:type="spellEnd"/>
      <w:r>
        <w:rPr>
          <w:color w:val="000000" w:themeColor="text1"/>
          <w:sz w:val="20"/>
          <w:szCs w:val="20"/>
        </w:rPr>
        <w:t xml:space="preserve"> 3-5 kata </w:t>
      </w:r>
      <w:proofErr w:type="spellStart"/>
      <w:r>
        <w:rPr>
          <w:color w:val="000000" w:themeColor="text1"/>
          <w:sz w:val="20"/>
          <w:szCs w:val="20"/>
        </w:rPr>
        <w:t>kunci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urut</w:t>
      </w:r>
      <w:proofErr w:type="spellEnd"/>
      <w:r>
        <w:rPr>
          <w:color w:val="000000" w:themeColor="text1"/>
          <w:sz w:val="20"/>
          <w:szCs w:val="20"/>
        </w:rPr>
        <w:t xml:space="preserve"> abjad</w:t>
      </w:r>
    </w:p>
    <w:p w14:paraId="192D7372" w14:textId="77777777" w:rsidR="00374C5F" w:rsidRPr="00021D2E" w:rsidRDefault="00374C5F" w:rsidP="00374C5F">
      <w:pPr>
        <w:spacing w:after="320"/>
        <w:rPr>
          <w:color w:val="000000" w:themeColor="text1"/>
          <w:sz w:val="20"/>
          <w:szCs w:val="20"/>
        </w:rPr>
      </w:pPr>
      <w:r w:rsidRPr="00021D2E">
        <w:rPr>
          <w:b/>
          <w:color w:val="000000" w:themeColor="text1"/>
          <w:sz w:val="20"/>
          <w:szCs w:val="20"/>
        </w:rPr>
        <w:t>Kata Kunci:</w:t>
      </w:r>
      <w:r>
        <w:rPr>
          <w:b/>
          <w:color w:val="000000" w:themeColor="text1"/>
          <w:sz w:val="20"/>
          <w:szCs w:val="20"/>
        </w:rPr>
        <w:t xml:space="preserve"> </w:t>
      </w:r>
      <w:r w:rsidRPr="00021D2E">
        <w:rPr>
          <w:i/>
          <w:color w:val="000000" w:themeColor="text1"/>
          <w:sz w:val="20"/>
          <w:szCs w:val="20"/>
        </w:rPr>
        <w:t>Support Vector Machine, Time Series</w:t>
      </w:r>
      <w:r>
        <w:rPr>
          <w:i/>
          <w:color w:val="000000" w:themeColor="text1"/>
          <w:sz w:val="20"/>
          <w:szCs w:val="20"/>
        </w:rPr>
        <w:t xml:space="preserve">, </w:t>
      </w:r>
      <w:proofErr w:type="spellStart"/>
      <w:r>
        <w:rPr>
          <w:i/>
          <w:color w:val="000000" w:themeColor="text1"/>
          <w:sz w:val="20"/>
          <w:szCs w:val="20"/>
        </w:rPr>
        <w:t>Volatilitas</w:t>
      </w:r>
      <w:proofErr w:type="spellEnd"/>
      <w:r>
        <w:rPr>
          <w:i/>
          <w:color w:val="000000" w:themeColor="text1"/>
          <w:sz w:val="20"/>
          <w:szCs w:val="20"/>
        </w:rPr>
        <w:t xml:space="preserve"> </w:t>
      </w:r>
      <w:proofErr w:type="spellStart"/>
      <w:r>
        <w:rPr>
          <w:i/>
          <w:color w:val="000000" w:themeColor="text1"/>
          <w:sz w:val="20"/>
          <w:szCs w:val="20"/>
        </w:rPr>
        <w:t>Transaksi</w:t>
      </w:r>
      <w:proofErr w:type="spellEnd"/>
      <w:r w:rsidRPr="00021D2E">
        <w:rPr>
          <w:i/>
          <w:color w:val="000000" w:themeColor="text1"/>
          <w:sz w:val="20"/>
          <w:szCs w:val="20"/>
        </w:rPr>
        <w:t>.</w:t>
      </w:r>
    </w:p>
    <w:p w14:paraId="00ADB6B9" w14:textId="77777777" w:rsidR="00374C5F" w:rsidRDefault="00374C5F">
      <w:pPr>
        <w:rPr>
          <w:color w:val="000000" w:themeColor="text1"/>
          <w:sz w:val="20"/>
          <w:szCs w:val="20"/>
        </w:rPr>
      </w:pPr>
    </w:p>
    <w:p w14:paraId="26A434C4" w14:textId="77777777" w:rsidR="00374C5F" w:rsidRDefault="00374C5F">
      <w:pPr>
        <w:rPr>
          <w:color w:val="000000" w:themeColor="text1"/>
          <w:sz w:val="20"/>
          <w:szCs w:val="20"/>
        </w:rPr>
      </w:pPr>
    </w:p>
    <w:p w14:paraId="04122199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74F271F2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69109214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72A72B09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1662A215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0EC5F0F5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1C1221BF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2B650FE0" w14:textId="442ADF2B" w:rsidR="000A4A10" w:rsidRPr="000A4A10" w:rsidRDefault="000A4A10" w:rsidP="000A4A10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55" w:name="_Toc239329751"/>
      <w:r w:rsidRPr="000A4A10">
        <w:rPr>
          <w:rFonts w:ascii="Book Antiqua" w:hAnsi="Book Antiqua"/>
          <w:color w:val="000000" w:themeColor="text1"/>
          <w:sz w:val="20"/>
          <w:szCs w:val="20"/>
        </w:rPr>
        <w:lastRenderedPageBreak/>
        <w:t>SURAT PERNYATAAN KEORISINILAN SKRIPSI</w:t>
      </w:r>
      <w:bookmarkEnd w:id="55"/>
    </w:p>
    <w:p w14:paraId="7695953E" w14:textId="5A343EC1" w:rsidR="000A4A10" w:rsidRDefault="000A4A10">
      <w:pPr>
        <w:rPr>
          <w:color w:val="000000" w:themeColor="text1"/>
          <w:sz w:val="20"/>
          <w:szCs w:val="20"/>
        </w:rPr>
      </w:pPr>
    </w:p>
    <w:p w14:paraId="631E7CFE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525605DE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36589708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3E077F3C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2EDA82EC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39D44EAF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1AC9EBCE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6441FD78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406CC19C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37A6442D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0542B8FA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1C7F9B7C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55D075B6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01431378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350229A4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5326CE9E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08D3E231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650428CA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1F71CA57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680EB6EF" w14:textId="6B9DCA96" w:rsidR="000A4A10" w:rsidRPr="000A4A10" w:rsidRDefault="000A4A10" w:rsidP="000A4A10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56" w:name="_Toc239329752"/>
      <w:r w:rsidRPr="000A4A10">
        <w:rPr>
          <w:rFonts w:ascii="Book Antiqua" w:hAnsi="Book Antiqua"/>
          <w:color w:val="000000" w:themeColor="text1"/>
          <w:sz w:val="20"/>
          <w:szCs w:val="20"/>
        </w:rPr>
        <w:lastRenderedPageBreak/>
        <w:t>LEMBAR PERSETUJUAN TUGAS AKHIR</w:t>
      </w:r>
      <w:bookmarkEnd w:id="56"/>
    </w:p>
    <w:p w14:paraId="421FB73B" w14:textId="77777777" w:rsidR="000A4A10" w:rsidRDefault="000A4A10" w:rsidP="000A4A10">
      <w:pPr>
        <w:spacing w:after="0"/>
        <w:jc w:val="both"/>
        <w:rPr>
          <w:rFonts w:ascii="Book Antiqua" w:hAnsi="Book Antiqua"/>
          <w:b/>
          <w:bCs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1"/>
        <w:gridCol w:w="388"/>
        <w:gridCol w:w="3460"/>
      </w:tblGrid>
      <w:tr w:rsidR="000A4A10" w14:paraId="5E71CF76" w14:textId="77777777" w:rsidTr="008E36F3">
        <w:tc>
          <w:tcPr>
            <w:tcW w:w="1931" w:type="dxa"/>
          </w:tcPr>
          <w:p w14:paraId="5B553460" w14:textId="596EF8BF" w:rsidR="000A4A10" w:rsidRPr="008E36F3" w:rsidRDefault="000A4A10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 Mahasiswa</w:t>
            </w:r>
          </w:p>
        </w:tc>
        <w:tc>
          <w:tcPr>
            <w:tcW w:w="388" w:type="dxa"/>
          </w:tcPr>
          <w:p w14:paraId="6EC727AE" w14:textId="1149A59C" w:rsidR="000A4A10" w:rsidRPr="008E36F3" w:rsidRDefault="000A4A10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694A321F" w14:textId="77777777" w:rsidR="000A4A10" w:rsidRDefault="000A4A10" w:rsidP="000A4A10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0A4A10" w14:paraId="58178FD9" w14:textId="77777777" w:rsidTr="008E36F3">
        <w:tc>
          <w:tcPr>
            <w:tcW w:w="1931" w:type="dxa"/>
          </w:tcPr>
          <w:p w14:paraId="4F30D9E7" w14:textId="11F598E3" w:rsidR="000A4A10" w:rsidRPr="008E36F3" w:rsidRDefault="000A4A10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NIM</w:t>
            </w:r>
          </w:p>
        </w:tc>
        <w:tc>
          <w:tcPr>
            <w:tcW w:w="388" w:type="dxa"/>
          </w:tcPr>
          <w:p w14:paraId="20244C4F" w14:textId="732D8F4B" w:rsidR="000A4A10" w:rsidRPr="008E36F3" w:rsidRDefault="008E36F3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2B9040ED" w14:textId="77777777" w:rsidR="000A4A10" w:rsidRDefault="000A4A10" w:rsidP="000A4A10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0A4A10" w14:paraId="6409A643" w14:textId="77777777" w:rsidTr="008E36F3">
        <w:tc>
          <w:tcPr>
            <w:tcW w:w="1931" w:type="dxa"/>
          </w:tcPr>
          <w:p w14:paraId="1AF66A2D" w14:textId="424F3192" w:rsidR="000A4A10" w:rsidRPr="008E36F3" w:rsidRDefault="000A4A10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Judul</w:t>
            </w:r>
            <w:r w:rsidR="008E36F3"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 xml:space="preserve"> Penelitian</w:t>
            </w:r>
          </w:p>
        </w:tc>
        <w:tc>
          <w:tcPr>
            <w:tcW w:w="388" w:type="dxa"/>
          </w:tcPr>
          <w:p w14:paraId="7A53FADD" w14:textId="35DF279C" w:rsidR="000A4A10" w:rsidRPr="008E36F3" w:rsidRDefault="008E36F3" w:rsidP="000A4A10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02CBEB2C" w14:textId="77777777" w:rsidR="000A4A10" w:rsidRDefault="000A4A10" w:rsidP="000A4A10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14:paraId="4EC45D73" w14:textId="77777777" w:rsidR="000A4A10" w:rsidRDefault="000A4A10" w:rsidP="000A4A10">
      <w:pPr>
        <w:spacing w:after="0"/>
        <w:jc w:val="both"/>
        <w:rPr>
          <w:rFonts w:ascii="Book Antiqua" w:hAnsi="Book Antiqua"/>
          <w:b/>
          <w:bCs/>
          <w:color w:val="000000" w:themeColor="text1"/>
          <w:sz w:val="20"/>
          <w:szCs w:val="20"/>
          <w:lang w:val="id-ID"/>
        </w:rPr>
      </w:pPr>
    </w:p>
    <w:p w14:paraId="5784E32B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00BD62B" w14:textId="1D8060E4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0A4A10">
        <w:rPr>
          <w:rFonts w:ascii="Book Antiqua" w:hAnsi="Book Antiqua"/>
          <w:color w:val="000000" w:themeColor="text1"/>
          <w:sz w:val="20"/>
          <w:szCs w:val="20"/>
          <w:lang w:val="id-ID"/>
        </w:rPr>
        <w:t>ini telah disetujui dan dinyatakan memenuhi syarat untuk diajukan dalam ujian tugas akhir.</w:t>
      </w:r>
    </w:p>
    <w:p w14:paraId="0123F888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C0222C4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8FC9D3B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E28D88B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0A4A10">
        <w:rPr>
          <w:rFonts w:ascii="Book Antiqua" w:hAnsi="Book Antiqua"/>
          <w:color w:val="000000" w:themeColor="text1"/>
          <w:sz w:val="20"/>
          <w:szCs w:val="20"/>
          <w:lang w:val="id-ID"/>
        </w:rPr>
        <w:t>Surabaya, ..........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1"/>
        <w:gridCol w:w="3031"/>
      </w:tblGrid>
      <w:tr w:rsidR="000A4A10" w:rsidRPr="000A4A10" w14:paraId="1C7EA0C9" w14:textId="77777777" w:rsidTr="008E36F3">
        <w:tc>
          <w:tcPr>
            <w:tcW w:w="3969" w:type="dxa"/>
            <w:vAlign w:val="center"/>
          </w:tcPr>
          <w:p w14:paraId="30082CDB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Pembimbing I</w:t>
            </w:r>
          </w:p>
          <w:p w14:paraId="44AD97D0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52A5E0A0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40A740B4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6B6A066A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5D850638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 Lengkap</w:t>
            </w:r>
          </w:p>
          <w:p w14:paraId="534C79F8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NIP....................</w:t>
            </w:r>
          </w:p>
        </w:tc>
        <w:tc>
          <w:tcPr>
            <w:tcW w:w="3970" w:type="dxa"/>
            <w:vAlign w:val="center"/>
          </w:tcPr>
          <w:p w14:paraId="37F000F3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Pembimbing I</w:t>
            </w:r>
          </w:p>
          <w:p w14:paraId="0D614CA9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68C6B5D3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2A3A55F7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1B00B74E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0584E542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 Lengkap</w:t>
            </w:r>
          </w:p>
          <w:p w14:paraId="565BD81C" w14:textId="77777777" w:rsidR="000A4A10" w:rsidRPr="000A4A10" w:rsidRDefault="000A4A10" w:rsidP="008E36F3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NIP....................</w:t>
            </w:r>
          </w:p>
        </w:tc>
      </w:tr>
    </w:tbl>
    <w:p w14:paraId="40EB071A" w14:textId="77777777" w:rsidR="000A4A10" w:rsidRPr="000A4A10" w:rsidRDefault="000A4A10" w:rsidP="000A4A10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37C403F" w14:textId="77777777" w:rsidR="000A4A10" w:rsidRP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sz w:val="20"/>
          <w:szCs w:val="20"/>
          <w:lang w:val="id-ID"/>
        </w:rPr>
      </w:pPr>
    </w:p>
    <w:p w14:paraId="20B97586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05DE57D8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3DDCBBDB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581F97D9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4F11511F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666204AD" w14:textId="77777777" w:rsidR="000A4A10" w:rsidRDefault="000A4A10" w:rsidP="000A4A10">
      <w:pPr>
        <w:jc w:val="both"/>
        <w:rPr>
          <w:rFonts w:ascii="Book Antiqua" w:hAnsi="Book Antiqua"/>
          <w:b/>
          <w:bCs/>
          <w:color w:val="000000" w:themeColor="text1"/>
          <w:lang w:val="id-ID"/>
        </w:rPr>
      </w:pPr>
    </w:p>
    <w:p w14:paraId="500DD284" w14:textId="4C458314" w:rsidR="000A4A10" w:rsidRPr="000A4A10" w:rsidRDefault="000A4A10" w:rsidP="000A4A10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57" w:name="_Toc239329753"/>
      <w:r w:rsidRPr="000A4A10">
        <w:rPr>
          <w:rFonts w:ascii="Book Antiqua" w:hAnsi="Book Antiqua"/>
          <w:color w:val="000000" w:themeColor="text1"/>
          <w:sz w:val="20"/>
          <w:szCs w:val="20"/>
        </w:rPr>
        <w:lastRenderedPageBreak/>
        <w:t>LEMBAR PENGESAHAN TUGAS AKHIR</w:t>
      </w:r>
      <w:bookmarkEnd w:id="57"/>
    </w:p>
    <w:p w14:paraId="3B6D6C51" w14:textId="616E278F" w:rsidR="000A4A10" w:rsidRDefault="000A4A10" w:rsidP="008E36F3">
      <w:pPr>
        <w:spacing w:after="0"/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1"/>
        <w:gridCol w:w="388"/>
        <w:gridCol w:w="3460"/>
      </w:tblGrid>
      <w:tr w:rsidR="008E36F3" w14:paraId="3FD7F52F" w14:textId="77777777" w:rsidTr="008E36F3">
        <w:tc>
          <w:tcPr>
            <w:tcW w:w="1761" w:type="dxa"/>
          </w:tcPr>
          <w:p w14:paraId="4A8EDD42" w14:textId="02D5DC39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</w:t>
            </w:r>
          </w:p>
        </w:tc>
        <w:tc>
          <w:tcPr>
            <w:tcW w:w="388" w:type="dxa"/>
          </w:tcPr>
          <w:p w14:paraId="65CAF847" w14:textId="77777777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36A3AAB0" w14:textId="77777777" w:rsidR="008E36F3" w:rsidRDefault="008E36F3" w:rsidP="00A43951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8E36F3" w14:paraId="630BE4B0" w14:textId="77777777" w:rsidTr="008E36F3">
        <w:tc>
          <w:tcPr>
            <w:tcW w:w="1761" w:type="dxa"/>
          </w:tcPr>
          <w:p w14:paraId="5AE5DE58" w14:textId="77777777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NIM</w:t>
            </w:r>
          </w:p>
        </w:tc>
        <w:tc>
          <w:tcPr>
            <w:tcW w:w="388" w:type="dxa"/>
          </w:tcPr>
          <w:p w14:paraId="3F8FC0BE" w14:textId="77777777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08E20CA6" w14:textId="77777777" w:rsidR="008E36F3" w:rsidRDefault="008E36F3" w:rsidP="00A43951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8E36F3" w14:paraId="1290065F" w14:textId="77777777" w:rsidTr="008E36F3">
        <w:tc>
          <w:tcPr>
            <w:tcW w:w="1761" w:type="dxa"/>
          </w:tcPr>
          <w:p w14:paraId="5A513078" w14:textId="77777777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Judul Penelitian</w:t>
            </w:r>
          </w:p>
        </w:tc>
        <w:tc>
          <w:tcPr>
            <w:tcW w:w="388" w:type="dxa"/>
          </w:tcPr>
          <w:p w14:paraId="77BD4115" w14:textId="77777777" w:rsidR="008E36F3" w:rsidRPr="008E36F3" w:rsidRDefault="008E36F3" w:rsidP="00A43951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:</w:t>
            </w:r>
          </w:p>
        </w:tc>
        <w:tc>
          <w:tcPr>
            <w:tcW w:w="3460" w:type="dxa"/>
          </w:tcPr>
          <w:p w14:paraId="3276CC80" w14:textId="77777777" w:rsidR="008E36F3" w:rsidRDefault="008E36F3" w:rsidP="00A43951">
            <w:pPr>
              <w:jc w:val="both"/>
              <w:rPr>
                <w:rFonts w:ascii="Book Antiqua" w:hAnsi="Book Antiqua"/>
                <w:b/>
                <w:bCs/>
                <w:color w:val="000000" w:themeColor="text1"/>
                <w:sz w:val="20"/>
                <w:szCs w:val="20"/>
                <w:lang w:val="id-ID"/>
              </w:rPr>
            </w:pPr>
          </w:p>
        </w:tc>
      </w:tr>
    </w:tbl>
    <w:p w14:paraId="3A512302" w14:textId="77777777" w:rsidR="008E36F3" w:rsidRDefault="008E36F3" w:rsidP="008E36F3">
      <w:pPr>
        <w:spacing w:after="0"/>
        <w:jc w:val="both"/>
        <w:rPr>
          <w:rFonts w:ascii="Book Antiqua" w:hAnsi="Book Antiqua"/>
          <w:b/>
          <w:bCs/>
          <w:color w:val="000000" w:themeColor="text1"/>
          <w:sz w:val="20"/>
          <w:szCs w:val="20"/>
          <w:lang w:val="id-ID"/>
        </w:rPr>
      </w:pPr>
    </w:p>
    <w:p w14:paraId="55B8DBEB" w14:textId="77777777" w:rsidR="008E36F3" w:rsidRPr="000A4A10" w:rsidRDefault="008E36F3" w:rsidP="008E36F3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FD99832" w14:textId="6D18B0D9" w:rsidR="008E36F3" w:rsidRPr="000A4A10" w:rsidRDefault="008E36F3" w:rsidP="008E36F3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0A4A10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ini 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>dipertahankan dihadapan dewan penguji pada tanggal XX Juli YYYY</w:t>
      </w:r>
      <w:r w:rsidRPr="000A4A10">
        <w:rPr>
          <w:rFonts w:ascii="Book Antiqua" w:hAnsi="Book Antiqua"/>
          <w:color w:val="000000" w:themeColor="text1"/>
          <w:sz w:val="20"/>
          <w:szCs w:val="20"/>
          <w:lang w:val="id-ID"/>
        </w:rPr>
        <w:t>.</w:t>
      </w:r>
    </w:p>
    <w:p w14:paraId="49B07720" w14:textId="77777777" w:rsidR="008E36F3" w:rsidRPr="000A4A10" w:rsidRDefault="008E36F3" w:rsidP="008E36F3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CFBD04D" w14:textId="500EAA99" w:rsidR="008E36F3" w:rsidRPr="000A4A10" w:rsidRDefault="008E36F3" w:rsidP="008E36F3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1170"/>
        <w:gridCol w:w="1544"/>
      </w:tblGrid>
      <w:tr w:rsidR="008E36F3" w14:paraId="6FF4229B" w14:textId="77777777" w:rsidTr="008E36F3">
        <w:tc>
          <w:tcPr>
            <w:tcW w:w="3348" w:type="dxa"/>
            <w:vAlign w:val="center"/>
          </w:tcPr>
          <w:p w14:paraId="21BDA169" w14:textId="2353273A" w:rsidR="008E36F3" w:rsidRDefault="008E36F3" w:rsidP="008E36F3">
            <w:pP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Dewan Penguji,</w:t>
            </w:r>
          </w:p>
        </w:tc>
        <w:tc>
          <w:tcPr>
            <w:tcW w:w="1170" w:type="dxa"/>
            <w:vAlign w:val="center"/>
          </w:tcPr>
          <w:p w14:paraId="02E5ECB3" w14:textId="45B3463B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Tanda Tangan</w:t>
            </w:r>
          </w:p>
        </w:tc>
        <w:tc>
          <w:tcPr>
            <w:tcW w:w="1544" w:type="dxa"/>
            <w:vAlign w:val="center"/>
          </w:tcPr>
          <w:p w14:paraId="49B6414E" w14:textId="4439295E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Tanggal Selesai/ Revisi</w:t>
            </w:r>
          </w:p>
        </w:tc>
      </w:tr>
      <w:tr w:rsidR="008E36F3" w14:paraId="56BC422D" w14:textId="77777777" w:rsidTr="008E36F3">
        <w:tc>
          <w:tcPr>
            <w:tcW w:w="3348" w:type="dxa"/>
          </w:tcPr>
          <w:p w14:paraId="50CD1AA5" w14:textId="77777777" w:rsidR="008E36F3" w:rsidRP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Nama Pembimbing I</w:t>
            </w:r>
          </w:p>
          <w:p w14:paraId="03E079EA" w14:textId="5E8C1068" w:rsid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 00000</w:t>
            </w:r>
          </w:p>
        </w:tc>
        <w:tc>
          <w:tcPr>
            <w:tcW w:w="1170" w:type="dxa"/>
            <w:vAlign w:val="bottom"/>
          </w:tcPr>
          <w:p w14:paraId="55B1C52C" w14:textId="52FBFC08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  <w:tc>
          <w:tcPr>
            <w:tcW w:w="1544" w:type="dxa"/>
            <w:vAlign w:val="bottom"/>
          </w:tcPr>
          <w:p w14:paraId="1FE6078C" w14:textId="3D0165C1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</w:tr>
      <w:tr w:rsidR="008E36F3" w14:paraId="1EF3FD74" w14:textId="77777777" w:rsidTr="008E36F3">
        <w:tc>
          <w:tcPr>
            <w:tcW w:w="3348" w:type="dxa"/>
          </w:tcPr>
          <w:p w14:paraId="1290D236" w14:textId="53AC4ACD" w:rsidR="008E36F3" w:rsidRP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Nama Pembimbing I</w:t>
            </w:r>
            <w:r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I</w:t>
            </w:r>
          </w:p>
          <w:p w14:paraId="0F439AA8" w14:textId="58DD0D4D" w:rsid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 00000</w:t>
            </w:r>
          </w:p>
        </w:tc>
        <w:tc>
          <w:tcPr>
            <w:tcW w:w="1170" w:type="dxa"/>
            <w:vAlign w:val="bottom"/>
          </w:tcPr>
          <w:p w14:paraId="2F90DE7F" w14:textId="4BFBE81D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  <w:tc>
          <w:tcPr>
            <w:tcW w:w="1544" w:type="dxa"/>
            <w:vAlign w:val="bottom"/>
          </w:tcPr>
          <w:p w14:paraId="63B48234" w14:textId="1A049042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</w:tr>
      <w:tr w:rsidR="008E36F3" w14:paraId="5E834FA7" w14:textId="77777777" w:rsidTr="008E36F3">
        <w:tc>
          <w:tcPr>
            <w:tcW w:w="3348" w:type="dxa"/>
          </w:tcPr>
          <w:p w14:paraId="335418D7" w14:textId="7B11A75B" w:rsidR="008E36F3" w:rsidRP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 xml:space="preserve">Nama </w:t>
            </w:r>
            <w:r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Penguji</w:t>
            </w: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 xml:space="preserve"> I</w:t>
            </w:r>
          </w:p>
          <w:p w14:paraId="114F0896" w14:textId="3C49D017" w:rsid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 00000</w:t>
            </w:r>
          </w:p>
        </w:tc>
        <w:tc>
          <w:tcPr>
            <w:tcW w:w="1170" w:type="dxa"/>
            <w:vAlign w:val="bottom"/>
          </w:tcPr>
          <w:p w14:paraId="200913DF" w14:textId="3C1EE0C9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  <w:tc>
          <w:tcPr>
            <w:tcW w:w="1544" w:type="dxa"/>
            <w:vAlign w:val="bottom"/>
          </w:tcPr>
          <w:p w14:paraId="174C2064" w14:textId="07A24A54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</w:tr>
      <w:tr w:rsidR="008E36F3" w14:paraId="61681F9E" w14:textId="77777777" w:rsidTr="008E36F3">
        <w:tc>
          <w:tcPr>
            <w:tcW w:w="3348" w:type="dxa"/>
          </w:tcPr>
          <w:p w14:paraId="7291D061" w14:textId="19F8A0AE" w:rsidR="008E36F3" w:rsidRP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</w:pP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 xml:space="preserve">Nama </w:t>
            </w:r>
            <w:r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Penguji</w:t>
            </w: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 xml:space="preserve"> </w:t>
            </w:r>
            <w:r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I</w:t>
            </w:r>
            <w:r w:rsidRPr="008E36F3"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  <w:t>I</w:t>
            </w:r>
          </w:p>
          <w:p w14:paraId="0F9A6766" w14:textId="5EF40D3A" w:rsidR="008E36F3" w:rsidRPr="008E36F3" w:rsidRDefault="008E36F3" w:rsidP="008E36F3">
            <w:pPr>
              <w:jc w:val="both"/>
              <w:rPr>
                <w:rFonts w:ascii="Book Antiqua" w:hAnsi="Book Antiqua"/>
                <w:color w:val="000000" w:themeColor="text1"/>
                <w:sz w:val="20"/>
                <w:szCs w:val="20"/>
                <w:u w:val="single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 00000</w:t>
            </w:r>
          </w:p>
        </w:tc>
        <w:tc>
          <w:tcPr>
            <w:tcW w:w="1170" w:type="dxa"/>
            <w:vAlign w:val="bottom"/>
          </w:tcPr>
          <w:p w14:paraId="317D7A44" w14:textId="780A1AAE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  <w:tc>
          <w:tcPr>
            <w:tcW w:w="1544" w:type="dxa"/>
            <w:vAlign w:val="bottom"/>
          </w:tcPr>
          <w:p w14:paraId="35C854C0" w14:textId="36AE7ED2" w:rsidR="008E36F3" w:rsidRDefault="008E36F3" w:rsidP="008E36F3">
            <w:pPr>
              <w:jc w:val="center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...................</w:t>
            </w:r>
          </w:p>
        </w:tc>
      </w:tr>
    </w:tbl>
    <w:p w14:paraId="605DF004" w14:textId="77777777" w:rsidR="008E36F3" w:rsidRPr="000A4A10" w:rsidRDefault="008E36F3" w:rsidP="008E36F3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F4C5323" w14:textId="692B162B" w:rsidR="008E36F3" w:rsidRDefault="008E36F3">
      <w:pPr>
        <w:rPr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2984"/>
      </w:tblGrid>
      <w:tr w:rsidR="008E36F3" w:rsidRPr="000A4A10" w14:paraId="26E2E2FF" w14:textId="77777777" w:rsidTr="008E36F3">
        <w:tc>
          <w:tcPr>
            <w:tcW w:w="3078" w:type="dxa"/>
            <w:vAlign w:val="center"/>
          </w:tcPr>
          <w:p w14:paraId="52352F13" w14:textId="28EB7D08" w:rsidR="008E36F3" w:rsidRDefault="008E36F3" w:rsidP="00A43951">
            <w:pP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Mengesahkan,</w:t>
            </w:r>
          </w:p>
        </w:tc>
        <w:tc>
          <w:tcPr>
            <w:tcW w:w="2984" w:type="dxa"/>
            <w:vAlign w:val="center"/>
          </w:tcPr>
          <w:p w14:paraId="5D5BD40D" w14:textId="3F8CC42A" w:rsidR="008E36F3" w:rsidRPr="000A4A10" w:rsidRDefault="008E36F3" w:rsidP="00A43951">
            <w:pP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Mengetahui,</w:t>
            </w:r>
          </w:p>
        </w:tc>
      </w:tr>
      <w:tr w:rsidR="008E36F3" w:rsidRPr="000A4A10" w14:paraId="42B3B0B2" w14:textId="77777777" w:rsidTr="008E36F3">
        <w:tc>
          <w:tcPr>
            <w:tcW w:w="3078" w:type="dxa"/>
            <w:vAlign w:val="center"/>
          </w:tcPr>
          <w:p w14:paraId="40EAA1B2" w14:textId="260A4B13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Dekan Fakultas Matematika dan Ilmu Pengetahuan Alam</w:t>
            </w:r>
          </w:p>
          <w:p w14:paraId="044A0468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2697BBFC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261380D9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5542D78D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00542A72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 Lengkap</w:t>
            </w:r>
          </w:p>
          <w:p w14:paraId="37ED124F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NIP....................</w:t>
            </w:r>
          </w:p>
        </w:tc>
        <w:tc>
          <w:tcPr>
            <w:tcW w:w="2984" w:type="dxa"/>
            <w:vAlign w:val="center"/>
          </w:tcPr>
          <w:p w14:paraId="337EA23A" w14:textId="77777777" w:rsidR="008E36F3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 xml:space="preserve">Koordinator Program Studi </w:t>
            </w:r>
          </w:p>
          <w:p w14:paraId="1CE431B3" w14:textId="16436B78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S1 Sains Data</w:t>
            </w:r>
          </w:p>
          <w:p w14:paraId="79536F73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10E77D4D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1BBEA374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7B91609E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</w:p>
          <w:p w14:paraId="1334988B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Nama Lengkap</w:t>
            </w:r>
          </w:p>
          <w:p w14:paraId="63CCCBCF" w14:textId="77777777" w:rsidR="008E36F3" w:rsidRPr="000A4A10" w:rsidRDefault="008E36F3" w:rsidP="00A43951">
            <w:pPr>
              <w:spacing w:line="276" w:lineRule="auto"/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</w:pPr>
            <w:r w:rsidRPr="000A4A10">
              <w:rPr>
                <w:rFonts w:ascii="Book Antiqua" w:hAnsi="Book Antiqua"/>
                <w:color w:val="000000" w:themeColor="text1"/>
                <w:sz w:val="20"/>
                <w:szCs w:val="20"/>
                <w:lang w:val="id-ID"/>
              </w:rPr>
              <w:t>NIP....................</w:t>
            </w:r>
          </w:p>
        </w:tc>
      </w:tr>
    </w:tbl>
    <w:p w14:paraId="6A129B6A" w14:textId="77777777" w:rsidR="000A4A10" w:rsidRDefault="000A4A10">
      <w:pPr>
        <w:rPr>
          <w:color w:val="000000" w:themeColor="text1"/>
          <w:sz w:val="20"/>
          <w:szCs w:val="20"/>
        </w:rPr>
      </w:pPr>
    </w:p>
    <w:p w14:paraId="22220E67" w14:textId="699391FE" w:rsidR="000A4A10" w:rsidRPr="000A4A10" w:rsidRDefault="000A4A10" w:rsidP="000A4A10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58" w:name="_Toc239329754"/>
      <w:r w:rsidRPr="000A4A10">
        <w:rPr>
          <w:rFonts w:ascii="Book Antiqua" w:hAnsi="Book Antiqua"/>
          <w:color w:val="000000" w:themeColor="text1"/>
          <w:sz w:val="20"/>
          <w:szCs w:val="20"/>
        </w:rPr>
        <w:lastRenderedPageBreak/>
        <w:t>HALAMAN PERSEMBAHAN</w:t>
      </w:r>
      <w:bookmarkEnd w:id="58"/>
    </w:p>
    <w:p w14:paraId="6C80A798" w14:textId="77777777" w:rsidR="008E36F3" w:rsidRDefault="008E36F3" w:rsidP="008E36F3">
      <w:pPr>
        <w:spacing w:after="0"/>
        <w:rPr>
          <w:color w:val="000000" w:themeColor="text1"/>
          <w:sz w:val="20"/>
          <w:szCs w:val="20"/>
        </w:rPr>
      </w:pPr>
    </w:p>
    <w:p w14:paraId="68178678" w14:textId="1C22576D" w:rsidR="000A4A10" w:rsidRDefault="000A4A10" w:rsidP="008E36F3">
      <w:pPr>
        <w:spacing w:after="0"/>
        <w:jc w:val="both"/>
        <w:rPr>
          <w:color w:val="000000" w:themeColor="text1"/>
          <w:sz w:val="20"/>
          <w:szCs w:val="20"/>
        </w:rPr>
      </w:pPr>
      <w:r w:rsidRPr="000A4A10">
        <w:rPr>
          <w:color w:val="000000" w:themeColor="text1"/>
          <w:sz w:val="20"/>
          <w:szCs w:val="20"/>
        </w:rPr>
        <w:t xml:space="preserve">Halaman </w:t>
      </w:r>
      <w:proofErr w:type="spellStart"/>
      <w:r w:rsidRPr="000A4A10">
        <w:rPr>
          <w:color w:val="000000" w:themeColor="text1"/>
          <w:sz w:val="20"/>
          <w:szCs w:val="20"/>
        </w:rPr>
        <w:t>persembahan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bukan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merupakan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suatu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keharusan</w:t>
      </w:r>
      <w:proofErr w:type="spellEnd"/>
      <w:r w:rsidRPr="000A4A10">
        <w:rPr>
          <w:color w:val="000000" w:themeColor="text1"/>
          <w:sz w:val="20"/>
          <w:szCs w:val="20"/>
        </w:rPr>
        <w:t xml:space="preserve">. Halaman </w:t>
      </w:r>
      <w:proofErr w:type="spellStart"/>
      <w:r w:rsidRPr="000A4A10">
        <w:rPr>
          <w:color w:val="000000" w:themeColor="text1"/>
          <w:sz w:val="20"/>
          <w:szCs w:val="20"/>
        </w:rPr>
        <w:t>ini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dimaksudkan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menyampaikan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kesan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atau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penghargaan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kepada</w:t>
      </w:r>
      <w:proofErr w:type="spellEnd"/>
      <w:r w:rsidRPr="000A4A10">
        <w:rPr>
          <w:color w:val="000000" w:themeColor="text1"/>
          <w:sz w:val="20"/>
          <w:szCs w:val="20"/>
        </w:rPr>
        <w:t xml:space="preserve"> orang-orang yang</w:t>
      </w:r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memiliki</w:t>
      </w:r>
      <w:proofErr w:type="spellEnd"/>
      <w:r w:rsidRPr="000A4A10">
        <w:rPr>
          <w:color w:val="000000" w:themeColor="text1"/>
          <w:sz w:val="20"/>
          <w:szCs w:val="20"/>
        </w:rPr>
        <w:t xml:space="preserve"> arti </w:t>
      </w:r>
      <w:proofErr w:type="spellStart"/>
      <w:r w:rsidRPr="000A4A10">
        <w:rPr>
          <w:color w:val="000000" w:themeColor="text1"/>
          <w:sz w:val="20"/>
          <w:szCs w:val="20"/>
        </w:rPr>
        <w:t>penting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bagi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peneliti</w:t>
      </w:r>
      <w:proofErr w:type="spellEnd"/>
      <w:r w:rsidRPr="000A4A10">
        <w:rPr>
          <w:color w:val="000000" w:themeColor="text1"/>
          <w:sz w:val="20"/>
          <w:szCs w:val="20"/>
        </w:rPr>
        <w:t>/</w:t>
      </w:r>
      <w:proofErr w:type="spellStart"/>
      <w:r w:rsidRPr="000A4A10">
        <w:rPr>
          <w:color w:val="000000" w:themeColor="text1"/>
          <w:sz w:val="20"/>
          <w:szCs w:val="20"/>
        </w:rPr>
        <w:t>penulis</w:t>
      </w:r>
      <w:proofErr w:type="spellEnd"/>
      <w:r w:rsidRPr="000A4A10">
        <w:rPr>
          <w:color w:val="000000" w:themeColor="text1"/>
          <w:sz w:val="20"/>
          <w:szCs w:val="20"/>
        </w:rPr>
        <w:t xml:space="preserve">. </w:t>
      </w:r>
      <w:proofErr w:type="spellStart"/>
      <w:r w:rsidRPr="000A4A10">
        <w:rPr>
          <w:color w:val="000000" w:themeColor="text1"/>
          <w:sz w:val="20"/>
          <w:szCs w:val="20"/>
        </w:rPr>
        <w:t>Pengungkapan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persembahan</w:t>
      </w:r>
      <w:proofErr w:type="spellEnd"/>
      <w:r w:rsidRPr="000A4A10">
        <w:rPr>
          <w:color w:val="000000" w:themeColor="text1"/>
          <w:sz w:val="20"/>
          <w:szCs w:val="20"/>
        </w:rPr>
        <w:t xml:space="preserve">, </w:t>
      </w:r>
      <w:proofErr w:type="spellStart"/>
      <w:r w:rsidRPr="000A4A10">
        <w:rPr>
          <w:color w:val="000000" w:themeColor="text1"/>
          <w:sz w:val="20"/>
          <w:szCs w:val="20"/>
        </w:rPr>
        <w:t>gaya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bahasa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wajar</w:t>
      </w:r>
      <w:proofErr w:type="spellEnd"/>
      <w:r w:rsidRPr="000A4A10">
        <w:rPr>
          <w:color w:val="000000" w:themeColor="text1"/>
          <w:sz w:val="20"/>
          <w:szCs w:val="20"/>
        </w:rPr>
        <w:t xml:space="preserve">, </w:t>
      </w:r>
      <w:proofErr w:type="spellStart"/>
      <w:r w:rsidRPr="000A4A10">
        <w:rPr>
          <w:color w:val="000000" w:themeColor="text1"/>
          <w:sz w:val="20"/>
          <w:szCs w:val="20"/>
        </w:rPr>
        <w:t>lugas</w:t>
      </w:r>
      <w:proofErr w:type="spellEnd"/>
      <w:r w:rsidRPr="000A4A10">
        <w:rPr>
          <w:color w:val="000000" w:themeColor="text1"/>
          <w:sz w:val="20"/>
          <w:szCs w:val="20"/>
        </w:rPr>
        <w:t xml:space="preserve">, dan </w:t>
      </w:r>
      <w:proofErr w:type="spellStart"/>
      <w:r w:rsidRPr="000A4A10">
        <w:rPr>
          <w:color w:val="000000" w:themeColor="text1"/>
          <w:sz w:val="20"/>
          <w:szCs w:val="20"/>
        </w:rPr>
        <w:t>tidak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emosional</w:t>
      </w:r>
      <w:proofErr w:type="spellEnd"/>
      <w:r w:rsidRPr="000A4A10">
        <w:rPr>
          <w:color w:val="000000" w:themeColor="text1"/>
          <w:sz w:val="20"/>
          <w:szCs w:val="20"/>
        </w:rPr>
        <w:t>.</w:t>
      </w:r>
    </w:p>
    <w:p w14:paraId="710BDB71" w14:textId="77777777" w:rsidR="008E36F3" w:rsidRDefault="008E36F3" w:rsidP="008E36F3">
      <w:pPr>
        <w:jc w:val="both"/>
        <w:rPr>
          <w:color w:val="000000" w:themeColor="text1"/>
          <w:sz w:val="20"/>
          <w:szCs w:val="20"/>
        </w:rPr>
      </w:pPr>
    </w:p>
    <w:p w14:paraId="4B019CE1" w14:textId="77777777" w:rsidR="008E36F3" w:rsidRDefault="008E36F3" w:rsidP="008E36F3">
      <w:pPr>
        <w:jc w:val="both"/>
        <w:rPr>
          <w:color w:val="000000" w:themeColor="text1"/>
          <w:sz w:val="20"/>
          <w:szCs w:val="20"/>
        </w:rPr>
      </w:pPr>
    </w:p>
    <w:p w14:paraId="5DAFA0AD" w14:textId="77777777" w:rsidR="008E36F3" w:rsidRDefault="008E36F3" w:rsidP="008E36F3">
      <w:pPr>
        <w:jc w:val="both"/>
        <w:rPr>
          <w:color w:val="000000" w:themeColor="text1"/>
          <w:sz w:val="20"/>
          <w:szCs w:val="20"/>
        </w:rPr>
      </w:pPr>
    </w:p>
    <w:p w14:paraId="54C4DBA8" w14:textId="77777777" w:rsidR="008E36F3" w:rsidRDefault="008E36F3" w:rsidP="008E36F3">
      <w:pPr>
        <w:jc w:val="both"/>
        <w:rPr>
          <w:color w:val="000000" w:themeColor="text1"/>
          <w:sz w:val="20"/>
          <w:szCs w:val="20"/>
        </w:rPr>
      </w:pPr>
    </w:p>
    <w:p w14:paraId="66D95568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E00340D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F6BF79C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118CB9B2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069236A5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6D5C7936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78335F74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561DBB7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6F46AC1B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576B8DAA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6A2E0A3D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08DB3F71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CAF9F2F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9317B36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44D90A0F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6DF818D8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0749218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58CE7D56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59D81685" w14:textId="77777777" w:rsidR="008E36F3" w:rsidRDefault="008E36F3" w:rsidP="008E36F3">
      <w:pPr>
        <w:spacing w:after="0"/>
        <w:jc w:val="both"/>
        <w:rPr>
          <w:color w:val="000000" w:themeColor="text1"/>
          <w:sz w:val="20"/>
          <w:szCs w:val="20"/>
        </w:rPr>
      </w:pPr>
    </w:p>
    <w:p w14:paraId="24F8B225" w14:textId="066462B5" w:rsidR="000A4A10" w:rsidRPr="000A4A10" w:rsidRDefault="000A4A10" w:rsidP="000A4A10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59" w:name="_Toc239329755"/>
      <w:r w:rsidRPr="000A4A10">
        <w:rPr>
          <w:rFonts w:ascii="Book Antiqua" w:hAnsi="Book Antiqua"/>
          <w:color w:val="000000" w:themeColor="text1"/>
          <w:sz w:val="20"/>
          <w:szCs w:val="20"/>
        </w:rPr>
        <w:lastRenderedPageBreak/>
        <w:t>KATA PENGANTAR</w:t>
      </w:r>
      <w:bookmarkEnd w:id="59"/>
    </w:p>
    <w:p w14:paraId="38EE769D" w14:textId="77777777" w:rsidR="008E36F3" w:rsidRDefault="008E36F3" w:rsidP="008E36F3">
      <w:pPr>
        <w:spacing w:after="0"/>
        <w:rPr>
          <w:color w:val="000000" w:themeColor="text1"/>
          <w:sz w:val="20"/>
          <w:szCs w:val="20"/>
        </w:rPr>
      </w:pPr>
    </w:p>
    <w:p w14:paraId="1AC48554" w14:textId="696C89D5" w:rsidR="00374C5F" w:rsidRDefault="000A4A10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  <w:r w:rsidRPr="000A4A10">
        <w:rPr>
          <w:color w:val="000000" w:themeColor="text1"/>
          <w:sz w:val="20"/>
          <w:szCs w:val="20"/>
        </w:rPr>
        <w:t xml:space="preserve">Kata </w:t>
      </w:r>
      <w:proofErr w:type="spellStart"/>
      <w:r w:rsidRPr="000A4A10">
        <w:rPr>
          <w:color w:val="000000" w:themeColor="text1"/>
          <w:sz w:val="20"/>
          <w:szCs w:val="20"/>
        </w:rPr>
        <w:t>pengantar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dimaksudkan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menyampaikan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puji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syukur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kepada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Tuhan</w:t>
      </w:r>
      <w:proofErr w:type="spellEnd"/>
      <w:r w:rsidRPr="000A4A10">
        <w:rPr>
          <w:color w:val="000000" w:themeColor="text1"/>
          <w:sz w:val="20"/>
          <w:szCs w:val="20"/>
        </w:rPr>
        <w:t xml:space="preserve"> Yang</w:t>
      </w:r>
      <w:r>
        <w:rPr>
          <w:color w:val="000000" w:themeColor="text1"/>
          <w:sz w:val="20"/>
          <w:szCs w:val="20"/>
        </w:rPr>
        <w:t xml:space="preserve"> </w:t>
      </w:r>
      <w:r w:rsidRPr="000A4A10">
        <w:rPr>
          <w:color w:val="000000" w:themeColor="text1"/>
          <w:sz w:val="20"/>
          <w:szCs w:val="20"/>
        </w:rPr>
        <w:t xml:space="preserve">Maha Esa dan </w:t>
      </w:r>
      <w:proofErr w:type="spellStart"/>
      <w:r w:rsidRPr="000A4A10">
        <w:rPr>
          <w:color w:val="000000" w:themeColor="text1"/>
          <w:sz w:val="20"/>
          <w:szCs w:val="20"/>
        </w:rPr>
        <w:t>ucapan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terima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kasih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kepada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pihak-pihak</w:t>
      </w:r>
      <w:proofErr w:type="spellEnd"/>
      <w:r w:rsidRPr="000A4A10">
        <w:rPr>
          <w:color w:val="000000" w:themeColor="text1"/>
          <w:sz w:val="20"/>
          <w:szCs w:val="20"/>
        </w:rPr>
        <w:t xml:space="preserve"> yang </w:t>
      </w:r>
      <w:proofErr w:type="spellStart"/>
      <w:r w:rsidRPr="000A4A10">
        <w:rPr>
          <w:color w:val="000000" w:themeColor="text1"/>
          <w:sz w:val="20"/>
          <w:szCs w:val="20"/>
        </w:rPr>
        <w:t>berjasa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secara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langsung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dalam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penulisan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laporan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tugas</w:t>
      </w:r>
      <w:proofErr w:type="spellEnd"/>
      <w:r w:rsidRPr="000A4A10">
        <w:rPr>
          <w:color w:val="000000" w:themeColor="text1"/>
          <w:sz w:val="20"/>
          <w:szCs w:val="20"/>
        </w:rPr>
        <w:t xml:space="preserve">, </w:t>
      </w:r>
      <w:proofErr w:type="spellStart"/>
      <w:r w:rsidRPr="000A4A10">
        <w:rPr>
          <w:color w:val="000000" w:themeColor="text1"/>
          <w:sz w:val="20"/>
          <w:szCs w:val="20"/>
        </w:rPr>
        <w:t>dimulai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dari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pihak</w:t>
      </w:r>
      <w:proofErr w:type="spellEnd"/>
      <w:r w:rsidRPr="000A4A10">
        <w:rPr>
          <w:color w:val="000000" w:themeColor="text1"/>
          <w:sz w:val="20"/>
          <w:szCs w:val="20"/>
        </w:rPr>
        <w:t xml:space="preserve"> yang paling </w:t>
      </w:r>
      <w:proofErr w:type="spellStart"/>
      <w:r w:rsidRPr="000A4A10">
        <w:rPr>
          <w:color w:val="000000" w:themeColor="text1"/>
          <w:sz w:val="20"/>
          <w:szCs w:val="20"/>
        </w:rPr>
        <w:t>berjasa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dalam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penyelesaian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penulisan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tugas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akhir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serta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harapan-harapan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terkait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hasil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tugas</w:t>
      </w:r>
      <w:proofErr w:type="spellEnd"/>
      <w:r w:rsidRPr="000A4A10">
        <w:rPr>
          <w:color w:val="000000" w:themeColor="text1"/>
          <w:sz w:val="20"/>
          <w:szCs w:val="20"/>
        </w:rPr>
        <w:t xml:space="preserve"> </w:t>
      </w:r>
      <w:proofErr w:type="spellStart"/>
      <w:r w:rsidRPr="000A4A10">
        <w:rPr>
          <w:color w:val="000000" w:themeColor="text1"/>
          <w:sz w:val="20"/>
          <w:szCs w:val="20"/>
        </w:rPr>
        <w:t>akhir</w:t>
      </w:r>
      <w:proofErr w:type="spellEnd"/>
      <w:r w:rsidRPr="000A4A10">
        <w:rPr>
          <w:color w:val="000000" w:themeColor="text1"/>
          <w:sz w:val="20"/>
          <w:szCs w:val="20"/>
        </w:rPr>
        <w:t>.</w:t>
      </w:r>
    </w:p>
    <w:p w14:paraId="52086D64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0A2D14BF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4ACAC1DF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3FD0AC03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6431BA6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28FE356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635ACD6E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5298EC28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10315F1F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0CE0052F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1902F25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7CEE1DE3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78004F98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285D0866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74172208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21E72A2B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67529843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5ACF3C9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23CDD1A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6AED9661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4D2E14DE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5F992C4F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1A4E89E3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47245890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6C8EEAA5" w14:textId="77777777" w:rsidR="008E36F3" w:rsidRDefault="008E36F3" w:rsidP="008E36F3">
      <w:pPr>
        <w:spacing w:after="0"/>
        <w:ind w:firstLine="720"/>
        <w:jc w:val="both"/>
        <w:rPr>
          <w:color w:val="000000" w:themeColor="text1"/>
          <w:sz w:val="20"/>
          <w:szCs w:val="20"/>
        </w:rPr>
      </w:pPr>
    </w:p>
    <w:p w14:paraId="44B4857A" w14:textId="77777777" w:rsidR="00272D85" w:rsidRDefault="00000000" w:rsidP="008B5AFB">
      <w:pPr>
        <w:pStyle w:val="Heading1"/>
        <w:jc w:val="center"/>
        <w:rPr>
          <w:b w:val="0"/>
          <w:color w:val="000000" w:themeColor="text1"/>
          <w:sz w:val="20"/>
          <w:szCs w:val="20"/>
        </w:rPr>
      </w:pPr>
      <w:bookmarkStart w:id="60" w:name="_Toc239329756"/>
      <w:r w:rsidRPr="00021D2E">
        <w:rPr>
          <w:rFonts w:ascii="Times New Roman" w:hAnsi="Times New Roman"/>
          <w:color w:val="000000" w:themeColor="text1"/>
          <w:sz w:val="20"/>
          <w:szCs w:val="20"/>
        </w:rPr>
        <w:lastRenderedPageBreak/>
        <w:t>DAFTAR ISI</w:t>
      </w:r>
      <w:bookmarkEnd w:id="60"/>
    </w:p>
    <w:sdt>
      <w:sdtPr>
        <w:rPr>
          <w:rFonts w:ascii="Book Antiqua" w:hAnsi="Book Antiqua"/>
          <w:sz w:val="20"/>
          <w:szCs w:val="20"/>
        </w:rPr>
        <w:id w:val="1671137419"/>
        <w:docPartObj>
          <w:docPartGallery w:val="Table of Contents"/>
          <w:docPartUnique/>
        </w:docPartObj>
      </w:sdtPr>
      <w:sdtEndPr>
        <w:rPr>
          <w:rFonts w:eastAsiaTheme="minorEastAsia" w:cstheme="minorBidi"/>
          <w:noProof/>
          <w:color w:val="333333"/>
        </w:rPr>
      </w:sdtEndPr>
      <w:sdtContent>
        <w:p w14:paraId="0ED5D60B" w14:textId="19D3F47E" w:rsidR="008B5AFB" w:rsidRPr="00181CA7" w:rsidRDefault="008B5AFB" w:rsidP="00181CA7">
          <w:pPr>
            <w:pStyle w:val="TOCHeading"/>
            <w:spacing w:before="0"/>
            <w:rPr>
              <w:rFonts w:ascii="Book Antiqua" w:hAnsi="Book Antiqua"/>
              <w:sz w:val="20"/>
              <w:szCs w:val="20"/>
            </w:rPr>
          </w:pPr>
        </w:p>
        <w:p w14:paraId="724F8D37" w14:textId="46BBEDCE" w:rsidR="00181CA7" w:rsidRPr="00181CA7" w:rsidRDefault="008B5AFB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r w:rsidRPr="00181CA7">
            <w:fldChar w:fldCharType="begin"/>
          </w:r>
          <w:r w:rsidRPr="00181CA7">
            <w:instrText xml:space="preserve"> TOC \o "1-3" \h \z \u </w:instrText>
          </w:r>
          <w:r w:rsidRPr="00181CA7">
            <w:fldChar w:fldCharType="separate"/>
          </w:r>
          <w:hyperlink w:anchor="_Toc239329748" w:history="1">
            <w:r w:rsidR="00181CA7" w:rsidRPr="00181CA7">
              <w:rPr>
                <w:rStyle w:val="Hyperlink"/>
              </w:rPr>
              <w:t>HALAMAN JUDUL</w:t>
            </w:r>
            <w:r w:rsidR="00181CA7" w:rsidRPr="00181CA7">
              <w:rPr>
                <w:b w:val="0"/>
                <w:bCs w:val="0"/>
                <w:webHidden/>
              </w:rPr>
              <w:tab/>
            </w:r>
            <w:r w:rsidR="00181CA7" w:rsidRPr="00181CA7">
              <w:rPr>
                <w:b w:val="0"/>
                <w:bCs w:val="0"/>
                <w:webHidden/>
              </w:rPr>
              <w:fldChar w:fldCharType="begin"/>
            </w:r>
            <w:r w:rsidR="00181CA7" w:rsidRPr="00181CA7">
              <w:rPr>
                <w:b w:val="0"/>
                <w:bCs w:val="0"/>
                <w:webHidden/>
              </w:rPr>
              <w:instrText xml:space="preserve"> PAGEREF _Toc239329748 \h </w:instrText>
            </w:r>
            <w:r w:rsidR="00181CA7" w:rsidRPr="00181CA7">
              <w:rPr>
                <w:b w:val="0"/>
                <w:bCs w:val="0"/>
                <w:webHidden/>
              </w:rPr>
            </w:r>
            <w:r w:rsidR="00181CA7" w:rsidRPr="00181CA7">
              <w:rPr>
                <w:b w:val="0"/>
                <w:bCs w:val="0"/>
                <w:webHidden/>
              </w:rPr>
              <w:fldChar w:fldCharType="separate"/>
            </w:r>
            <w:r w:rsidR="00181CA7" w:rsidRPr="00181CA7">
              <w:rPr>
                <w:b w:val="0"/>
                <w:bCs w:val="0"/>
                <w:webHidden/>
              </w:rPr>
              <w:t>i</w:t>
            </w:r>
            <w:r w:rsidR="00181CA7"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70E97BE7" w14:textId="1223A86B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49" w:history="1">
            <w:r w:rsidRPr="00181CA7">
              <w:rPr>
                <w:rStyle w:val="Hyperlink"/>
              </w:rPr>
              <w:t>ABSTRAK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_Toc239329749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iii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48432FC0" w14:textId="23D500D9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0" w:history="1">
            <w:r w:rsidRPr="00181CA7">
              <w:rPr>
                <w:rStyle w:val="Hyperlink"/>
                <w:i/>
                <w:iCs/>
              </w:rPr>
              <w:t>ABSTRACT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_Toc239329750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iv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548BA2B4" w14:textId="168B63EC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1" w:history="1">
            <w:r w:rsidRPr="00181CA7">
              <w:rPr>
                <w:rStyle w:val="Hyperlink"/>
              </w:rPr>
              <w:t>SURAT PERNYATAAN KEORISINILAN SKRIPSI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_Toc239329751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v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0BEDB7F3" w14:textId="18A3F9C1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2" w:history="1">
            <w:r w:rsidRPr="00181CA7">
              <w:rPr>
                <w:rStyle w:val="Hyperlink"/>
              </w:rPr>
              <w:t>LEMBAR PERSETUJUAN TUGAS AKHIR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_Toc239329752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vi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39B68F9D" w14:textId="57F3998F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3" w:history="1">
            <w:r w:rsidRPr="00181CA7">
              <w:rPr>
                <w:rStyle w:val="Hyperlink"/>
              </w:rPr>
              <w:t>LEMBAR PENGESAHAN TUGAS AKHIR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_Toc239329753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vii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2BB04590" w14:textId="19F3C7F9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4" w:history="1">
            <w:r w:rsidRPr="00181CA7">
              <w:rPr>
                <w:rStyle w:val="Hyperlink"/>
              </w:rPr>
              <w:t>HALAMAN PERSEMBAHAN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_Toc239329754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viii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246982C0" w14:textId="3C8773D7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5" w:history="1">
            <w:r w:rsidRPr="00181CA7">
              <w:rPr>
                <w:rStyle w:val="Hyperlink"/>
              </w:rPr>
              <w:t>KATA PENGANTAR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_Toc239329755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ix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7EC9C6A1" w14:textId="7F08C590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6" w:history="1">
            <w:r w:rsidRPr="00181CA7">
              <w:rPr>
                <w:rStyle w:val="Hyperlink"/>
              </w:rPr>
              <w:t>DAFTAR ISI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_Toc239329756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x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1DD60840" w14:textId="4CDEF4F9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57" w:history="1">
            <w:r w:rsidRPr="00181CA7">
              <w:rPr>
                <w:rStyle w:val="Hyperlink"/>
              </w:rPr>
              <w:t>BAB I PENDAHULUAN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_Toc239329757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1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2B29101F" w14:textId="70742322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59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1.1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Latar Belakang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_Toc239329759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1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5C4582" w14:textId="41D05FDC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0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1.2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Rumusan Masalah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_Toc239329760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1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BE37AAC" w14:textId="2AB53879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1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1.3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Tujuan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_Toc239329761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2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E5E848" w14:textId="2510FBAB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2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1.4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Manfaat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_Toc239329762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2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F0CFD28" w14:textId="146FD1F1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3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1.5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Batasan Penelitian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_Toc239329763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2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58A9B1" w14:textId="44D08E3B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64" w:history="1">
            <w:r w:rsidRPr="00181CA7">
              <w:rPr>
                <w:rStyle w:val="Hyperlink"/>
              </w:rPr>
              <w:t>BAB II TINJAUAN PUSTAKA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_Toc239329764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5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743DCE03" w14:textId="1B41AC36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6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2.1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Penelitian Terkait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_Toc239329766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5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2153A76" w14:textId="3E747395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7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2.2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i/>
                <w:iCs/>
                <w:noProof/>
                <w:sz w:val="20"/>
                <w:szCs w:val="20"/>
                <w:lang w:val="id-ID"/>
              </w:rPr>
              <w:t>Support Vector Machine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_Toc239329767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5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706D9A" w14:textId="7C05C1E7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8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2.3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Evaluasi Metode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_Toc239329768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6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297149" w14:textId="2DD30EFD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69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2.4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Transaksi Keuangan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_Toc239329769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6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EBBACD" w14:textId="43E04930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70" w:history="1">
            <w:r w:rsidRPr="00181CA7">
              <w:rPr>
                <w:rStyle w:val="Hyperlink"/>
              </w:rPr>
              <w:t>BAB III METODE PENELITIAN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_Toc239329770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7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010F2A8B" w14:textId="44BD516B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2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3.1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Sumber Data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_Toc239329772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7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DDFC51A" w14:textId="6C95146A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3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3.2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Variabel Penelitian dan Struktur Data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_Toc239329773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7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994F89" w14:textId="77962D61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4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3.3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Langkah-Langkah Penelitian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_Toc239329774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7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8D1EF3" w14:textId="6240733E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5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3.4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Diagram Alir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_Toc239329775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7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B29FC44" w14:textId="42133F8D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76" w:history="1">
            <w:r w:rsidRPr="00181CA7">
              <w:rPr>
                <w:rStyle w:val="Hyperlink"/>
              </w:rPr>
              <w:t>BAB 4 HASIL DAN PEMBAHASAN</w:t>
            </w:r>
            <w:r w:rsidRPr="00181CA7">
              <w:rPr>
                <w:b w:val="0"/>
                <w:bCs w:val="0"/>
                <w:webHidden/>
              </w:rPr>
              <w:tab/>
            </w:r>
            <w:r w:rsidRPr="00181CA7">
              <w:rPr>
                <w:b w:val="0"/>
                <w:bCs w:val="0"/>
                <w:webHidden/>
              </w:rPr>
              <w:fldChar w:fldCharType="begin"/>
            </w:r>
            <w:r w:rsidRPr="00181CA7">
              <w:rPr>
                <w:b w:val="0"/>
                <w:bCs w:val="0"/>
                <w:webHidden/>
              </w:rPr>
              <w:instrText xml:space="preserve"> PAGEREF _Toc239329776 \h </w:instrText>
            </w:r>
            <w:r w:rsidRPr="00181CA7">
              <w:rPr>
                <w:b w:val="0"/>
                <w:bCs w:val="0"/>
                <w:webHidden/>
              </w:rPr>
            </w:r>
            <w:r w:rsidRPr="00181CA7">
              <w:rPr>
                <w:b w:val="0"/>
                <w:bCs w:val="0"/>
                <w:webHidden/>
              </w:rPr>
              <w:fldChar w:fldCharType="separate"/>
            </w:r>
            <w:r w:rsidRPr="00181CA7">
              <w:rPr>
                <w:b w:val="0"/>
                <w:bCs w:val="0"/>
                <w:webHidden/>
              </w:rPr>
              <w:t>9</w:t>
            </w:r>
            <w:r w:rsidRPr="00181CA7">
              <w:rPr>
                <w:b w:val="0"/>
                <w:bCs w:val="0"/>
                <w:webHidden/>
              </w:rPr>
              <w:fldChar w:fldCharType="end"/>
            </w:r>
          </w:hyperlink>
        </w:p>
        <w:p w14:paraId="14BFBEA2" w14:textId="1AA4ADD7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8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4.1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Hasil Eksplorasi Data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_Toc239329778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9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00FF22" w14:textId="374FDA52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79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4.2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Pemodelan dengan SVM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_Toc239329779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9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0486A43" w14:textId="32C439B3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80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4.3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  <w:lang w:val="id-ID"/>
              </w:rPr>
              <w:t>Evaluasi Metode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_Toc239329780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9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213494" w14:textId="1D455353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81" w:history="1">
            <w:r w:rsidRPr="00181CA7">
              <w:rPr>
                <w:rStyle w:val="Hyperlink"/>
              </w:rPr>
              <w:t>BAB 5 KESIMPULAN DAN SARAN</w:t>
            </w:r>
            <w:r w:rsidRPr="00181CA7">
              <w:rPr>
                <w:b w:val="0"/>
                <w:webHidden/>
              </w:rPr>
              <w:tab/>
            </w:r>
            <w:r w:rsidRPr="00181CA7">
              <w:rPr>
                <w:b w:val="0"/>
                <w:webHidden/>
              </w:rPr>
              <w:fldChar w:fldCharType="begin"/>
            </w:r>
            <w:r w:rsidRPr="00181CA7">
              <w:rPr>
                <w:b w:val="0"/>
                <w:webHidden/>
              </w:rPr>
              <w:instrText xml:space="preserve"> PAGEREF _Toc239329781 \h </w:instrText>
            </w:r>
            <w:r w:rsidRPr="00181CA7">
              <w:rPr>
                <w:b w:val="0"/>
                <w:webHidden/>
              </w:rPr>
            </w:r>
            <w:r w:rsidRPr="00181CA7">
              <w:rPr>
                <w:b w:val="0"/>
                <w:webHidden/>
              </w:rPr>
              <w:fldChar w:fldCharType="separate"/>
            </w:r>
            <w:r w:rsidRPr="00181CA7">
              <w:rPr>
                <w:b w:val="0"/>
                <w:webHidden/>
              </w:rPr>
              <w:t>11</w:t>
            </w:r>
            <w:r w:rsidRPr="00181CA7">
              <w:rPr>
                <w:b w:val="0"/>
                <w:webHidden/>
              </w:rPr>
              <w:fldChar w:fldCharType="end"/>
            </w:r>
          </w:hyperlink>
        </w:p>
        <w:p w14:paraId="3DB9E95F" w14:textId="451C94F0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83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</w:rPr>
              <w:t>5.1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</w:rPr>
              <w:t>Kesimpulan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_Toc239329783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11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3AC445" w14:textId="01679788" w:rsidR="00181CA7" w:rsidRPr="00181CA7" w:rsidRDefault="00181CA7" w:rsidP="00181CA7">
          <w:pPr>
            <w:pStyle w:val="TOC2"/>
            <w:tabs>
              <w:tab w:val="left" w:pos="720"/>
              <w:tab w:val="right" w:leader="dot" w:pos="5836"/>
            </w:tabs>
            <w:rPr>
              <w:rFonts w:ascii="Book Antiqua" w:hAnsi="Book Antiqua"/>
              <w:noProof/>
              <w:color w:val="auto"/>
              <w:kern w:val="2"/>
              <w:sz w:val="20"/>
              <w:szCs w:val="20"/>
              <w14:ligatures w14:val="standardContextual"/>
            </w:rPr>
          </w:pPr>
          <w:hyperlink w:anchor="_Toc239329784" w:history="1"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</w:rPr>
              <w:t>5.2</w:t>
            </w:r>
            <w:r w:rsidRPr="00181CA7">
              <w:rPr>
                <w:rFonts w:ascii="Book Antiqua" w:hAnsi="Book Antiqua"/>
                <w:noProof/>
                <w:color w:val="auto"/>
                <w:kern w:val="2"/>
                <w:sz w:val="20"/>
                <w:szCs w:val="20"/>
                <w14:ligatures w14:val="standardContextual"/>
              </w:rPr>
              <w:tab/>
            </w:r>
            <w:r w:rsidRPr="00181CA7">
              <w:rPr>
                <w:rStyle w:val="Hyperlink"/>
                <w:rFonts w:ascii="Book Antiqua" w:hAnsi="Book Antiqua"/>
                <w:noProof/>
                <w:sz w:val="20"/>
                <w:szCs w:val="20"/>
              </w:rPr>
              <w:t>Saran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ab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begin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instrText xml:space="preserve"> PAGEREF _Toc239329784 \h </w:instrTex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separate"/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t>11</w:t>
            </w:r>
            <w:r w:rsidRPr="00181CA7">
              <w:rPr>
                <w:rFonts w:ascii="Book Antiqua" w:hAnsi="Book Antiqua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9884DFB" w14:textId="1E0F765D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85" w:history="1">
            <w:r w:rsidRPr="00181CA7">
              <w:rPr>
                <w:rStyle w:val="Hyperlink"/>
              </w:rPr>
              <w:t>DAFTAR PUSTAKA</w:t>
            </w:r>
            <w:r w:rsidRPr="00181CA7">
              <w:rPr>
                <w:b w:val="0"/>
                <w:webHidden/>
              </w:rPr>
              <w:tab/>
            </w:r>
            <w:r w:rsidRPr="00181CA7">
              <w:rPr>
                <w:b w:val="0"/>
                <w:webHidden/>
              </w:rPr>
              <w:fldChar w:fldCharType="begin"/>
            </w:r>
            <w:r w:rsidRPr="00181CA7">
              <w:rPr>
                <w:b w:val="0"/>
                <w:webHidden/>
              </w:rPr>
              <w:instrText xml:space="preserve"> PAGEREF _Toc239329785 \h </w:instrText>
            </w:r>
            <w:r w:rsidRPr="00181CA7">
              <w:rPr>
                <w:b w:val="0"/>
                <w:webHidden/>
              </w:rPr>
            </w:r>
            <w:r w:rsidRPr="00181CA7">
              <w:rPr>
                <w:b w:val="0"/>
                <w:webHidden/>
              </w:rPr>
              <w:fldChar w:fldCharType="separate"/>
            </w:r>
            <w:r w:rsidRPr="00181CA7">
              <w:rPr>
                <w:b w:val="0"/>
                <w:webHidden/>
              </w:rPr>
              <w:t>12</w:t>
            </w:r>
            <w:r w:rsidRPr="00181CA7">
              <w:rPr>
                <w:b w:val="0"/>
                <w:webHidden/>
              </w:rPr>
              <w:fldChar w:fldCharType="end"/>
            </w:r>
          </w:hyperlink>
        </w:p>
        <w:p w14:paraId="4D245187" w14:textId="76153A90" w:rsidR="00181CA7" w:rsidRPr="00181CA7" w:rsidRDefault="00181CA7" w:rsidP="00181CA7">
          <w:pPr>
            <w:pStyle w:val="TOC1"/>
            <w:rPr>
              <w:color w:val="auto"/>
              <w:kern w:val="2"/>
              <w14:ligatures w14:val="standardContextual"/>
            </w:rPr>
          </w:pPr>
          <w:hyperlink w:anchor="_Toc239329786" w:history="1">
            <w:r w:rsidRPr="00181CA7">
              <w:rPr>
                <w:rStyle w:val="Hyperlink"/>
              </w:rPr>
              <w:t>LAMPIRAN</w:t>
            </w:r>
            <w:r w:rsidRPr="00181CA7">
              <w:rPr>
                <w:b w:val="0"/>
                <w:webHidden/>
              </w:rPr>
              <w:tab/>
            </w:r>
            <w:r w:rsidRPr="00181CA7">
              <w:rPr>
                <w:b w:val="0"/>
                <w:webHidden/>
              </w:rPr>
              <w:fldChar w:fldCharType="begin"/>
            </w:r>
            <w:r w:rsidRPr="00181CA7">
              <w:rPr>
                <w:b w:val="0"/>
                <w:webHidden/>
              </w:rPr>
              <w:instrText xml:space="preserve"> PAGEREF _Toc239329786 \h </w:instrText>
            </w:r>
            <w:r w:rsidRPr="00181CA7">
              <w:rPr>
                <w:b w:val="0"/>
                <w:webHidden/>
              </w:rPr>
            </w:r>
            <w:r w:rsidRPr="00181CA7">
              <w:rPr>
                <w:b w:val="0"/>
                <w:webHidden/>
              </w:rPr>
              <w:fldChar w:fldCharType="separate"/>
            </w:r>
            <w:r w:rsidRPr="00181CA7">
              <w:rPr>
                <w:b w:val="0"/>
                <w:webHidden/>
              </w:rPr>
              <w:t>13</w:t>
            </w:r>
            <w:r w:rsidRPr="00181CA7">
              <w:rPr>
                <w:b w:val="0"/>
                <w:webHidden/>
              </w:rPr>
              <w:fldChar w:fldCharType="end"/>
            </w:r>
          </w:hyperlink>
        </w:p>
        <w:p w14:paraId="3C812CFA" w14:textId="05587C7E" w:rsidR="008B5AFB" w:rsidRDefault="008B5AFB" w:rsidP="00181CA7">
          <w:r w:rsidRPr="00181CA7">
            <w:rPr>
              <w:rFonts w:ascii="Book Antiqua" w:hAnsi="Book Antiqua"/>
              <w:b/>
              <w:bCs/>
              <w:noProof/>
              <w:sz w:val="20"/>
              <w:szCs w:val="20"/>
            </w:rPr>
            <w:fldChar w:fldCharType="end"/>
          </w:r>
        </w:p>
      </w:sdtContent>
    </w:sdt>
    <w:p w14:paraId="17E5C87F" w14:textId="77777777" w:rsidR="008B5AFB" w:rsidRDefault="008B5AFB">
      <w:pPr>
        <w:spacing w:after="40" w:line="264" w:lineRule="auto"/>
        <w:rPr>
          <w:b/>
          <w:color w:val="000000" w:themeColor="text1"/>
          <w:sz w:val="20"/>
          <w:szCs w:val="20"/>
        </w:rPr>
      </w:pPr>
    </w:p>
    <w:p w14:paraId="0DA8A02E" w14:textId="77777777" w:rsidR="002C4342" w:rsidRDefault="002C4342">
      <w:pPr>
        <w:spacing w:after="40" w:line="264" w:lineRule="auto"/>
        <w:rPr>
          <w:b/>
          <w:color w:val="000000" w:themeColor="text1"/>
          <w:sz w:val="20"/>
          <w:szCs w:val="20"/>
        </w:rPr>
      </w:pPr>
    </w:p>
    <w:p w14:paraId="4B9CB085" w14:textId="77777777" w:rsidR="002C4342" w:rsidRDefault="002C4342">
      <w:pPr>
        <w:spacing w:after="40" w:line="264" w:lineRule="auto"/>
        <w:rPr>
          <w:color w:val="000000" w:themeColor="text1"/>
          <w:sz w:val="20"/>
          <w:szCs w:val="20"/>
        </w:rPr>
      </w:pPr>
    </w:p>
    <w:p w14:paraId="39C15784" w14:textId="77777777" w:rsidR="000A4A10" w:rsidRDefault="000A4A10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177CFA04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2660C6B8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284313C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11F2C782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0D495CA1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2D9A13AD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1A46D02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75BCA2D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6C4BE5B8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64B6C69C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1A15A768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3B5FD4D" w14:textId="77777777" w:rsidR="000A4A10" w:rsidRPr="008B5AFB" w:rsidRDefault="000A4A10" w:rsidP="008B5AFB">
      <w:pPr>
        <w:spacing w:after="40" w:line="264" w:lineRule="auto"/>
        <w:jc w:val="center"/>
        <w:rPr>
          <w:rFonts w:ascii="Book Antiqua" w:hAnsi="Book Antiqua"/>
          <w:b/>
          <w:bCs/>
          <w:color w:val="000000" w:themeColor="text1"/>
          <w:sz w:val="20"/>
          <w:szCs w:val="20"/>
        </w:rPr>
      </w:pPr>
      <w:r w:rsidRPr="008B5AFB">
        <w:rPr>
          <w:rFonts w:ascii="Book Antiqua" w:hAnsi="Book Antiqua"/>
          <w:b/>
          <w:bCs/>
          <w:color w:val="000000" w:themeColor="text1"/>
          <w:sz w:val="20"/>
          <w:szCs w:val="20"/>
        </w:rPr>
        <w:lastRenderedPageBreak/>
        <w:t>DAFTAR TABEL</w:t>
      </w:r>
    </w:p>
    <w:p w14:paraId="4B1F52BD" w14:textId="77777777" w:rsidR="008B5AFB" w:rsidRPr="008B5AFB" w:rsidRDefault="008B5AFB" w:rsidP="008B5AFB">
      <w:pPr>
        <w:spacing w:after="40" w:line="264" w:lineRule="auto"/>
        <w:jc w:val="center"/>
        <w:rPr>
          <w:rFonts w:ascii="Book Antiqua" w:hAnsi="Book Antiqua"/>
          <w:b/>
          <w:bCs/>
          <w:color w:val="000000" w:themeColor="text1"/>
          <w:sz w:val="20"/>
          <w:szCs w:val="20"/>
        </w:rPr>
      </w:pPr>
    </w:p>
    <w:p w14:paraId="0BA688CE" w14:textId="3F1B8A47" w:rsidR="008B5AFB" w:rsidRPr="008B5AFB" w:rsidRDefault="008B5AFB" w:rsidP="008B5AFB">
      <w:pPr>
        <w:pStyle w:val="TableofFigures"/>
        <w:tabs>
          <w:tab w:val="right" w:leader="dot" w:pos="5836"/>
        </w:tabs>
        <w:rPr>
          <w:rFonts w:ascii="Book Antiqua" w:hAnsi="Book Antiqua"/>
          <w:noProof/>
          <w:sz w:val="20"/>
          <w:szCs w:val="20"/>
        </w:rPr>
      </w:pP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TOC \h \z \c "Tabel 2."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  <w:hyperlink w:anchor="_Toc239329425" w:history="1">
        <w:r w:rsidRPr="008B5AFB">
          <w:rPr>
            <w:rStyle w:val="Hyperlink"/>
            <w:rFonts w:ascii="Book Antiqua" w:hAnsi="Book Antiqua"/>
            <w:noProof/>
            <w:sz w:val="20"/>
            <w:szCs w:val="20"/>
            <w:lang w:val="id-ID"/>
          </w:rPr>
          <w:t>Tabel 2.1 Penelitian Terkait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ab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begin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instrText xml:space="preserve"> PAGEREF _Toc239329425 \h </w:instrTex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separate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>5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end"/>
        </w:r>
      </w:hyperlink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TOC \h \z \c "Tabel 3."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</w:p>
    <w:p w14:paraId="029CA2DC" w14:textId="1E949046" w:rsidR="008B5AFB" w:rsidRPr="008B5AFB" w:rsidRDefault="008B5AFB" w:rsidP="008B5AFB">
      <w:pPr>
        <w:pStyle w:val="TableofFigures"/>
        <w:tabs>
          <w:tab w:val="right" w:leader="dot" w:pos="5836"/>
        </w:tabs>
        <w:rPr>
          <w:rFonts w:ascii="Book Antiqua" w:hAnsi="Book Antiqua"/>
          <w:noProof/>
          <w:sz w:val="20"/>
          <w:szCs w:val="20"/>
        </w:rPr>
      </w:pPr>
      <w:hyperlink w:anchor="_Toc239329433" w:history="1">
        <w:r w:rsidRPr="008B5AFB">
          <w:rPr>
            <w:rStyle w:val="Hyperlink"/>
            <w:rFonts w:ascii="Book Antiqua" w:hAnsi="Book Antiqua"/>
            <w:noProof/>
            <w:sz w:val="20"/>
            <w:szCs w:val="20"/>
            <w:lang w:val="id-ID"/>
          </w:rPr>
          <w:t>Tabel 3.1 Variabel Penelitian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ab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begin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instrText xml:space="preserve"> PAGEREF _Toc239329433 \h </w:instrTex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separate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>7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end"/>
        </w:r>
      </w:hyperlink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TOC \h \z \c "Tabel 4."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</w:p>
    <w:p w14:paraId="4E207F1A" w14:textId="13672A94" w:rsidR="008B5AFB" w:rsidRPr="008B5AFB" w:rsidRDefault="008B5AFB">
      <w:pPr>
        <w:pStyle w:val="TableofFigures"/>
        <w:tabs>
          <w:tab w:val="right" w:leader="dot" w:pos="5836"/>
        </w:tabs>
        <w:rPr>
          <w:rFonts w:ascii="Book Antiqua" w:hAnsi="Book Antiqua"/>
          <w:noProof/>
          <w:color w:val="auto"/>
          <w:kern w:val="2"/>
          <w:sz w:val="20"/>
          <w:szCs w:val="20"/>
          <w14:ligatures w14:val="standardContextual"/>
        </w:rPr>
      </w:pPr>
      <w:hyperlink w:anchor="_Toc239329439" w:history="1">
        <w:r w:rsidRPr="008B5AFB">
          <w:rPr>
            <w:rStyle w:val="Hyperlink"/>
            <w:rFonts w:ascii="Book Antiqua" w:hAnsi="Book Antiqua"/>
            <w:noProof/>
            <w:sz w:val="20"/>
            <w:szCs w:val="20"/>
            <w:lang w:val="id-ID"/>
          </w:rPr>
          <w:t>Tabel 4.1 Statistika Deskriptif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ab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begin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instrText xml:space="preserve"> PAGEREF _Toc239329439 \h </w:instrTex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separate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>9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end"/>
        </w:r>
      </w:hyperlink>
    </w:p>
    <w:p w14:paraId="4FB8F697" w14:textId="63153192" w:rsidR="008B5AFB" w:rsidRPr="008B5AFB" w:rsidRDefault="008B5AFB">
      <w:pPr>
        <w:pStyle w:val="TableofFigures"/>
        <w:tabs>
          <w:tab w:val="right" w:leader="dot" w:pos="5836"/>
        </w:tabs>
        <w:rPr>
          <w:rFonts w:ascii="Book Antiqua" w:hAnsi="Book Antiqua"/>
          <w:noProof/>
          <w:color w:val="auto"/>
          <w:kern w:val="2"/>
          <w:sz w:val="20"/>
          <w:szCs w:val="20"/>
          <w14:ligatures w14:val="standardContextual"/>
        </w:rPr>
      </w:pPr>
      <w:hyperlink w:anchor="_Toc239329440" w:history="1">
        <w:r w:rsidRPr="008B5AFB">
          <w:rPr>
            <w:rStyle w:val="Hyperlink"/>
            <w:rFonts w:ascii="Book Antiqua" w:hAnsi="Book Antiqua"/>
            <w:noProof/>
            <w:sz w:val="20"/>
            <w:szCs w:val="20"/>
            <w:lang w:val="id-ID"/>
          </w:rPr>
          <w:t>Tabel 4.2 Statistika Deskriptif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ab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begin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instrText xml:space="preserve"> PAGEREF _Toc239329440 \h </w:instrTex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separate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>9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end"/>
        </w:r>
      </w:hyperlink>
    </w:p>
    <w:p w14:paraId="0610BC2F" w14:textId="24C05C2B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</w:p>
    <w:p w14:paraId="0F4FCE2D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779330B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28187C5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0A626B32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184ADB21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C23F7C3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73797EF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63759953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6DE2CC9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BFED124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26ED081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17C1B42C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3DB2C6D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34BBF3EE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2346BD4E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054565C4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381AC5C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2F119668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0657ABC2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5FDD2D1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52FA9C9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751AE376" w14:textId="77777777" w:rsidR="008B5AFB" w:rsidRP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4112B92A" w14:textId="77777777" w:rsidR="008B5AFB" w:rsidRP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74FCDE4" w14:textId="4B100814" w:rsidR="000A4A10" w:rsidRPr="008B5AFB" w:rsidRDefault="000A4A10" w:rsidP="008B5AFB">
      <w:pPr>
        <w:spacing w:after="40" w:line="264" w:lineRule="auto"/>
        <w:jc w:val="center"/>
        <w:rPr>
          <w:rFonts w:ascii="Book Antiqua" w:hAnsi="Book Antiqua"/>
          <w:b/>
          <w:bCs/>
          <w:color w:val="000000" w:themeColor="text1"/>
          <w:sz w:val="20"/>
          <w:szCs w:val="20"/>
        </w:rPr>
      </w:pPr>
      <w:r w:rsidRPr="008B5AFB">
        <w:rPr>
          <w:rFonts w:ascii="Book Antiqua" w:hAnsi="Book Antiqua"/>
          <w:b/>
          <w:bCs/>
          <w:color w:val="000000" w:themeColor="text1"/>
          <w:sz w:val="20"/>
          <w:szCs w:val="20"/>
        </w:rPr>
        <w:lastRenderedPageBreak/>
        <w:t>DAFTAR GAMBAR</w:t>
      </w:r>
    </w:p>
    <w:p w14:paraId="7D9080CA" w14:textId="77777777" w:rsidR="008B5AFB" w:rsidRP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0034A2E1" w14:textId="2B88E961" w:rsidR="008B5AFB" w:rsidRPr="008B5AFB" w:rsidRDefault="008B5AFB">
      <w:pPr>
        <w:pStyle w:val="TableofFigures"/>
        <w:tabs>
          <w:tab w:val="right" w:leader="dot" w:pos="5836"/>
        </w:tabs>
        <w:rPr>
          <w:rFonts w:ascii="Book Antiqua" w:hAnsi="Book Antiqua"/>
          <w:noProof/>
          <w:color w:val="auto"/>
          <w:kern w:val="2"/>
          <w:sz w:val="20"/>
          <w:szCs w:val="20"/>
          <w14:ligatures w14:val="standardContextual"/>
        </w:rPr>
      </w:pP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TOC \h \z \c "Gambar 3."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  <w:hyperlink w:anchor="_Toc239329463" w:history="1">
        <w:r w:rsidRPr="008B5AFB">
          <w:rPr>
            <w:rStyle w:val="Hyperlink"/>
            <w:rFonts w:ascii="Book Antiqua" w:hAnsi="Book Antiqua"/>
            <w:noProof/>
            <w:sz w:val="20"/>
            <w:szCs w:val="20"/>
            <w:lang w:val="id-ID"/>
          </w:rPr>
          <w:t xml:space="preserve">Gambar 3.1 Diagram Alir Penelitian 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ab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begin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instrText xml:space="preserve"> PAGEREF _Toc239329463 \h </w:instrTex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separate"/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t>8</w:t>
        </w:r>
        <w:r w:rsidRPr="008B5AFB">
          <w:rPr>
            <w:rFonts w:ascii="Book Antiqua" w:hAnsi="Book Antiqua"/>
            <w:noProof/>
            <w:webHidden/>
            <w:sz w:val="20"/>
            <w:szCs w:val="20"/>
          </w:rPr>
          <w:fldChar w:fldCharType="end"/>
        </w:r>
      </w:hyperlink>
    </w:p>
    <w:p w14:paraId="371C41AA" w14:textId="7E594549" w:rsidR="008B5AFB" w:rsidRP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</w:p>
    <w:p w14:paraId="5F5C770F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288C98C6" w14:textId="77777777" w:rsid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</w:pPr>
    </w:p>
    <w:p w14:paraId="5F59BCDB" w14:textId="00A86536" w:rsidR="008B5AFB" w:rsidRPr="008B5AFB" w:rsidRDefault="008B5AFB">
      <w:pPr>
        <w:spacing w:after="40" w:line="264" w:lineRule="auto"/>
        <w:rPr>
          <w:rFonts w:ascii="Book Antiqua" w:hAnsi="Book Antiqua"/>
          <w:color w:val="000000" w:themeColor="text1"/>
          <w:sz w:val="20"/>
          <w:szCs w:val="20"/>
        </w:rPr>
        <w:sectPr w:rsidR="008B5AFB" w:rsidRPr="008B5AFB" w:rsidSect="002C4342">
          <w:footerReference w:type="default" r:id="rId9"/>
          <w:footerReference w:type="first" r:id="rId10"/>
          <w:pgSz w:w="8395" w:h="11909"/>
          <w:pgMar w:top="1411" w:right="1138" w:bottom="1138" w:left="1411" w:header="720" w:footer="720" w:gutter="0"/>
          <w:pgNumType w:fmt="lowerRoman"/>
          <w:cols w:space="720"/>
          <w:titlePg/>
          <w:docGrid w:linePitch="360"/>
        </w:sectPr>
      </w:pPr>
    </w:p>
    <w:p w14:paraId="209FF2A2" w14:textId="77777777" w:rsidR="00B16846" w:rsidRP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61" w:name="_Toc238061409"/>
      <w:bookmarkStart w:id="62" w:name="_Toc239329757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>BAB I</w:t>
      </w:r>
      <w:bookmarkEnd w:id="61"/>
      <w:bookmarkEnd w:id="62"/>
    </w:p>
    <w:p w14:paraId="332BE6F3" w14:textId="77777777" w:rsid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63" w:name="_Toc237985823"/>
      <w:bookmarkStart w:id="64" w:name="_Toc237993861"/>
      <w:bookmarkStart w:id="65" w:name="_Toc238061410"/>
      <w:bookmarkStart w:id="66" w:name="_Toc239329758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PENDAHULUAN</w:t>
      </w:r>
      <w:bookmarkEnd w:id="63"/>
      <w:bookmarkEnd w:id="64"/>
      <w:bookmarkEnd w:id="65"/>
      <w:bookmarkEnd w:id="66"/>
    </w:p>
    <w:p w14:paraId="4E662803" w14:textId="77777777" w:rsidR="00B16846" w:rsidRPr="00B16846" w:rsidRDefault="00B16846" w:rsidP="00B16846">
      <w:pPr>
        <w:spacing w:after="0"/>
        <w:rPr>
          <w:lang w:val="id-ID"/>
        </w:rPr>
      </w:pPr>
    </w:p>
    <w:p w14:paraId="3647D7A9" w14:textId="77777777" w:rsidR="00B16846" w:rsidRPr="00B16846" w:rsidRDefault="00B16846" w:rsidP="00B16846">
      <w:pPr>
        <w:pStyle w:val="ListParagraph"/>
        <w:keepNext/>
        <w:numPr>
          <w:ilvl w:val="1"/>
          <w:numId w:val="10"/>
        </w:numPr>
        <w:spacing w:after="0"/>
        <w:ind w:left="720" w:hanging="720"/>
        <w:contextualSpacing w:val="0"/>
        <w:outlineLvl w:val="1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67" w:name="_Toc238061411"/>
      <w:bookmarkStart w:id="68" w:name="_Toc239329759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Latar Belakang</w:t>
      </w:r>
      <w:bookmarkEnd w:id="67"/>
      <w:bookmarkEnd w:id="68"/>
    </w:p>
    <w:p w14:paraId="72F7C150" w14:textId="16CEAC98" w:rsidR="002C4342" w:rsidRPr="002C4342" w:rsidRDefault="002C4342" w:rsidP="002C4342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Subbab yang menguraikan konteks, alasan, dan latar belakang pemikiran mengapa topik penelitian ini penting dan menarik untuk diteliti.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Latar belakang berisi </w:t>
      </w: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Penjelasan fenomena di dunia nyata (misal: pentingnya prediksi volatilitas keuangan) dan tantangan/masalah yang terjadi.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</w:t>
      </w: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Urgensi Data: Mengapa pendekatan 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>A</w:t>
      </w: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dibutuhkan untuk menyelesaikan masalah tersebut.</w:t>
      </w:r>
    </w:p>
    <w:p w14:paraId="4020875F" w14:textId="0C877AEB" w:rsidR="002C4342" w:rsidRDefault="002C4342" w:rsidP="002C4342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State of the Art &amp; Keunggulan Metode: Penjelasan singkat mengapa metode Support Vector Machine (SVM) dipilih dibandingkan metode lain (misal: kemampuannya menangani data multivariat dan kompleksitas non-linear).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</w:t>
      </w: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Gap Penelitian: Kelemahan atau celah dari penelitian terdahulu yang coba diselesaikan dalam penelitian ini.</w:t>
      </w:r>
    </w:p>
    <w:p w14:paraId="3AFED524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C84F545" w14:textId="77777777" w:rsidR="00B16846" w:rsidRPr="00B16846" w:rsidRDefault="00B16846" w:rsidP="00B16846">
      <w:pPr>
        <w:pStyle w:val="ListParagraph"/>
        <w:keepNext/>
        <w:numPr>
          <w:ilvl w:val="1"/>
          <w:numId w:val="10"/>
        </w:numPr>
        <w:spacing w:after="0"/>
        <w:ind w:left="720" w:hanging="720"/>
        <w:contextualSpacing w:val="0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69" w:name="_Toc238061412"/>
      <w:bookmarkStart w:id="70" w:name="_Toc239329760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Rumusan Masalah</w:t>
      </w:r>
      <w:bookmarkEnd w:id="69"/>
      <w:bookmarkEnd w:id="70"/>
    </w:p>
    <w:p w14:paraId="63C20C5D" w14:textId="3D30FB93" w:rsidR="00B16846" w:rsidRPr="00B16846" w:rsidRDefault="002C4342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2C4342">
        <w:rPr>
          <w:rFonts w:ascii="Book Antiqua" w:hAnsi="Book Antiqua"/>
          <w:color w:val="000000" w:themeColor="text1"/>
          <w:sz w:val="20"/>
          <w:szCs w:val="20"/>
          <w:u w:val="single"/>
          <w:lang w:val="id-ID"/>
        </w:rPr>
        <w:t>Pernyataan atau pertanyaan-pertanyaan penelitian secara tegas, terstruktur, dan spesifik yang ingin dijawab melalui serangkaian pemodelan data</w:t>
      </w:r>
      <w:r w:rsidRPr="002C4342">
        <w:rPr>
          <w:rFonts w:ascii="Book Antiqua" w:hAnsi="Book Antiqua"/>
          <w:color w:val="000000" w:themeColor="text1"/>
          <w:sz w:val="20"/>
          <w:szCs w:val="20"/>
          <w:u w:val="single"/>
          <w:lang w:val="id-ID"/>
        </w:rPr>
        <w:t>.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</w:t>
      </w:r>
      <w:r w:rsidR="00B16846"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Berdasarkan latar belakang yang telah dipaparkan, rumusan masalah dalam penelitian ini adalah sebagai berikut:</w:t>
      </w:r>
    </w:p>
    <w:p w14:paraId="266143BF" w14:textId="77777777" w:rsidR="00B16846" w:rsidRPr="00B16846" w:rsidRDefault="00B16846" w:rsidP="00B16846">
      <w:pPr>
        <w:pStyle w:val="ListParagraph"/>
        <w:numPr>
          <w:ilvl w:val="0"/>
          <w:numId w:val="11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Bagaimana melakukan pra-pemrosesan data dan pembersihan noise pada dataset yang digunakan?</w:t>
      </w:r>
    </w:p>
    <w:p w14:paraId="7C70C8CE" w14:textId="77777777" w:rsidR="00B16846" w:rsidRPr="00B16846" w:rsidRDefault="00B16846" w:rsidP="00B16846">
      <w:pPr>
        <w:pStyle w:val="ListParagraph"/>
        <w:numPr>
          <w:ilvl w:val="0"/>
          <w:numId w:val="11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Bagaimana performa algoritma yang diusulkan dalam melakukan prediksi / klasifikasi target penelitian?</w:t>
      </w:r>
    </w:p>
    <w:p w14:paraId="0DD47F8C" w14:textId="77777777" w:rsidR="00B16846" w:rsidRDefault="00B16846" w:rsidP="00B16846">
      <w:pPr>
        <w:pStyle w:val="ListParagraph"/>
        <w:numPr>
          <w:ilvl w:val="0"/>
          <w:numId w:val="11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Bagaimana interpretasi hasil evaluasi model untuk memberikan rekomendasi berbasis data?</w:t>
      </w:r>
    </w:p>
    <w:p w14:paraId="78A58F4E" w14:textId="77777777" w:rsidR="002C4342" w:rsidRPr="00B16846" w:rsidRDefault="002C4342" w:rsidP="002C4342">
      <w:pPr>
        <w:pStyle w:val="ListParagraph"/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C2DE950" w14:textId="77777777" w:rsidR="00B16846" w:rsidRPr="00B16846" w:rsidRDefault="00B16846" w:rsidP="00B16846">
      <w:pPr>
        <w:pStyle w:val="ListParagraph"/>
        <w:keepNext/>
        <w:numPr>
          <w:ilvl w:val="1"/>
          <w:numId w:val="10"/>
        </w:numPr>
        <w:spacing w:after="0"/>
        <w:ind w:left="720" w:hanging="720"/>
        <w:contextualSpacing w:val="0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71" w:name="_Toc238061413"/>
      <w:bookmarkStart w:id="72" w:name="_Toc239329761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lastRenderedPageBreak/>
        <w:t>Tujuan</w:t>
      </w:r>
      <w:bookmarkEnd w:id="71"/>
      <w:bookmarkEnd w:id="72"/>
    </w:p>
    <w:p w14:paraId="785C7887" w14:textId="1E65AC1E" w:rsidR="00B16846" w:rsidRPr="00B16846" w:rsidRDefault="002C4342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2C4342">
        <w:rPr>
          <w:rFonts w:ascii="Book Antiqua" w:hAnsi="Book Antiqua"/>
          <w:color w:val="000000" w:themeColor="text1"/>
          <w:sz w:val="20"/>
          <w:szCs w:val="20"/>
          <w:u w:val="single"/>
          <w:lang w:val="id-ID"/>
        </w:rPr>
        <w:t>Pernyataan mengenai sasaran atau hasil konkrit yang ingin dicapai dari penelitian untuk menjawab poin-poin dalam rumusan masalah</w:t>
      </w:r>
      <w:r w:rsidR="00B16846"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. Apabila terdapat 3 rumusan masalah, maka terdapat 3 tujuan. </w:t>
      </w: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Ditulis dalam bentuk kalimat pernyataan aksi (misal: Mengidentifikasi..., Mengembangkan model..., Mengevaluasi kinerja...).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</w:t>
      </w:r>
      <w:r w:rsidR="00B16846"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Contoh, Tujuan yang ingin dicapai melalui pelaksanaan penelitian Tugas Akhir ini antara lain:</w:t>
      </w:r>
    </w:p>
    <w:p w14:paraId="0E88C46A" w14:textId="77777777" w:rsidR="00B16846" w:rsidRPr="00B16846" w:rsidRDefault="00B16846" w:rsidP="00B16846">
      <w:pPr>
        <w:pStyle w:val="ListParagraph"/>
        <w:numPr>
          <w:ilvl w:val="0"/>
          <w:numId w:val="12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Menerapkan tahapan data preprocessing secara optimal pada dataset penelitian.</w:t>
      </w:r>
    </w:p>
    <w:p w14:paraId="2FE3C33E" w14:textId="77777777" w:rsidR="00B16846" w:rsidRPr="00B16846" w:rsidRDefault="00B16846" w:rsidP="00B16846">
      <w:pPr>
        <w:pStyle w:val="ListParagraph"/>
        <w:numPr>
          <w:ilvl w:val="0"/>
          <w:numId w:val="12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Mengembangkan dan melatih model komputasi berbasis data sesuai dengan arsitektur yang direncanakan.</w:t>
      </w:r>
    </w:p>
    <w:p w14:paraId="4FC5E5DB" w14:textId="77777777" w:rsidR="00B16846" w:rsidRDefault="00B16846" w:rsidP="00B16846">
      <w:pPr>
        <w:pStyle w:val="ListParagraph"/>
        <w:numPr>
          <w:ilvl w:val="0"/>
          <w:numId w:val="12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Menganalisis dan mengukur akurasi serta efisiensi model menggunakan kriteria evaluasi standar Sains Data.</w:t>
      </w:r>
    </w:p>
    <w:p w14:paraId="6867EE13" w14:textId="77777777" w:rsidR="00B16846" w:rsidRPr="00B16846" w:rsidRDefault="00B16846" w:rsidP="00B16846">
      <w:pPr>
        <w:pStyle w:val="ListParagraph"/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60FF592" w14:textId="77777777" w:rsidR="00B16846" w:rsidRPr="00B16846" w:rsidRDefault="00B16846" w:rsidP="00B16846">
      <w:pPr>
        <w:pStyle w:val="ListParagraph"/>
        <w:keepNext/>
        <w:numPr>
          <w:ilvl w:val="1"/>
          <w:numId w:val="10"/>
        </w:numPr>
        <w:spacing w:after="0"/>
        <w:ind w:left="720" w:hanging="720"/>
        <w:contextualSpacing w:val="0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73" w:name="_Toc238061414"/>
      <w:bookmarkStart w:id="74" w:name="_Toc239329762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Manfaat</w:t>
      </w:r>
      <w:bookmarkEnd w:id="73"/>
      <w:bookmarkEnd w:id="74"/>
    </w:p>
    <w:p w14:paraId="5D4CDB46" w14:textId="1D542B40" w:rsidR="00B16846" w:rsidRPr="00B16846" w:rsidRDefault="002C4342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2C4342">
        <w:rPr>
          <w:rFonts w:ascii="Book Antiqua" w:hAnsi="Book Antiqua"/>
          <w:color w:val="000000" w:themeColor="text1"/>
          <w:sz w:val="20"/>
          <w:szCs w:val="20"/>
          <w:lang w:val="id-ID"/>
        </w:rPr>
        <w:t>Uraian mengenai kontribusi positif yang dapat diberikan dari hasil penelitian, baik dari sisi akademis maupun praktis</w:t>
      </w:r>
      <w:r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. </w:t>
      </w:r>
      <w:r w:rsidR="00B16846"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Hasil dari penelitian ini diharapkan dapat memberikan manfaat sebagai berikut:</w:t>
      </w:r>
    </w:p>
    <w:p w14:paraId="6884E25F" w14:textId="77777777" w:rsidR="00B16846" w:rsidRPr="00B16846" w:rsidRDefault="00B16846" w:rsidP="00B16846">
      <w:pPr>
        <w:pStyle w:val="ListParagraph"/>
        <w:numPr>
          <w:ilvl w:val="0"/>
          <w:numId w:val="13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Manfaat Teoritis: Menjadi referensi ilmiah dan memperkaya literatur di bidang Sains Data FMIPA Unesa.</w:t>
      </w:r>
    </w:p>
    <w:p w14:paraId="4CED3D76" w14:textId="77777777" w:rsidR="00B16846" w:rsidRDefault="00B16846" w:rsidP="00B16846">
      <w:pPr>
        <w:pStyle w:val="ListParagraph"/>
        <w:numPr>
          <w:ilvl w:val="0"/>
          <w:numId w:val="13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Manfaat Praktis: Memberikan solusi atau alternatif metode berbasis data yang dapat dimanfaatkan oleh instansi terkait.</w:t>
      </w:r>
    </w:p>
    <w:p w14:paraId="27C666B2" w14:textId="77777777" w:rsidR="00B16846" w:rsidRPr="00B16846" w:rsidRDefault="00B16846" w:rsidP="00B16846">
      <w:pPr>
        <w:pStyle w:val="ListParagraph"/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45BC7BC" w14:textId="77777777" w:rsidR="00B16846" w:rsidRPr="00B16846" w:rsidRDefault="00B16846" w:rsidP="00B16846">
      <w:pPr>
        <w:pStyle w:val="ListParagraph"/>
        <w:keepNext/>
        <w:numPr>
          <w:ilvl w:val="1"/>
          <w:numId w:val="10"/>
        </w:numPr>
        <w:spacing w:after="0"/>
        <w:ind w:left="720" w:hanging="720"/>
        <w:contextualSpacing w:val="0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75" w:name="_Toc238061415"/>
      <w:bookmarkStart w:id="76" w:name="_Toc239329763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Batasan Penelitian</w:t>
      </w:r>
      <w:bookmarkEnd w:id="75"/>
      <w:bookmarkEnd w:id="76"/>
    </w:p>
    <w:p w14:paraId="100A5868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Batasan Penelitian yakni penetapan masalah (dari berbagai masalah yang teridentifikasi) dengan mempertimbangkan berbagai aspek metodologis, kelayakan </w:t>
      </w: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 xml:space="preserve">untuk diteliti, serta keterbatasan peneliti tanpa mengorbankan kebermaknaan arti, konsep, atau topik yang diteliti. Contoh: </w:t>
      </w:r>
    </w:p>
    <w:p w14:paraId="77EE50D7" w14:textId="77777777" w:rsidR="00B16846" w:rsidRPr="00B16846" w:rsidRDefault="00B16846" w:rsidP="00B16846">
      <w:pPr>
        <w:pStyle w:val="ListParagraph"/>
        <w:numPr>
          <w:ilvl w:val="0"/>
          <w:numId w:val="14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Dataset yang digunakan bersumber dari [Sebutkan Sumber Data / Periode].</w:t>
      </w:r>
    </w:p>
    <w:p w14:paraId="0CA037C1" w14:textId="77777777" w:rsidR="00B16846" w:rsidRDefault="00B16846" w:rsidP="00B16846">
      <w:pPr>
        <w:pStyle w:val="ListParagraph"/>
        <w:numPr>
          <w:ilvl w:val="0"/>
          <w:numId w:val="14"/>
        </w:numPr>
        <w:spacing w:after="0"/>
        <w:ind w:left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Algoritma yang diimplementasikan terbatas pada [Sebutkan Metode / Algoritma / parameter].</w:t>
      </w:r>
    </w:p>
    <w:p w14:paraId="04DB0AAA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9402E8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7A0E4F1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4A37110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54E006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9DB8E44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3B6775E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E294B59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598E722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9546709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7800551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C3E293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5FB0AA7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5016E02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60A1CFC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C53F681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2B7D5C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167E00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85294A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C0ACAEE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EB782F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29A7B71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6EDE685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F32BDD9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28ABF76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AE6E180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54A8CC6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AE7AE21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B45DD45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08B0EF3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99EF283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1C53753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DFE9DB7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60C961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53AE9B0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F15B0A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E9ACF08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9E8CF54" w14:textId="77777777" w:rsidR="008E5E00" w:rsidRDefault="008E5E00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941FF78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A14A12A" w14:textId="6D8FBA8C" w:rsidR="002C4342" w:rsidRPr="00477CA6" w:rsidRDefault="00F9619A" w:rsidP="00477CA6">
      <w:pPr>
        <w:spacing w:after="0"/>
        <w:jc w:val="center"/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</w:pPr>
      <w:r w:rsidRPr="00477CA6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>(</w:t>
      </w:r>
      <w:r w:rsidR="00477CA6" w:rsidRPr="00477CA6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>Halaman ini sengaja dikosongkan</w:t>
      </w:r>
      <w:r w:rsidRPr="00477CA6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>)</w:t>
      </w:r>
      <w:r w:rsidR="008E5E00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 xml:space="preserve"> note: mulai bab baru di halaman ganjil</w:t>
      </w:r>
    </w:p>
    <w:p w14:paraId="79F1D8E5" w14:textId="77777777" w:rsidR="00F9619A" w:rsidRDefault="00F9619A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396260E" w14:textId="77777777" w:rsidR="00F9619A" w:rsidRDefault="00F9619A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0EB82D6" w14:textId="77777777" w:rsidR="00F9619A" w:rsidRDefault="00F9619A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D81AF9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EA0448D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8D9B31A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E7464D8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BF135A0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DAE688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15638A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D34CECE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FC2A66F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48C3CA4" w14:textId="77777777" w:rsidR="00F9619A" w:rsidRDefault="00F9619A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C147748" w14:textId="77777777" w:rsidR="00F9619A" w:rsidRDefault="00F9619A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FB91479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8EFD1D4" w14:textId="77777777" w:rsid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2C90E35" w14:textId="77777777" w:rsidR="002C4342" w:rsidRPr="002C4342" w:rsidRDefault="002C4342" w:rsidP="002C4342">
      <w:pPr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57D83C3" w14:textId="77777777" w:rsidR="00B16846" w:rsidRP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77" w:name="_Toc238061416"/>
      <w:bookmarkStart w:id="78" w:name="_Toc239329764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>BAB II</w:t>
      </w:r>
      <w:bookmarkEnd w:id="77"/>
      <w:bookmarkEnd w:id="78"/>
    </w:p>
    <w:p w14:paraId="3B348317" w14:textId="77777777" w:rsid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79" w:name="_Toc237985830"/>
      <w:bookmarkStart w:id="80" w:name="_Toc237993868"/>
      <w:bookmarkStart w:id="81" w:name="_Toc238061417"/>
      <w:bookmarkStart w:id="82" w:name="_Toc239329765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KAJIAN PUSTAKA</w:t>
      </w:r>
      <w:bookmarkEnd w:id="79"/>
      <w:bookmarkEnd w:id="80"/>
      <w:bookmarkEnd w:id="81"/>
      <w:bookmarkEnd w:id="82"/>
    </w:p>
    <w:p w14:paraId="754DFA02" w14:textId="77777777" w:rsidR="00B16846" w:rsidRPr="00B16846" w:rsidRDefault="00B16846" w:rsidP="00B16846">
      <w:pPr>
        <w:spacing w:after="0"/>
        <w:rPr>
          <w:lang w:val="id-ID"/>
        </w:rPr>
      </w:pPr>
    </w:p>
    <w:p w14:paraId="6895EC7C" w14:textId="77777777" w:rsidR="00B16846" w:rsidRPr="00B16846" w:rsidRDefault="00B16846" w:rsidP="00B16846">
      <w:pPr>
        <w:pStyle w:val="ListParagraph"/>
        <w:keepNext/>
        <w:numPr>
          <w:ilvl w:val="1"/>
          <w:numId w:val="14"/>
        </w:numPr>
        <w:spacing w:after="0"/>
        <w:ind w:left="720" w:hanging="720"/>
        <w:jc w:val="both"/>
        <w:outlineLvl w:val="1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83" w:name="_Toc238061418"/>
      <w:bookmarkStart w:id="84" w:name="_Toc239329766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Penelitian Terkait</w:t>
      </w:r>
      <w:bookmarkEnd w:id="83"/>
      <w:bookmarkEnd w:id="84"/>
    </w:p>
    <w:p w14:paraId="5A9E36CC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Penelitian ini disusun berdasarkan acuan dan studi banding dari beberapa penelitian terdahulu yang relevan terkait penelitian saudara. Tabel 2.1 menyajikan pemetaan komparatif antara penelitian terdahulu dengan penelitian yang diusulkan.</w:t>
      </w:r>
    </w:p>
    <w:p w14:paraId="02A92394" w14:textId="77777777" w:rsidR="00B16846" w:rsidRPr="00B16846" w:rsidRDefault="00B16846" w:rsidP="00B16846">
      <w:pPr>
        <w:pStyle w:val="Caption"/>
        <w:keepNext/>
        <w:spacing w:after="0"/>
        <w:jc w:val="center"/>
        <w:rPr>
          <w:b w:val="0"/>
          <w:bCs w:val="0"/>
          <w:color w:val="000000" w:themeColor="text1"/>
          <w:lang w:val="id-ID"/>
        </w:rPr>
      </w:pPr>
      <w:bookmarkStart w:id="85" w:name="_Toc239329425"/>
      <w:r w:rsidRPr="00B16846">
        <w:rPr>
          <w:color w:val="000000" w:themeColor="text1"/>
          <w:lang w:val="id-ID"/>
        </w:rPr>
        <w:t>Tabel 2.</w:t>
      </w:r>
      <w:r w:rsidRPr="00B16846">
        <w:rPr>
          <w:color w:val="000000" w:themeColor="text1"/>
          <w:lang w:val="id-ID"/>
        </w:rPr>
        <w:fldChar w:fldCharType="begin"/>
      </w:r>
      <w:r w:rsidRPr="00B16846">
        <w:rPr>
          <w:color w:val="000000" w:themeColor="text1"/>
          <w:lang w:val="id-ID"/>
        </w:rPr>
        <w:instrText xml:space="preserve"> SEQ Tabel_2. \* ARABIC </w:instrText>
      </w:r>
      <w:r w:rsidRPr="00B16846">
        <w:rPr>
          <w:color w:val="000000" w:themeColor="text1"/>
          <w:lang w:val="id-ID"/>
        </w:rPr>
        <w:fldChar w:fldCharType="separate"/>
      </w:r>
      <w:r w:rsidRPr="00B16846">
        <w:rPr>
          <w:noProof/>
          <w:color w:val="000000" w:themeColor="text1"/>
          <w:lang w:val="id-ID"/>
        </w:rPr>
        <w:t>1</w:t>
      </w:r>
      <w:r w:rsidRPr="00B16846">
        <w:rPr>
          <w:color w:val="000000" w:themeColor="text1"/>
          <w:lang w:val="id-ID"/>
        </w:rPr>
        <w:fldChar w:fldCharType="end"/>
      </w:r>
      <w:r w:rsidRPr="00B16846">
        <w:rPr>
          <w:b w:val="0"/>
          <w:bCs w:val="0"/>
          <w:color w:val="000000" w:themeColor="text1"/>
          <w:lang w:val="id-ID"/>
        </w:rPr>
        <w:t xml:space="preserve"> Penelitian Terkait</w:t>
      </w:r>
      <w:bookmarkEnd w:id="85"/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013"/>
        <w:gridCol w:w="1568"/>
        <w:gridCol w:w="1706"/>
        <w:gridCol w:w="1775"/>
      </w:tblGrid>
      <w:tr w:rsidR="00B16846" w:rsidRPr="00B16846" w14:paraId="6460FD67" w14:textId="77777777" w:rsidTr="00B16846">
        <w:trPr>
          <w:trHeight w:val="20"/>
          <w:jc w:val="center"/>
        </w:trPr>
        <w:tc>
          <w:tcPr>
            <w:tcW w:w="795" w:type="pct"/>
          </w:tcPr>
          <w:p w14:paraId="2DC694B9" w14:textId="77777777" w:rsidR="00B16846" w:rsidRPr="00B16846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Peneliti &amp; Tahun</w:t>
            </w:r>
          </w:p>
        </w:tc>
        <w:tc>
          <w:tcPr>
            <w:tcW w:w="1307" w:type="pct"/>
          </w:tcPr>
          <w:p w14:paraId="36443A47" w14:textId="77777777" w:rsidR="00B16846" w:rsidRPr="00B16846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Judul Penelitian</w:t>
            </w:r>
          </w:p>
        </w:tc>
        <w:tc>
          <w:tcPr>
            <w:tcW w:w="1420" w:type="pct"/>
          </w:tcPr>
          <w:p w14:paraId="727C81B1" w14:textId="77777777" w:rsidR="00B16846" w:rsidRPr="00B16846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Metode yang Digunakan</w:t>
            </w:r>
          </w:p>
        </w:tc>
        <w:tc>
          <w:tcPr>
            <w:tcW w:w="1477" w:type="pct"/>
          </w:tcPr>
          <w:p w14:paraId="2D886394" w14:textId="77777777" w:rsidR="00B16846" w:rsidRPr="00B16846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Hasil Utama / Kontribusi</w:t>
            </w:r>
          </w:p>
        </w:tc>
      </w:tr>
      <w:tr w:rsidR="00B16846" w:rsidRPr="00B16846" w14:paraId="565DB9E3" w14:textId="77777777" w:rsidTr="00B16846">
        <w:trPr>
          <w:trHeight w:val="20"/>
          <w:jc w:val="center"/>
        </w:trPr>
        <w:tc>
          <w:tcPr>
            <w:tcW w:w="795" w:type="pct"/>
          </w:tcPr>
          <w:p w14:paraId="77E6540C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Pratama et al. (2023)</w:t>
            </w:r>
          </w:p>
        </w:tc>
        <w:tc>
          <w:tcPr>
            <w:tcW w:w="1307" w:type="pct"/>
          </w:tcPr>
          <w:p w14:paraId="5A334552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Analisis Prediksi Klasifikasi Data Terstruktur</w:t>
            </w:r>
          </w:p>
        </w:tc>
        <w:tc>
          <w:tcPr>
            <w:tcW w:w="1420" w:type="pct"/>
          </w:tcPr>
          <w:p w14:paraId="7BF74974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Random Forest, XGBoost</w:t>
            </w:r>
          </w:p>
        </w:tc>
        <w:tc>
          <w:tcPr>
            <w:tcW w:w="1477" w:type="pct"/>
          </w:tcPr>
          <w:p w14:paraId="58C9F235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Akurasi model mencapai 88.5% pada dataset publik.</w:t>
            </w:r>
          </w:p>
        </w:tc>
      </w:tr>
      <w:tr w:rsidR="00B16846" w:rsidRPr="00B16846" w14:paraId="6AFAF64F" w14:textId="77777777" w:rsidTr="00B16846">
        <w:trPr>
          <w:trHeight w:val="20"/>
          <w:jc w:val="center"/>
        </w:trPr>
        <w:tc>
          <w:tcPr>
            <w:tcW w:w="795" w:type="pct"/>
          </w:tcPr>
          <w:p w14:paraId="64B1231D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Wijaya &amp; Susanti (2024)</w:t>
            </w:r>
          </w:p>
        </w:tc>
        <w:tc>
          <w:tcPr>
            <w:tcW w:w="1307" w:type="pct"/>
          </w:tcPr>
          <w:p w14:paraId="7A9CEDB7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Penerapan Neural Network pada Time Series</w:t>
            </w:r>
          </w:p>
        </w:tc>
        <w:tc>
          <w:tcPr>
            <w:tcW w:w="1420" w:type="pct"/>
          </w:tcPr>
          <w:p w14:paraId="7158920B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LSTM, GRU</w:t>
            </w:r>
          </w:p>
        </w:tc>
        <w:tc>
          <w:tcPr>
            <w:tcW w:w="1477" w:type="pct"/>
          </w:tcPr>
          <w:p w14:paraId="6DE7A6E8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Metode GRU menghasilkan nilai RMSE terendah.</w:t>
            </w:r>
          </w:p>
        </w:tc>
      </w:tr>
      <w:tr w:rsidR="00B16846" w:rsidRPr="00B16846" w14:paraId="0967C44C" w14:textId="77777777" w:rsidTr="00B16846">
        <w:trPr>
          <w:trHeight w:val="20"/>
          <w:jc w:val="center"/>
        </w:trPr>
        <w:tc>
          <w:tcPr>
            <w:tcW w:w="795" w:type="pct"/>
          </w:tcPr>
          <w:p w14:paraId="38C8216C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Penelitian Usulan (2026)</w:t>
            </w:r>
          </w:p>
        </w:tc>
        <w:tc>
          <w:tcPr>
            <w:tcW w:w="1307" w:type="pct"/>
          </w:tcPr>
          <w:p w14:paraId="70B6F549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Rancang Bangun Model Prediksi Multivariat</w:t>
            </w:r>
          </w:p>
        </w:tc>
        <w:tc>
          <w:tcPr>
            <w:tcW w:w="1420" w:type="pct"/>
          </w:tcPr>
          <w:p w14:paraId="35ECF58B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Hybrid Learning / Ensemble</w:t>
            </w:r>
          </w:p>
        </w:tc>
        <w:tc>
          <w:tcPr>
            <w:tcW w:w="1477" w:type="pct"/>
          </w:tcPr>
          <w:p w14:paraId="5E94B16E" w14:textId="77777777" w:rsidR="00B16846" w:rsidRPr="00B16846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B16846">
              <w:rPr>
                <w:rFonts w:ascii="Book Antiqua" w:hAnsi="Book Antiqua"/>
                <w:sz w:val="18"/>
                <w:szCs w:val="18"/>
                <w:lang w:val="id-ID"/>
              </w:rPr>
              <w:t>Diharapkan meningkatkan presisi dan efisiensi model.</w:t>
            </w:r>
          </w:p>
        </w:tc>
      </w:tr>
    </w:tbl>
    <w:p w14:paraId="6CE24A55" w14:textId="77777777" w:rsid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Pada sub bab selanjutnya, memuat landasan konseptual dan matematis mengenai metode serta tools yang digunakan dalam penelitian ini. Landasan ini menjadi pegangan ilmiah dalam pemrosesan dan analisis data.</w:t>
      </w:r>
    </w:p>
    <w:p w14:paraId="01600930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04A9DF5" w14:textId="194763E4" w:rsidR="00B16846" w:rsidRPr="00B16846" w:rsidRDefault="00F9619A" w:rsidP="00B16846">
      <w:pPr>
        <w:pStyle w:val="ListParagraph"/>
        <w:keepNext/>
        <w:numPr>
          <w:ilvl w:val="1"/>
          <w:numId w:val="14"/>
        </w:numPr>
        <w:spacing w:after="0"/>
        <w:ind w:left="720" w:hanging="720"/>
        <w:jc w:val="both"/>
        <w:outlineLvl w:val="1"/>
        <w:rPr>
          <w:rFonts w:ascii="Book Antiqua" w:hAnsi="Book Antiqua"/>
          <w:b/>
          <w:i/>
          <w:iCs/>
          <w:color w:val="000000" w:themeColor="text1"/>
          <w:sz w:val="20"/>
          <w:szCs w:val="20"/>
          <w:lang w:val="id-ID"/>
        </w:rPr>
      </w:pPr>
      <w:bookmarkStart w:id="86" w:name="_Toc239329767"/>
      <w:r>
        <w:rPr>
          <w:rFonts w:ascii="Book Antiqua" w:hAnsi="Book Antiqua"/>
          <w:b/>
          <w:i/>
          <w:iCs/>
          <w:color w:val="000000" w:themeColor="text1"/>
          <w:sz w:val="20"/>
          <w:szCs w:val="20"/>
          <w:lang w:val="id-ID"/>
        </w:rPr>
        <w:t>Support Vector Machine</w:t>
      </w:r>
      <w:bookmarkEnd w:id="86"/>
    </w:p>
    <w:p w14:paraId="099A9C3F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Pemodelan dilakukan menggunakan teknik machine learning terawasi (supervised learning) dengan formulasi dasar persamaan berikut:</w:t>
      </w:r>
    </w:p>
    <w:p w14:paraId="0B68C101" w14:textId="0464FD28" w:rsidR="00B16846" w:rsidRPr="00B16846" w:rsidRDefault="00B16846" w:rsidP="00B16846">
      <w:pPr>
        <w:spacing w:after="0"/>
        <w:ind w:firstLine="576"/>
        <w:jc w:val="right"/>
        <w:rPr>
          <w:rFonts w:ascii="Book Antiqua" w:hAnsi="Book Antiqua"/>
          <w:color w:val="000000" w:themeColor="text1"/>
          <w:sz w:val="20"/>
          <w:szCs w:val="20"/>
          <w:lang w:val="id-ID"/>
        </w:rPr>
      </w:pPr>
      <m:oMath>
        <m:r>
          <w:rPr>
            <w:rFonts w:ascii="Cambria Math" w:hAnsi="Cambria Math"/>
            <w:color w:val="000000" w:themeColor="text1"/>
            <w:sz w:val="20"/>
            <w:szCs w:val="20"/>
            <w:lang w:val="id-ID"/>
          </w:rPr>
          <m:t>y=f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0"/>
                <w:szCs w:val="20"/>
                <w:lang w:val="id-ID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0"/>
                <w:szCs w:val="20"/>
                <w:lang w:val="id-ID"/>
              </w:rPr>
              <m:t>x</m:t>
            </m:r>
          </m:e>
        </m:d>
        <m:r>
          <w:rPr>
            <w:rFonts w:ascii="Cambria Math" w:hAnsi="Cambria Math"/>
            <w:color w:val="000000" w:themeColor="text1"/>
            <w:sz w:val="20"/>
            <w:szCs w:val="20"/>
            <w:lang w:val="id-ID"/>
          </w:rPr>
          <m:t>+ε</m:t>
        </m:r>
      </m:oMath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ab/>
      </w: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ab/>
      </w: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ab/>
        <w:t>(2.1)</w:t>
      </w:r>
    </w:p>
    <w:p w14:paraId="4CC10BF8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dimana </w:t>
      </w:r>
      <m:oMath>
        <m:r>
          <w:rPr>
            <w:rFonts w:ascii="Cambria Math" w:hAnsi="Cambria Math"/>
            <w:color w:val="000000" w:themeColor="text1"/>
            <w:sz w:val="20"/>
            <w:szCs w:val="20"/>
            <w:lang w:val="id-ID"/>
          </w:rPr>
          <m:t>f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0"/>
                <w:szCs w:val="20"/>
                <w:lang w:val="id-ID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0"/>
                <w:szCs w:val="20"/>
                <w:lang w:val="id-ID"/>
              </w:rPr>
              <m:t>x</m:t>
            </m:r>
          </m:e>
        </m:d>
      </m:oMath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merupakan fungsi.</w:t>
      </w:r>
    </w:p>
    <w:p w14:paraId="75F372E6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A104CD1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F0E11AA" w14:textId="77777777" w:rsidR="00B16846" w:rsidRPr="00B16846" w:rsidRDefault="00B16846" w:rsidP="00B16846">
      <w:pPr>
        <w:pStyle w:val="ListParagraph"/>
        <w:keepNext/>
        <w:numPr>
          <w:ilvl w:val="1"/>
          <w:numId w:val="14"/>
        </w:numPr>
        <w:spacing w:after="0"/>
        <w:ind w:left="720" w:hanging="720"/>
        <w:jc w:val="both"/>
        <w:outlineLvl w:val="1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87" w:name="_Toc238061421"/>
      <w:bookmarkStart w:id="88" w:name="_Toc239329768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lastRenderedPageBreak/>
        <w:t>Evaluasi Metode</w:t>
      </w:r>
      <w:bookmarkEnd w:id="87"/>
      <w:bookmarkEnd w:id="88"/>
    </w:p>
    <w:p w14:paraId="19C87ECD" w14:textId="77777777" w:rsid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Penjelasan metrik evaluasi yang digunakan pada penelitian ini.</w:t>
      </w:r>
    </w:p>
    <w:p w14:paraId="2AA43377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BB5425C" w14:textId="06601DB9" w:rsidR="00B16846" w:rsidRPr="00B16846" w:rsidRDefault="00F9619A" w:rsidP="00B16846">
      <w:pPr>
        <w:pStyle w:val="ListParagraph"/>
        <w:keepNext/>
        <w:numPr>
          <w:ilvl w:val="1"/>
          <w:numId w:val="14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89" w:name="_Toc239329769"/>
      <w:r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Transaksi Keuangan</w:t>
      </w:r>
      <w:bookmarkEnd w:id="89"/>
    </w:p>
    <w:p w14:paraId="33BF8CA1" w14:textId="5D7EEAC4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Penjelasan ringkas mengenai </w:t>
      </w:r>
      <w:r w:rsidR="00F9619A">
        <w:rPr>
          <w:rFonts w:ascii="Book Antiqua" w:hAnsi="Book Antiqua"/>
          <w:color w:val="000000" w:themeColor="text1"/>
          <w:sz w:val="20"/>
          <w:szCs w:val="20"/>
          <w:lang w:val="id-ID"/>
        </w:rPr>
        <w:t>konteks studi kasus.</w:t>
      </w:r>
    </w:p>
    <w:p w14:paraId="73FC75F9" w14:textId="322E1A6B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3D8B8D1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2D247D1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A1EEC37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EE823C5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6E36363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1A0EEE0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8D641CA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D5BEAB5" w14:textId="77777777" w:rsidR="00F9619A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618CD11" w14:textId="77777777" w:rsidR="00F9619A" w:rsidRPr="00B16846" w:rsidRDefault="00F9619A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14EA9C0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1D318E4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FEAE397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32D937F0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D3F027F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396A2C3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2A264179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640AD7E6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7BF6FDAA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E251122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13257B9" w14:textId="77777777" w:rsid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44ADDEA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4A6EE3A1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1B1F7A9F" w14:textId="77777777" w:rsidR="00B16846" w:rsidRP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90" w:name="_Toc238061423"/>
      <w:bookmarkStart w:id="91" w:name="_Toc239329770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>BAB III</w:t>
      </w:r>
      <w:bookmarkEnd w:id="90"/>
      <w:bookmarkEnd w:id="91"/>
    </w:p>
    <w:p w14:paraId="21AFE527" w14:textId="77777777" w:rsidR="00B16846" w:rsidRPr="00B16846" w:rsidRDefault="00B16846" w:rsidP="00B1684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92" w:name="_Toc237985838"/>
      <w:bookmarkStart w:id="93" w:name="_Toc237993876"/>
      <w:bookmarkStart w:id="94" w:name="_Toc238061424"/>
      <w:bookmarkStart w:id="95" w:name="_Toc239329771"/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METODE PENELITIAN</w:t>
      </w:r>
      <w:bookmarkEnd w:id="92"/>
      <w:bookmarkEnd w:id="93"/>
      <w:bookmarkEnd w:id="94"/>
      <w:bookmarkEnd w:id="95"/>
    </w:p>
    <w:p w14:paraId="72D11481" w14:textId="77777777" w:rsidR="00B16846" w:rsidRPr="00B16846" w:rsidRDefault="00B16846" w:rsidP="00B16846">
      <w:pPr>
        <w:pStyle w:val="ListParagraph"/>
        <w:keepNext/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96" w:name="_Toc238061425"/>
    </w:p>
    <w:p w14:paraId="73F6D644" w14:textId="57304B99" w:rsidR="00B16846" w:rsidRPr="00B16846" w:rsidRDefault="00B16846" w:rsidP="00B16846">
      <w:pPr>
        <w:pStyle w:val="ListParagraph"/>
        <w:keepNext/>
        <w:numPr>
          <w:ilvl w:val="1"/>
          <w:numId w:val="12"/>
        </w:numPr>
        <w:spacing w:after="0"/>
        <w:ind w:left="720" w:hanging="720"/>
        <w:jc w:val="both"/>
        <w:outlineLvl w:val="1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97" w:name="_Toc239329772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Sumber Data</w:t>
      </w:r>
      <w:bookmarkEnd w:id="96"/>
      <w:bookmarkEnd w:id="97"/>
    </w:p>
    <w:p w14:paraId="5F86EB62" w14:textId="77777777" w:rsid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Data yang digunakan dalam penelitian ini merupakan data sekunder dari [Sebutkan Instansi/Portal Open Data]. Dataset ini terdiri atas N observasi dan M fitur yang mencerminkan karakteristik objek penelitian.</w:t>
      </w:r>
    </w:p>
    <w:p w14:paraId="2FFA1744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5600F208" w14:textId="77777777" w:rsidR="00B16846" w:rsidRPr="00B16846" w:rsidRDefault="00B16846" w:rsidP="00B16846">
      <w:pPr>
        <w:pStyle w:val="ListParagraph"/>
        <w:keepNext/>
        <w:numPr>
          <w:ilvl w:val="1"/>
          <w:numId w:val="12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98" w:name="_Toc238061426"/>
      <w:bookmarkStart w:id="99" w:name="_Toc239329773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Variabel Penelitian dan Struktur Data</w:t>
      </w:r>
      <w:bookmarkEnd w:id="98"/>
      <w:bookmarkEnd w:id="99"/>
    </w:p>
    <w:p w14:paraId="7D51F82A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Variabel penelitian dijelaskan dalam Tabel 3.1 berikut:</w:t>
      </w:r>
    </w:p>
    <w:p w14:paraId="4CAA6C9A" w14:textId="77777777" w:rsidR="00B16846" w:rsidRPr="002C4342" w:rsidRDefault="00B16846" w:rsidP="00B16846">
      <w:pPr>
        <w:pStyle w:val="Caption"/>
        <w:keepNext/>
        <w:spacing w:after="0"/>
        <w:jc w:val="center"/>
        <w:rPr>
          <w:b w:val="0"/>
          <w:bCs w:val="0"/>
          <w:color w:val="000000" w:themeColor="text1"/>
          <w:lang w:val="id-ID"/>
        </w:rPr>
      </w:pPr>
      <w:bookmarkStart w:id="100" w:name="_Toc239329433"/>
      <w:r w:rsidRPr="002C4342">
        <w:rPr>
          <w:color w:val="000000" w:themeColor="text1"/>
          <w:lang w:val="id-ID"/>
        </w:rPr>
        <w:t>Tabel 3.</w:t>
      </w:r>
      <w:r w:rsidRPr="002C4342">
        <w:rPr>
          <w:color w:val="000000" w:themeColor="text1"/>
          <w:lang w:val="id-ID"/>
        </w:rPr>
        <w:fldChar w:fldCharType="begin"/>
      </w:r>
      <w:r w:rsidRPr="002C4342">
        <w:rPr>
          <w:color w:val="000000" w:themeColor="text1"/>
          <w:lang w:val="id-ID"/>
        </w:rPr>
        <w:instrText xml:space="preserve"> SEQ Tabel_3. \* ARABIC </w:instrText>
      </w:r>
      <w:r w:rsidRPr="002C4342">
        <w:rPr>
          <w:color w:val="000000" w:themeColor="text1"/>
          <w:lang w:val="id-ID"/>
        </w:rPr>
        <w:fldChar w:fldCharType="separate"/>
      </w:r>
      <w:r w:rsidRPr="002C4342">
        <w:rPr>
          <w:noProof/>
          <w:color w:val="000000" w:themeColor="text1"/>
          <w:lang w:val="id-ID"/>
        </w:rPr>
        <w:t>1</w:t>
      </w:r>
      <w:r w:rsidRPr="002C4342">
        <w:rPr>
          <w:color w:val="000000" w:themeColor="text1"/>
          <w:lang w:val="id-ID"/>
        </w:rPr>
        <w:fldChar w:fldCharType="end"/>
      </w:r>
      <w:r w:rsidRPr="002C4342">
        <w:rPr>
          <w:b w:val="0"/>
          <w:bCs w:val="0"/>
          <w:color w:val="000000" w:themeColor="text1"/>
          <w:lang w:val="id-ID"/>
        </w:rPr>
        <w:t xml:space="preserve"> Variabel Penelitian</w:t>
      </w:r>
      <w:bookmarkEnd w:id="100"/>
    </w:p>
    <w:tbl>
      <w:tblPr>
        <w:tblStyle w:val="TableGrid"/>
        <w:tblW w:w="4649" w:type="pct"/>
        <w:jc w:val="center"/>
        <w:tblLook w:val="04A0" w:firstRow="1" w:lastRow="0" w:firstColumn="1" w:lastColumn="0" w:noHBand="0" w:noVBand="1"/>
      </w:tblPr>
      <w:tblGrid>
        <w:gridCol w:w="927"/>
        <w:gridCol w:w="1516"/>
        <w:gridCol w:w="3193"/>
      </w:tblGrid>
      <w:tr w:rsidR="00B16846" w:rsidRPr="002C4342" w14:paraId="2B26EF41" w14:textId="77777777" w:rsidTr="002C4342">
        <w:trPr>
          <w:jc w:val="center"/>
        </w:trPr>
        <w:tc>
          <w:tcPr>
            <w:tcW w:w="822" w:type="pct"/>
          </w:tcPr>
          <w:p w14:paraId="411527D6" w14:textId="77777777" w:rsidR="00B16846" w:rsidRPr="002C4342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Variabel</w:t>
            </w:r>
          </w:p>
        </w:tc>
        <w:tc>
          <w:tcPr>
            <w:tcW w:w="1345" w:type="pct"/>
          </w:tcPr>
          <w:p w14:paraId="63A6190D" w14:textId="77777777" w:rsidR="00B16846" w:rsidRPr="002C4342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Tipe Data</w:t>
            </w:r>
          </w:p>
        </w:tc>
        <w:tc>
          <w:tcPr>
            <w:tcW w:w="2834" w:type="pct"/>
          </w:tcPr>
          <w:p w14:paraId="761BFF88" w14:textId="77777777" w:rsidR="00B16846" w:rsidRPr="002C4342" w:rsidRDefault="00B16846" w:rsidP="00B16846">
            <w:pPr>
              <w:pStyle w:val="NoSpacing"/>
              <w:jc w:val="center"/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b/>
                <w:bCs/>
                <w:sz w:val="18"/>
                <w:szCs w:val="18"/>
                <w:lang w:val="id-ID"/>
              </w:rPr>
              <w:t>Keterangan / Peran</w:t>
            </w:r>
          </w:p>
        </w:tc>
      </w:tr>
      <w:tr w:rsidR="00B16846" w:rsidRPr="002C4342" w14:paraId="3512B24D" w14:textId="77777777" w:rsidTr="002C4342">
        <w:trPr>
          <w:jc w:val="center"/>
        </w:trPr>
        <w:tc>
          <w:tcPr>
            <w:tcW w:w="822" w:type="pct"/>
          </w:tcPr>
          <w:p w14:paraId="0FB56B5B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X1</w:t>
            </w:r>
          </w:p>
        </w:tc>
        <w:tc>
          <w:tcPr>
            <w:tcW w:w="1345" w:type="pct"/>
          </w:tcPr>
          <w:p w14:paraId="3DE43443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Numerik (Float)</w:t>
            </w:r>
          </w:p>
        </w:tc>
        <w:tc>
          <w:tcPr>
            <w:tcW w:w="2834" w:type="pct"/>
          </w:tcPr>
          <w:p w14:paraId="76B5BCA3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Variabel independen utama pemberi sinyal prediktif.</w:t>
            </w:r>
          </w:p>
        </w:tc>
      </w:tr>
      <w:tr w:rsidR="00B16846" w:rsidRPr="002C4342" w14:paraId="7267CFFF" w14:textId="77777777" w:rsidTr="002C4342">
        <w:trPr>
          <w:jc w:val="center"/>
        </w:trPr>
        <w:tc>
          <w:tcPr>
            <w:tcW w:w="822" w:type="pct"/>
          </w:tcPr>
          <w:p w14:paraId="294EFBD5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X2</w:t>
            </w:r>
          </w:p>
        </w:tc>
        <w:tc>
          <w:tcPr>
            <w:tcW w:w="1345" w:type="pct"/>
          </w:tcPr>
          <w:p w14:paraId="561FD546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Kategorikal</w:t>
            </w:r>
          </w:p>
        </w:tc>
        <w:tc>
          <w:tcPr>
            <w:tcW w:w="2834" w:type="pct"/>
          </w:tcPr>
          <w:p w14:paraId="1E45AF6E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Atribut kualitatif ter-encode.</w:t>
            </w:r>
          </w:p>
        </w:tc>
      </w:tr>
      <w:tr w:rsidR="00B16846" w:rsidRPr="002C4342" w14:paraId="6A43CBF6" w14:textId="77777777" w:rsidTr="002C4342">
        <w:trPr>
          <w:jc w:val="center"/>
        </w:trPr>
        <w:tc>
          <w:tcPr>
            <w:tcW w:w="822" w:type="pct"/>
          </w:tcPr>
          <w:p w14:paraId="13A35CF4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Y</w:t>
            </w:r>
          </w:p>
        </w:tc>
        <w:tc>
          <w:tcPr>
            <w:tcW w:w="1345" w:type="pct"/>
          </w:tcPr>
          <w:p w14:paraId="7D31C518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Binary / Numerik</w:t>
            </w:r>
          </w:p>
        </w:tc>
        <w:tc>
          <w:tcPr>
            <w:tcW w:w="2834" w:type="pct"/>
          </w:tcPr>
          <w:p w14:paraId="79631C5B" w14:textId="77777777" w:rsidR="00B16846" w:rsidRPr="002C4342" w:rsidRDefault="00B16846" w:rsidP="00B16846">
            <w:pPr>
              <w:pStyle w:val="NoSpacing"/>
              <w:rPr>
                <w:rFonts w:ascii="Book Antiqua" w:hAnsi="Book Antiqua"/>
                <w:sz w:val="18"/>
                <w:szCs w:val="18"/>
                <w:lang w:val="id-ID"/>
              </w:rPr>
            </w:pPr>
            <w:r w:rsidRPr="002C4342">
              <w:rPr>
                <w:rFonts w:ascii="Book Antiqua" w:hAnsi="Book Antiqua"/>
                <w:sz w:val="18"/>
                <w:szCs w:val="18"/>
                <w:lang w:val="id-ID"/>
              </w:rPr>
              <w:t>Variabel dependen (output utama yang diprediksi).</w:t>
            </w:r>
          </w:p>
        </w:tc>
      </w:tr>
    </w:tbl>
    <w:p w14:paraId="54BAFE05" w14:textId="77777777" w:rsidR="00B16846" w:rsidRDefault="00B16846" w:rsidP="00B16846">
      <w:pPr>
        <w:pStyle w:val="ListParagraph"/>
        <w:keepNext/>
        <w:spacing w:after="0"/>
        <w:jc w:val="both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01" w:name="_Toc238061427"/>
    </w:p>
    <w:p w14:paraId="45F494C7" w14:textId="285B6193" w:rsidR="00B16846" w:rsidRPr="00B16846" w:rsidRDefault="00B16846" w:rsidP="00B16846">
      <w:pPr>
        <w:pStyle w:val="ListParagraph"/>
        <w:keepNext/>
        <w:numPr>
          <w:ilvl w:val="1"/>
          <w:numId w:val="12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02" w:name="_Toc239329774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Langkah-Langkah Penelitian</w:t>
      </w:r>
      <w:bookmarkEnd w:id="101"/>
      <w:bookmarkEnd w:id="102"/>
    </w:p>
    <w:p w14:paraId="52FC6C29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Tahapan komprehensif yang dilakukan dalam penelitian ini meliputi:</w:t>
      </w:r>
    </w:p>
    <w:p w14:paraId="38CE40E1" w14:textId="77777777" w:rsidR="00B16846" w:rsidRP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Pengumpulan Data</w:t>
      </w:r>
    </w:p>
    <w:p w14:paraId="5B9BC55D" w14:textId="77777777" w:rsidR="00B16846" w:rsidRP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Pra-pemrosesan Data</w:t>
      </w:r>
    </w:p>
    <w:p w14:paraId="01EF6186" w14:textId="77777777" w:rsidR="00B16846" w:rsidRP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Eksplorasi dan Visualisasi Data</w:t>
      </w:r>
    </w:p>
    <w:p w14:paraId="577CF1E6" w14:textId="77777777" w:rsidR="00B16846" w:rsidRP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Pembentukan dan Pelatihan Model (lengkap dengan tahapan pada metode yang digunakan)</w:t>
      </w:r>
    </w:p>
    <w:p w14:paraId="6F58E271" w14:textId="77777777" w:rsidR="00B16846" w:rsidRP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Evaluasi dan Validasi Kinerja Model</w:t>
      </w:r>
    </w:p>
    <w:p w14:paraId="3FF3EA62" w14:textId="77777777" w:rsidR="00B16846" w:rsidRDefault="00B16846" w:rsidP="002C4342">
      <w:pPr>
        <w:pStyle w:val="ListParagraph"/>
        <w:numPr>
          <w:ilvl w:val="0"/>
          <w:numId w:val="15"/>
        </w:numPr>
        <w:spacing w:after="0"/>
        <w:ind w:left="720" w:hanging="45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Menarik Kesimpulan dan Saran</w:t>
      </w:r>
    </w:p>
    <w:p w14:paraId="030C9764" w14:textId="77777777" w:rsidR="00B16846" w:rsidRPr="00B16846" w:rsidRDefault="00B16846" w:rsidP="00B16846">
      <w:pPr>
        <w:pStyle w:val="ListParagraph"/>
        <w:spacing w:after="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</w:p>
    <w:p w14:paraId="0B7389A5" w14:textId="77777777" w:rsidR="00B16846" w:rsidRPr="00B16846" w:rsidRDefault="00B16846" w:rsidP="00B16846">
      <w:pPr>
        <w:pStyle w:val="ListParagraph"/>
        <w:keepNext/>
        <w:numPr>
          <w:ilvl w:val="1"/>
          <w:numId w:val="12"/>
        </w:numPr>
        <w:spacing w:after="0"/>
        <w:ind w:left="720" w:hanging="720"/>
        <w:contextualSpacing w:val="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03" w:name="_Toc238061428"/>
      <w:bookmarkStart w:id="104" w:name="_Toc239329775"/>
      <w:r w:rsidRPr="00B1684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Diagram Alir</w:t>
      </w:r>
      <w:bookmarkEnd w:id="103"/>
      <w:bookmarkEnd w:id="104"/>
    </w:p>
    <w:p w14:paraId="6A7442D3" w14:textId="77777777" w:rsidR="00B16846" w:rsidRPr="00B16846" w:rsidRDefault="00B16846" w:rsidP="00B1684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Sistematika pelaksanaan penelitian digambarkan dalam diagram alir (</w:t>
      </w:r>
      <w:r w:rsidRPr="002C4342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>flowchart</w:t>
      </w: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t>) di bawah ini:</w:t>
      </w:r>
    </w:p>
    <w:p w14:paraId="09348839" w14:textId="77777777" w:rsidR="00B16846" w:rsidRPr="00B16846" w:rsidRDefault="00B16846" w:rsidP="00B16846">
      <w:pPr>
        <w:keepNext/>
        <w:spacing w:after="0"/>
        <w:jc w:val="center"/>
        <w:rPr>
          <w:sz w:val="20"/>
          <w:szCs w:val="20"/>
          <w:lang w:val="id-ID"/>
        </w:rPr>
      </w:pPr>
      <w:r w:rsidRPr="00B16846">
        <w:rPr>
          <w:rFonts w:ascii="Book Antiqua" w:hAnsi="Book Antiqua"/>
          <w:noProof/>
          <w:color w:val="000000" w:themeColor="text1"/>
          <w:sz w:val="20"/>
          <w:szCs w:val="20"/>
          <w:lang w:val="id-ID"/>
        </w:rPr>
        <w:lastRenderedPageBreak/>
        <w:drawing>
          <wp:inline distT="0" distB="0" distL="0" distR="0" wp14:anchorId="4DB85421" wp14:editId="16E3C294">
            <wp:extent cx="2137775" cy="4305300"/>
            <wp:effectExtent l="0" t="0" r="0" b="0"/>
            <wp:docPr id="586359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519" cy="434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AB7F1" w14:textId="77777777" w:rsidR="00B16846" w:rsidRPr="002C4342" w:rsidRDefault="00B16846" w:rsidP="00B16846">
      <w:pPr>
        <w:pStyle w:val="Caption"/>
        <w:spacing w:after="0"/>
        <w:jc w:val="center"/>
        <w:rPr>
          <w:rFonts w:ascii="Book Antiqua" w:hAnsi="Book Antiqua"/>
          <w:b w:val="0"/>
          <w:bCs w:val="0"/>
          <w:color w:val="000000" w:themeColor="text1"/>
          <w:lang w:val="id-ID"/>
        </w:rPr>
      </w:pPr>
      <w:bookmarkStart w:id="105" w:name="_Toc239329463"/>
      <w:r w:rsidRPr="002C4342">
        <w:rPr>
          <w:rFonts w:ascii="Book Antiqua" w:hAnsi="Book Antiqua"/>
          <w:color w:val="000000" w:themeColor="text1"/>
          <w:lang w:val="id-ID"/>
        </w:rPr>
        <w:t>Gambar 3.</w:t>
      </w:r>
      <w:r w:rsidRPr="002C4342">
        <w:rPr>
          <w:rFonts w:ascii="Book Antiqua" w:hAnsi="Book Antiqua"/>
          <w:color w:val="000000" w:themeColor="text1"/>
          <w:lang w:val="id-ID"/>
        </w:rPr>
        <w:fldChar w:fldCharType="begin"/>
      </w:r>
      <w:r w:rsidRPr="002C4342">
        <w:rPr>
          <w:rFonts w:ascii="Book Antiqua" w:hAnsi="Book Antiqua"/>
          <w:color w:val="000000" w:themeColor="text1"/>
          <w:lang w:val="id-ID"/>
        </w:rPr>
        <w:instrText xml:space="preserve"> SEQ Gambar_3. \* ARABIC </w:instrText>
      </w:r>
      <w:r w:rsidRPr="002C4342">
        <w:rPr>
          <w:rFonts w:ascii="Book Antiqua" w:hAnsi="Book Antiqua"/>
          <w:color w:val="000000" w:themeColor="text1"/>
          <w:lang w:val="id-ID"/>
        </w:rPr>
        <w:fldChar w:fldCharType="separate"/>
      </w:r>
      <w:r w:rsidRPr="002C4342">
        <w:rPr>
          <w:rFonts w:ascii="Book Antiqua" w:hAnsi="Book Antiqua"/>
          <w:noProof/>
          <w:color w:val="000000" w:themeColor="text1"/>
          <w:lang w:val="id-ID"/>
        </w:rPr>
        <w:t>1</w:t>
      </w:r>
      <w:r w:rsidRPr="002C4342">
        <w:rPr>
          <w:rFonts w:ascii="Book Antiqua" w:hAnsi="Book Antiqua"/>
          <w:color w:val="000000" w:themeColor="text1"/>
          <w:lang w:val="id-ID"/>
        </w:rPr>
        <w:fldChar w:fldCharType="end"/>
      </w:r>
      <w:r w:rsidRPr="002C4342">
        <w:rPr>
          <w:rFonts w:ascii="Book Antiqua" w:hAnsi="Book Antiqua"/>
          <w:b w:val="0"/>
          <w:bCs w:val="0"/>
          <w:color w:val="000000" w:themeColor="text1"/>
          <w:lang w:val="id-ID"/>
        </w:rPr>
        <w:t xml:space="preserve"> Diagram Alir Penelitian (Ukuran gambar sesuaikan agar terlihat dan teks di dalam gambar harus dapat terbaca)</w:t>
      </w:r>
      <w:bookmarkEnd w:id="105"/>
    </w:p>
    <w:p w14:paraId="15E8D054" w14:textId="77777777" w:rsidR="00B16846" w:rsidRPr="00B16846" w:rsidRDefault="00B16846" w:rsidP="00B16846">
      <w:pPr>
        <w:spacing w:after="0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r w:rsidRPr="00B16846">
        <w:rPr>
          <w:rFonts w:ascii="Book Antiqua" w:hAnsi="Book Antiqua"/>
          <w:color w:val="000000" w:themeColor="text1"/>
          <w:sz w:val="20"/>
          <w:szCs w:val="20"/>
          <w:lang w:val="id-ID"/>
        </w:rPr>
        <w:br w:type="page"/>
      </w:r>
    </w:p>
    <w:p w14:paraId="74CD150B" w14:textId="77777777" w:rsidR="00477CA6" w:rsidRPr="00477CA6" w:rsidRDefault="00000000" w:rsidP="00477CA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106" w:name="_Toc239329776"/>
      <w:r w:rsidRPr="00477CA6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>BAB 4</w:t>
      </w:r>
      <w:bookmarkEnd w:id="106"/>
      <w:r w:rsidRPr="00477CA6">
        <w:rPr>
          <w:rFonts w:ascii="Book Antiqua" w:hAnsi="Book Antiqua"/>
          <w:color w:val="000000" w:themeColor="text1"/>
          <w:sz w:val="20"/>
          <w:szCs w:val="20"/>
          <w:lang w:val="id-ID"/>
        </w:rPr>
        <w:t xml:space="preserve"> </w:t>
      </w:r>
    </w:p>
    <w:p w14:paraId="004D2C7C" w14:textId="58594C33" w:rsidR="00272D85" w:rsidRPr="00477CA6" w:rsidRDefault="00000000" w:rsidP="00477CA6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107" w:name="_Toc239329777"/>
      <w:r w:rsidRPr="00477CA6">
        <w:rPr>
          <w:rFonts w:ascii="Book Antiqua" w:hAnsi="Book Antiqua"/>
          <w:color w:val="000000" w:themeColor="text1"/>
          <w:sz w:val="20"/>
          <w:szCs w:val="20"/>
          <w:lang w:val="id-ID"/>
        </w:rPr>
        <w:t>HASIL DAN PEMBAHASAN</w:t>
      </w:r>
      <w:bookmarkEnd w:id="107"/>
    </w:p>
    <w:p w14:paraId="37F8A185" w14:textId="77777777" w:rsidR="00477CA6" w:rsidRPr="00477CA6" w:rsidRDefault="00477CA6" w:rsidP="00477CA6">
      <w:pPr>
        <w:keepNext/>
        <w:spacing w:after="0"/>
        <w:rPr>
          <w:rFonts w:ascii="Book Antiqua" w:hAnsi="Book Antiqua"/>
          <w:b/>
          <w:color w:val="000000" w:themeColor="text1"/>
          <w:sz w:val="20"/>
          <w:szCs w:val="20"/>
        </w:rPr>
      </w:pPr>
    </w:p>
    <w:p w14:paraId="2BB04C3E" w14:textId="0837D874" w:rsidR="00272D85" w:rsidRPr="00477CA6" w:rsidRDefault="00000000" w:rsidP="00477CA6">
      <w:pPr>
        <w:pStyle w:val="ListParagraph"/>
        <w:keepNext/>
        <w:numPr>
          <w:ilvl w:val="1"/>
          <w:numId w:val="16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08" w:name="_Toc239329778"/>
      <w:r w:rsidRPr="00477CA6"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Hasil Eksplorasi Data</w:t>
      </w:r>
      <w:bookmarkEnd w:id="108"/>
    </w:p>
    <w:p w14:paraId="2569AD09" w14:textId="7363C1B9" w:rsidR="00272D85" w:rsidRDefault="00000000" w:rsidP="00477CA6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Tahap eksplorasi data awal dilakukan untuk memahami distribusi variabel. Tabel 4.1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menyajikan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ringkasan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statistik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deskriptif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475E7DD5" w14:textId="7B1AC4AB" w:rsidR="00374C5F" w:rsidRPr="00374C5F" w:rsidRDefault="00374C5F" w:rsidP="00374C5F">
      <w:pPr>
        <w:pStyle w:val="Caption"/>
        <w:keepNext/>
        <w:spacing w:after="0"/>
        <w:jc w:val="center"/>
        <w:rPr>
          <w:b w:val="0"/>
          <w:bCs w:val="0"/>
          <w:color w:val="000000" w:themeColor="text1"/>
          <w:lang w:val="id-ID"/>
        </w:rPr>
      </w:pPr>
      <w:bookmarkStart w:id="109" w:name="_Toc239329439"/>
      <w:r w:rsidRPr="00374C5F">
        <w:rPr>
          <w:color w:val="000000" w:themeColor="text1"/>
          <w:lang w:val="id-ID"/>
        </w:rPr>
        <w:t>Tabel 4.</w:t>
      </w:r>
      <w:r w:rsidRPr="00374C5F">
        <w:rPr>
          <w:color w:val="000000" w:themeColor="text1"/>
          <w:lang w:val="id-ID"/>
        </w:rPr>
        <w:fldChar w:fldCharType="begin"/>
      </w:r>
      <w:r w:rsidRPr="00374C5F">
        <w:rPr>
          <w:color w:val="000000" w:themeColor="text1"/>
          <w:lang w:val="id-ID"/>
        </w:rPr>
        <w:instrText xml:space="preserve"> SEQ Tabel_4. \* ARABIC </w:instrText>
      </w:r>
      <w:r w:rsidRPr="00374C5F">
        <w:rPr>
          <w:color w:val="000000" w:themeColor="text1"/>
          <w:lang w:val="id-ID"/>
        </w:rPr>
        <w:fldChar w:fldCharType="separate"/>
      </w:r>
      <w:r w:rsidRPr="00374C5F">
        <w:rPr>
          <w:color w:val="000000" w:themeColor="text1"/>
          <w:lang w:val="id-ID"/>
        </w:rPr>
        <w:t>1</w:t>
      </w:r>
      <w:r w:rsidRPr="00374C5F">
        <w:rPr>
          <w:color w:val="000000" w:themeColor="text1"/>
          <w:lang w:val="id-ID"/>
        </w:rPr>
        <w:fldChar w:fldCharType="end"/>
      </w:r>
      <w:r w:rsidRPr="00374C5F">
        <w:rPr>
          <w:color w:val="000000" w:themeColor="text1"/>
          <w:lang w:val="id-ID"/>
        </w:rPr>
        <w:t xml:space="preserve"> </w:t>
      </w:r>
      <w:r w:rsidRPr="00374C5F">
        <w:rPr>
          <w:b w:val="0"/>
          <w:bCs w:val="0"/>
          <w:color w:val="000000" w:themeColor="text1"/>
          <w:lang w:val="id-ID"/>
        </w:rPr>
        <w:t>Statistika Deskriptif</w:t>
      </w:r>
      <w:bookmarkEnd w:id="109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296"/>
      </w:tblGrid>
      <w:tr w:rsidR="00374C5F" w:rsidRPr="00374C5F" w14:paraId="07552FE8" w14:textId="77777777" w:rsidTr="00374C5F">
        <w:trPr>
          <w:trHeight w:val="20"/>
          <w:jc w:val="center"/>
        </w:trPr>
        <w:tc>
          <w:tcPr>
            <w:tcW w:w="1728" w:type="dxa"/>
          </w:tcPr>
          <w:p w14:paraId="621FF135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Variabel</w:t>
            </w:r>
            <w:proofErr w:type="spellEnd"/>
          </w:p>
        </w:tc>
        <w:tc>
          <w:tcPr>
            <w:tcW w:w="1296" w:type="dxa"/>
          </w:tcPr>
          <w:p w14:paraId="7E756E45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1296" w:type="dxa"/>
          </w:tcPr>
          <w:p w14:paraId="7A143C1B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Std Dev</w:t>
            </w:r>
          </w:p>
        </w:tc>
      </w:tr>
      <w:tr w:rsidR="00374C5F" w:rsidRPr="00374C5F" w14:paraId="711DBA42" w14:textId="77777777" w:rsidTr="00374C5F">
        <w:trPr>
          <w:trHeight w:val="20"/>
          <w:jc w:val="center"/>
        </w:trPr>
        <w:tc>
          <w:tcPr>
            <w:tcW w:w="1728" w:type="dxa"/>
          </w:tcPr>
          <w:p w14:paraId="6A1B9B3D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Volume (X1)</w:t>
            </w:r>
          </w:p>
        </w:tc>
        <w:tc>
          <w:tcPr>
            <w:tcW w:w="1296" w:type="dxa"/>
          </w:tcPr>
          <w:p w14:paraId="401F69B2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1,245.50</w:t>
            </w:r>
          </w:p>
        </w:tc>
        <w:tc>
          <w:tcPr>
            <w:tcW w:w="1296" w:type="dxa"/>
          </w:tcPr>
          <w:p w14:paraId="1026B925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312.10</w:t>
            </w:r>
          </w:p>
        </w:tc>
      </w:tr>
      <w:tr w:rsidR="00374C5F" w:rsidRPr="00374C5F" w14:paraId="69469E66" w14:textId="77777777" w:rsidTr="00374C5F">
        <w:trPr>
          <w:trHeight w:val="20"/>
          <w:jc w:val="center"/>
        </w:trPr>
        <w:tc>
          <w:tcPr>
            <w:tcW w:w="1728" w:type="dxa"/>
          </w:tcPr>
          <w:p w14:paraId="1C7F6207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Kurs (X2)</w:t>
            </w:r>
          </w:p>
        </w:tc>
        <w:tc>
          <w:tcPr>
            <w:tcW w:w="1296" w:type="dxa"/>
          </w:tcPr>
          <w:p w14:paraId="5DE05752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15,420.00</w:t>
            </w:r>
          </w:p>
        </w:tc>
        <w:tc>
          <w:tcPr>
            <w:tcW w:w="1296" w:type="dxa"/>
          </w:tcPr>
          <w:p w14:paraId="0282C826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125.40</w:t>
            </w:r>
          </w:p>
        </w:tc>
      </w:tr>
      <w:tr w:rsidR="00374C5F" w:rsidRPr="00374C5F" w14:paraId="37476680" w14:textId="77777777" w:rsidTr="00374C5F">
        <w:trPr>
          <w:trHeight w:val="20"/>
          <w:jc w:val="center"/>
        </w:trPr>
        <w:tc>
          <w:tcPr>
            <w:tcW w:w="1728" w:type="dxa"/>
          </w:tcPr>
          <w:p w14:paraId="55379D93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374C5F">
              <w:rPr>
                <w:rFonts w:ascii="Book Antiqua" w:hAnsi="Book Antiqua"/>
                <w:sz w:val="18"/>
                <w:szCs w:val="18"/>
              </w:rPr>
              <w:t>Volatilitas</w:t>
            </w:r>
            <w:proofErr w:type="spellEnd"/>
            <w:r w:rsidRPr="00374C5F">
              <w:rPr>
                <w:rFonts w:ascii="Book Antiqua" w:hAnsi="Book Antiqua"/>
                <w:sz w:val="18"/>
                <w:szCs w:val="18"/>
              </w:rPr>
              <w:t xml:space="preserve"> (Y)</w:t>
            </w:r>
          </w:p>
        </w:tc>
        <w:tc>
          <w:tcPr>
            <w:tcW w:w="1296" w:type="dxa"/>
          </w:tcPr>
          <w:p w14:paraId="51A4E72B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0.0245</w:t>
            </w:r>
          </w:p>
        </w:tc>
        <w:tc>
          <w:tcPr>
            <w:tcW w:w="1296" w:type="dxa"/>
          </w:tcPr>
          <w:p w14:paraId="3E454380" w14:textId="77777777" w:rsidR="00374C5F" w:rsidRPr="00374C5F" w:rsidRDefault="00374C5F" w:rsidP="00477CA6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0.0081</w:t>
            </w:r>
          </w:p>
        </w:tc>
      </w:tr>
    </w:tbl>
    <w:p w14:paraId="4933FF30" w14:textId="77777777" w:rsidR="00272D85" w:rsidRPr="00477CA6" w:rsidRDefault="00272D85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434F8D23" w14:textId="33593B63" w:rsidR="00477CA6" w:rsidRPr="00477CA6" w:rsidRDefault="00477CA6" w:rsidP="00477CA6">
      <w:pPr>
        <w:pStyle w:val="ListParagraph"/>
        <w:keepNext/>
        <w:numPr>
          <w:ilvl w:val="1"/>
          <w:numId w:val="16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10" w:name="_Toc239329779"/>
      <w:r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Pemodelan dengan SVM</w:t>
      </w:r>
      <w:bookmarkEnd w:id="110"/>
    </w:p>
    <w:p w14:paraId="0A95FA45" w14:textId="77777777" w:rsidR="00272D85" w:rsidRPr="00477CA6" w:rsidRDefault="00000000" w:rsidP="00374C5F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Hasil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pengujian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performa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477CA6">
        <w:rPr>
          <w:rFonts w:ascii="Book Antiqua" w:hAnsi="Book Antiqua"/>
          <w:color w:val="000000" w:themeColor="text1"/>
          <w:sz w:val="20"/>
          <w:szCs w:val="20"/>
        </w:rPr>
        <w:t>algoritma</w:t>
      </w:r>
      <w:proofErr w:type="spellEnd"/>
      <w:r w:rsidRPr="00477CA6">
        <w:rPr>
          <w:rFonts w:ascii="Book Antiqua" w:hAnsi="Book Antiqua"/>
          <w:color w:val="000000" w:themeColor="text1"/>
          <w:sz w:val="20"/>
          <w:szCs w:val="20"/>
        </w:rPr>
        <w:t xml:space="preserve"> SVM dengan berbagai jenis fungsi kernel ditunjukkan pada Tabel 4.2.</w:t>
      </w:r>
    </w:p>
    <w:p w14:paraId="2F0D2B45" w14:textId="5D05746D" w:rsidR="00374C5F" w:rsidRPr="00374C5F" w:rsidRDefault="00374C5F" w:rsidP="00374C5F">
      <w:pPr>
        <w:pStyle w:val="Caption"/>
        <w:keepNext/>
        <w:spacing w:after="0"/>
        <w:jc w:val="center"/>
        <w:rPr>
          <w:b w:val="0"/>
          <w:bCs w:val="0"/>
          <w:color w:val="000000" w:themeColor="text1"/>
          <w:lang w:val="id-ID"/>
        </w:rPr>
      </w:pPr>
      <w:bookmarkStart w:id="111" w:name="_Toc239329440"/>
      <w:r w:rsidRPr="00374C5F">
        <w:rPr>
          <w:color w:val="000000" w:themeColor="text1"/>
          <w:lang w:val="id-ID"/>
        </w:rPr>
        <w:t>Tabel 4.</w:t>
      </w:r>
      <w:r w:rsidRPr="00374C5F">
        <w:rPr>
          <w:color w:val="000000" w:themeColor="text1"/>
          <w:lang w:val="id-ID"/>
        </w:rPr>
        <w:fldChar w:fldCharType="begin"/>
      </w:r>
      <w:r w:rsidRPr="00374C5F">
        <w:rPr>
          <w:color w:val="000000" w:themeColor="text1"/>
          <w:lang w:val="id-ID"/>
        </w:rPr>
        <w:instrText xml:space="preserve"> SEQ Tabel_4. \* ARABIC </w:instrText>
      </w:r>
      <w:r w:rsidRPr="00374C5F">
        <w:rPr>
          <w:color w:val="000000" w:themeColor="text1"/>
          <w:lang w:val="id-ID"/>
        </w:rPr>
        <w:fldChar w:fldCharType="separate"/>
      </w:r>
      <w:r>
        <w:rPr>
          <w:noProof/>
          <w:color w:val="000000" w:themeColor="text1"/>
          <w:lang w:val="id-ID"/>
        </w:rPr>
        <w:t>2</w:t>
      </w:r>
      <w:r w:rsidRPr="00374C5F">
        <w:rPr>
          <w:color w:val="000000" w:themeColor="text1"/>
          <w:lang w:val="id-ID"/>
        </w:rPr>
        <w:fldChar w:fldCharType="end"/>
      </w:r>
      <w:r w:rsidRPr="00374C5F">
        <w:rPr>
          <w:color w:val="000000" w:themeColor="text1"/>
          <w:lang w:val="id-ID"/>
        </w:rPr>
        <w:t xml:space="preserve"> </w:t>
      </w:r>
      <w:r w:rsidRPr="00374C5F">
        <w:rPr>
          <w:b w:val="0"/>
          <w:bCs w:val="0"/>
          <w:color w:val="000000" w:themeColor="text1"/>
          <w:lang w:val="id-ID"/>
        </w:rPr>
        <w:t>Statistika Deskriptif</w:t>
      </w:r>
      <w:bookmarkEnd w:id="111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1296"/>
        <w:gridCol w:w="1296"/>
      </w:tblGrid>
      <w:tr w:rsidR="00374C5F" w:rsidRPr="00374C5F" w14:paraId="3F1A1282" w14:textId="77777777" w:rsidTr="00A43951">
        <w:trPr>
          <w:trHeight w:val="20"/>
          <w:jc w:val="center"/>
        </w:trPr>
        <w:tc>
          <w:tcPr>
            <w:tcW w:w="1728" w:type="dxa"/>
          </w:tcPr>
          <w:p w14:paraId="2741D47B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proofErr w:type="spellStart"/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Variabel</w:t>
            </w:r>
            <w:proofErr w:type="spellEnd"/>
          </w:p>
        </w:tc>
        <w:tc>
          <w:tcPr>
            <w:tcW w:w="1296" w:type="dxa"/>
          </w:tcPr>
          <w:p w14:paraId="23812F74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Mean</w:t>
            </w:r>
          </w:p>
        </w:tc>
        <w:tc>
          <w:tcPr>
            <w:tcW w:w="1296" w:type="dxa"/>
          </w:tcPr>
          <w:p w14:paraId="2E063488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374C5F">
              <w:rPr>
                <w:rFonts w:ascii="Book Antiqua" w:hAnsi="Book Antiqua"/>
                <w:b/>
                <w:bCs/>
                <w:sz w:val="18"/>
                <w:szCs w:val="18"/>
              </w:rPr>
              <w:t>Std Dev</w:t>
            </w:r>
          </w:p>
        </w:tc>
      </w:tr>
      <w:tr w:rsidR="00374C5F" w:rsidRPr="00374C5F" w14:paraId="2FCB258E" w14:textId="77777777" w:rsidTr="00A43951">
        <w:trPr>
          <w:trHeight w:val="20"/>
          <w:jc w:val="center"/>
        </w:trPr>
        <w:tc>
          <w:tcPr>
            <w:tcW w:w="1728" w:type="dxa"/>
          </w:tcPr>
          <w:p w14:paraId="6644DB8B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Volume (X1)</w:t>
            </w:r>
          </w:p>
        </w:tc>
        <w:tc>
          <w:tcPr>
            <w:tcW w:w="1296" w:type="dxa"/>
          </w:tcPr>
          <w:p w14:paraId="7AA746EC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1,245.50</w:t>
            </w:r>
          </w:p>
        </w:tc>
        <w:tc>
          <w:tcPr>
            <w:tcW w:w="1296" w:type="dxa"/>
          </w:tcPr>
          <w:p w14:paraId="7E58CD5B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312.10</w:t>
            </w:r>
          </w:p>
        </w:tc>
      </w:tr>
      <w:tr w:rsidR="00374C5F" w:rsidRPr="00374C5F" w14:paraId="0899F85C" w14:textId="77777777" w:rsidTr="00A43951">
        <w:trPr>
          <w:trHeight w:val="20"/>
          <w:jc w:val="center"/>
        </w:trPr>
        <w:tc>
          <w:tcPr>
            <w:tcW w:w="1728" w:type="dxa"/>
          </w:tcPr>
          <w:p w14:paraId="1F6C780D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Kurs (X2)</w:t>
            </w:r>
          </w:p>
        </w:tc>
        <w:tc>
          <w:tcPr>
            <w:tcW w:w="1296" w:type="dxa"/>
          </w:tcPr>
          <w:p w14:paraId="1F465ECB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15,420.00</w:t>
            </w:r>
          </w:p>
        </w:tc>
        <w:tc>
          <w:tcPr>
            <w:tcW w:w="1296" w:type="dxa"/>
          </w:tcPr>
          <w:p w14:paraId="69AF63F1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125.40</w:t>
            </w:r>
          </w:p>
        </w:tc>
      </w:tr>
      <w:tr w:rsidR="00374C5F" w:rsidRPr="00374C5F" w14:paraId="64FA0E6A" w14:textId="77777777" w:rsidTr="00A43951">
        <w:trPr>
          <w:trHeight w:val="20"/>
          <w:jc w:val="center"/>
        </w:trPr>
        <w:tc>
          <w:tcPr>
            <w:tcW w:w="1728" w:type="dxa"/>
          </w:tcPr>
          <w:p w14:paraId="15D992CD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proofErr w:type="spellStart"/>
            <w:r w:rsidRPr="00374C5F">
              <w:rPr>
                <w:rFonts w:ascii="Book Antiqua" w:hAnsi="Book Antiqua"/>
                <w:sz w:val="18"/>
                <w:szCs w:val="18"/>
              </w:rPr>
              <w:t>Volatilitas</w:t>
            </w:r>
            <w:proofErr w:type="spellEnd"/>
            <w:r w:rsidRPr="00374C5F">
              <w:rPr>
                <w:rFonts w:ascii="Book Antiqua" w:hAnsi="Book Antiqua"/>
                <w:sz w:val="18"/>
                <w:szCs w:val="18"/>
              </w:rPr>
              <w:t xml:space="preserve"> (Y)</w:t>
            </w:r>
          </w:p>
        </w:tc>
        <w:tc>
          <w:tcPr>
            <w:tcW w:w="1296" w:type="dxa"/>
          </w:tcPr>
          <w:p w14:paraId="56E190D9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0.0245</w:t>
            </w:r>
          </w:p>
        </w:tc>
        <w:tc>
          <w:tcPr>
            <w:tcW w:w="1296" w:type="dxa"/>
          </w:tcPr>
          <w:p w14:paraId="267EAE86" w14:textId="77777777" w:rsidR="00374C5F" w:rsidRPr="00374C5F" w:rsidRDefault="00374C5F" w:rsidP="00A43951">
            <w:pPr>
              <w:pStyle w:val="NoSpacing"/>
              <w:rPr>
                <w:rFonts w:ascii="Book Antiqua" w:hAnsi="Book Antiqua"/>
                <w:sz w:val="18"/>
                <w:szCs w:val="18"/>
              </w:rPr>
            </w:pPr>
            <w:r w:rsidRPr="00374C5F">
              <w:rPr>
                <w:rFonts w:ascii="Book Antiqua" w:hAnsi="Book Antiqua"/>
                <w:sz w:val="18"/>
                <w:szCs w:val="18"/>
              </w:rPr>
              <w:t>0.0081</w:t>
            </w:r>
          </w:p>
        </w:tc>
      </w:tr>
    </w:tbl>
    <w:p w14:paraId="321F29BD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091098E" w14:textId="116B98FF" w:rsidR="00374C5F" w:rsidRPr="00477CA6" w:rsidRDefault="00374C5F" w:rsidP="00374C5F">
      <w:pPr>
        <w:pStyle w:val="ListParagraph"/>
        <w:keepNext/>
        <w:numPr>
          <w:ilvl w:val="1"/>
          <w:numId w:val="16"/>
        </w:numPr>
        <w:spacing w:after="0"/>
        <w:ind w:left="720" w:hanging="72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  <w:lang w:val="id-ID"/>
        </w:rPr>
      </w:pPr>
      <w:bookmarkStart w:id="112" w:name="_Toc239329780"/>
      <w:r>
        <w:rPr>
          <w:rFonts w:ascii="Book Antiqua" w:hAnsi="Book Antiqua"/>
          <w:b/>
          <w:color w:val="000000" w:themeColor="text1"/>
          <w:sz w:val="20"/>
          <w:szCs w:val="20"/>
          <w:lang w:val="id-ID"/>
        </w:rPr>
        <w:t>Evaluasi Metode</w:t>
      </w:r>
      <w:bookmarkEnd w:id="112"/>
    </w:p>
    <w:p w14:paraId="4EC40EDB" w14:textId="0AA34D5A" w:rsidR="00374C5F" w:rsidRPr="00374C5F" w:rsidRDefault="00374C5F" w:rsidP="00374C5F">
      <w:pPr>
        <w:spacing w:after="0"/>
        <w:ind w:firstLine="72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Hasil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pengujian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performa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algoritma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SVM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dengan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berbagai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jenis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fungsi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kerne</w:t>
      </w:r>
      <w:r>
        <w:rPr>
          <w:rFonts w:ascii="Book Antiqua" w:hAnsi="Book Antiqua"/>
          <w:color w:val="000000" w:themeColor="text1"/>
          <w:sz w:val="20"/>
          <w:szCs w:val="20"/>
        </w:rPr>
        <w:t>l.</w:t>
      </w:r>
    </w:p>
    <w:p w14:paraId="13EC4CC1" w14:textId="1823D7EC" w:rsidR="00272D85" w:rsidRDefault="00000000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  <w:r w:rsidRPr="00477CA6">
        <w:rPr>
          <w:rFonts w:ascii="Book Antiqua" w:hAnsi="Book Antiqua"/>
          <w:color w:val="000000" w:themeColor="text1"/>
          <w:sz w:val="20"/>
          <w:szCs w:val="20"/>
        </w:rPr>
        <w:br w:type="page"/>
      </w:r>
    </w:p>
    <w:p w14:paraId="7C80A953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0CD92BCB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631985AB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102B1EBC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337ED6F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0E52608F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39608877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4BC3C653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38483CC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348628D1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2692791D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2EC95A52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338D2681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4376AF1E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2D9C8F05" w14:textId="77777777" w:rsidR="00374C5F" w:rsidRPr="00477CA6" w:rsidRDefault="00374C5F" w:rsidP="00374C5F">
      <w:pPr>
        <w:spacing w:after="0"/>
        <w:jc w:val="center"/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</w:pPr>
      <w:r w:rsidRPr="00477CA6">
        <w:rPr>
          <w:rFonts w:ascii="Book Antiqua" w:hAnsi="Book Antiqua"/>
          <w:i/>
          <w:iCs/>
          <w:color w:val="000000" w:themeColor="text1"/>
          <w:sz w:val="20"/>
          <w:szCs w:val="20"/>
          <w:lang w:val="id-ID"/>
        </w:rPr>
        <w:t>(Halaman ini sengaja dikosongkan)</w:t>
      </w:r>
    </w:p>
    <w:p w14:paraId="2BBA8567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6EF29A71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FD7A365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07A85919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16409B3C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B952185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1832D269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61F1E2C4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588848AE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1BB6B54A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5224F76C" w14:textId="77777777" w:rsidR="00374C5F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54D48FC6" w14:textId="77777777" w:rsidR="00374C5F" w:rsidRPr="00477CA6" w:rsidRDefault="00374C5F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661C3BAB" w14:textId="421F815F" w:rsidR="00374C5F" w:rsidRPr="00374C5F" w:rsidRDefault="00000000" w:rsidP="00374C5F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113" w:name="_Toc239329781"/>
      <w:r w:rsidRPr="00374C5F">
        <w:rPr>
          <w:rFonts w:ascii="Book Antiqua" w:hAnsi="Book Antiqua"/>
          <w:color w:val="000000" w:themeColor="text1"/>
          <w:sz w:val="20"/>
          <w:szCs w:val="20"/>
          <w:lang w:val="id-ID"/>
        </w:rPr>
        <w:lastRenderedPageBreak/>
        <w:t>BAB 5</w:t>
      </w:r>
      <w:bookmarkEnd w:id="113"/>
    </w:p>
    <w:p w14:paraId="6B49385D" w14:textId="355056BC" w:rsidR="00272D85" w:rsidRPr="00374C5F" w:rsidRDefault="00000000" w:rsidP="00374C5F">
      <w:pPr>
        <w:pStyle w:val="Heading1"/>
        <w:spacing w:before="0"/>
        <w:jc w:val="center"/>
        <w:rPr>
          <w:rFonts w:ascii="Book Antiqua" w:hAnsi="Book Antiqua"/>
          <w:color w:val="000000" w:themeColor="text1"/>
          <w:sz w:val="20"/>
          <w:szCs w:val="20"/>
          <w:lang w:val="id-ID"/>
        </w:rPr>
      </w:pPr>
      <w:bookmarkStart w:id="114" w:name="_Toc239329782"/>
      <w:r w:rsidRPr="00374C5F">
        <w:rPr>
          <w:rFonts w:ascii="Book Antiqua" w:hAnsi="Book Antiqua"/>
          <w:color w:val="000000" w:themeColor="text1"/>
          <w:sz w:val="20"/>
          <w:szCs w:val="20"/>
          <w:lang w:val="id-ID"/>
        </w:rPr>
        <w:t>KESIMPULAN DAN SARAN</w:t>
      </w:r>
      <w:bookmarkEnd w:id="114"/>
    </w:p>
    <w:p w14:paraId="385C25B6" w14:textId="77777777" w:rsidR="00374C5F" w:rsidRPr="00477CA6" w:rsidRDefault="00374C5F" w:rsidP="00477CA6">
      <w:pPr>
        <w:keepNext/>
        <w:spacing w:after="0"/>
        <w:rPr>
          <w:rFonts w:ascii="Book Antiqua" w:hAnsi="Book Antiqua"/>
          <w:color w:val="000000" w:themeColor="text1"/>
          <w:sz w:val="20"/>
          <w:szCs w:val="20"/>
        </w:rPr>
      </w:pPr>
    </w:p>
    <w:p w14:paraId="73044716" w14:textId="20BFDFEC" w:rsidR="00272D85" w:rsidRPr="00374C5F" w:rsidRDefault="00000000" w:rsidP="00374C5F">
      <w:pPr>
        <w:pStyle w:val="ListParagraph"/>
        <w:keepNext/>
        <w:numPr>
          <w:ilvl w:val="1"/>
          <w:numId w:val="17"/>
        </w:numPr>
        <w:spacing w:after="0"/>
        <w:ind w:left="450" w:hanging="450"/>
        <w:jc w:val="both"/>
        <w:outlineLvl w:val="1"/>
        <w:rPr>
          <w:rFonts w:ascii="Book Antiqua" w:hAnsi="Book Antiqua"/>
          <w:color w:val="000000" w:themeColor="text1"/>
          <w:sz w:val="20"/>
          <w:szCs w:val="20"/>
        </w:rPr>
      </w:pPr>
      <w:bookmarkStart w:id="115" w:name="_Toc239329783"/>
      <w:r w:rsidRPr="00374C5F">
        <w:rPr>
          <w:rFonts w:ascii="Book Antiqua" w:hAnsi="Book Antiqua"/>
          <w:b/>
          <w:color w:val="000000" w:themeColor="text1"/>
          <w:sz w:val="20"/>
          <w:szCs w:val="20"/>
        </w:rPr>
        <w:t>Kesimpulan</w:t>
      </w:r>
      <w:bookmarkEnd w:id="115"/>
    </w:p>
    <w:p w14:paraId="653734FA" w14:textId="4BF5AC31" w:rsidR="00374C5F" w:rsidRDefault="00374C5F" w:rsidP="00374C5F">
      <w:pPr>
        <w:spacing w:after="0"/>
        <w:ind w:firstLine="45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Bab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penutup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color w:val="000000" w:themeColor="text1"/>
          <w:sz w:val="20"/>
          <w:szCs w:val="20"/>
        </w:rPr>
        <w:t>berisi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seluruh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hasil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analisis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data </w:t>
      </w:r>
      <w:r>
        <w:rPr>
          <w:rFonts w:ascii="Book Antiqua" w:hAnsi="Book Antiqua"/>
          <w:color w:val="000000" w:themeColor="text1"/>
          <w:sz w:val="20"/>
          <w:szCs w:val="20"/>
        </w:rPr>
        <w:t xml:space="preserve">yang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menjadi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poin-poin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menjawab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tujuan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penelitian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secara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langsung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,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serta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memberikan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panduan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untuk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pengembangan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selanjutnya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23F14B04" w14:textId="77777777" w:rsidR="00374C5F" w:rsidRDefault="00000000" w:rsidP="00374C5F">
      <w:pPr>
        <w:pStyle w:val="ListParagraph"/>
        <w:numPr>
          <w:ilvl w:val="0"/>
          <w:numId w:val="18"/>
        </w:numPr>
        <w:spacing w:after="0"/>
        <w:ind w:left="45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Kernel RBF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dengan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C=10 dan gamma=0.01 menghasilkan R²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terbaik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sebesar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0.938.</w:t>
      </w:r>
    </w:p>
    <w:p w14:paraId="06280836" w14:textId="331767AE" w:rsidR="00272D85" w:rsidRDefault="00000000" w:rsidP="00374C5F">
      <w:pPr>
        <w:pStyle w:val="ListParagraph"/>
        <w:numPr>
          <w:ilvl w:val="0"/>
          <w:numId w:val="18"/>
        </w:numPr>
        <w:spacing w:after="0"/>
        <w:ind w:left="450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Model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mampu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memprediksi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volatilitas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transaksi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secara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presisi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03074087" w14:textId="77777777" w:rsidR="00374C5F" w:rsidRPr="00374C5F" w:rsidRDefault="00374C5F" w:rsidP="00374C5F">
      <w:pPr>
        <w:pStyle w:val="ListParagraph"/>
        <w:spacing w:after="0"/>
        <w:ind w:left="450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48CFC4C7" w14:textId="4803A806" w:rsidR="00272D85" w:rsidRPr="00374C5F" w:rsidRDefault="00000000" w:rsidP="00374C5F">
      <w:pPr>
        <w:pStyle w:val="ListParagraph"/>
        <w:keepNext/>
        <w:numPr>
          <w:ilvl w:val="1"/>
          <w:numId w:val="17"/>
        </w:numPr>
        <w:spacing w:after="0"/>
        <w:ind w:left="450" w:hanging="450"/>
        <w:jc w:val="both"/>
        <w:outlineLvl w:val="1"/>
        <w:rPr>
          <w:rFonts w:ascii="Book Antiqua" w:hAnsi="Book Antiqua"/>
          <w:b/>
          <w:color w:val="000000" w:themeColor="text1"/>
          <w:sz w:val="20"/>
          <w:szCs w:val="20"/>
        </w:rPr>
      </w:pPr>
      <w:bookmarkStart w:id="116" w:name="_Toc239329784"/>
      <w:r w:rsidRPr="00477CA6">
        <w:rPr>
          <w:rFonts w:ascii="Book Antiqua" w:hAnsi="Book Antiqua"/>
          <w:b/>
          <w:color w:val="000000" w:themeColor="text1"/>
          <w:sz w:val="20"/>
          <w:szCs w:val="20"/>
        </w:rPr>
        <w:t>Saran</w:t>
      </w:r>
      <w:bookmarkEnd w:id="116"/>
    </w:p>
    <w:p w14:paraId="54A732A1" w14:textId="2CD0596C" w:rsidR="00374C5F" w:rsidRDefault="00374C5F" w:rsidP="00374C5F">
      <w:pPr>
        <w:spacing w:after="0"/>
        <w:ind w:firstLine="450"/>
        <w:jc w:val="both"/>
        <w:rPr>
          <w:rFonts w:ascii="Book Antiqua" w:hAnsi="Book Antiqua"/>
          <w:color w:val="000000" w:themeColor="text1"/>
          <w:sz w:val="20"/>
          <w:szCs w:val="20"/>
        </w:rPr>
      </w:pP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Rekomendasi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teknis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untuk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peneliti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selanjutnya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(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misalnya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mencoba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kombinasi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algoritma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lain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,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menambah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fitur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>/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variabel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baru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,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menggunakan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metode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ekstraksi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fitur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otomatis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,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atau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memperluas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rentang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dataset</w:t>
      </w:r>
      <w:r>
        <w:rPr>
          <w:rFonts w:ascii="Book Antiqua" w:hAnsi="Book Antiqua"/>
          <w:color w:val="000000" w:themeColor="text1"/>
          <w:sz w:val="20"/>
          <w:szCs w:val="20"/>
        </w:rPr>
        <w:t xml:space="preserve">.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Rekomendasi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penerapan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hasil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pemodelan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bagi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pemangku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kepentingan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atau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industri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(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seperti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pemanfaatan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model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untuk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sistem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pendukung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keputusan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real-time)</w:t>
      </w:r>
      <w:r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138718E7" w14:textId="77777777" w:rsidR="00374C5F" w:rsidRDefault="00000000" w:rsidP="00374C5F">
      <w:pPr>
        <w:pStyle w:val="ListParagraph"/>
        <w:numPr>
          <w:ilvl w:val="0"/>
          <w:numId w:val="20"/>
        </w:numPr>
        <w:spacing w:after="0"/>
        <w:ind w:left="450"/>
        <w:rPr>
          <w:rFonts w:ascii="Book Antiqua" w:hAnsi="Book Antiqua"/>
          <w:color w:val="000000" w:themeColor="text1"/>
          <w:sz w:val="20"/>
          <w:szCs w:val="20"/>
        </w:rPr>
      </w:pP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Mengombinasikan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SVM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dengan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Autoencoder pada dataset yang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lebih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luas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65BCD2DE" w14:textId="1FC995DE" w:rsidR="00272D85" w:rsidRPr="00374C5F" w:rsidRDefault="00000000" w:rsidP="00374C5F">
      <w:pPr>
        <w:pStyle w:val="ListParagraph"/>
        <w:numPr>
          <w:ilvl w:val="0"/>
          <w:numId w:val="20"/>
        </w:numPr>
        <w:spacing w:after="0"/>
        <w:ind w:left="450"/>
        <w:rPr>
          <w:rFonts w:ascii="Book Antiqua" w:hAnsi="Book Antiqua"/>
          <w:color w:val="000000" w:themeColor="text1"/>
          <w:sz w:val="20"/>
          <w:szCs w:val="20"/>
        </w:rPr>
      </w:pP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Mengintegrasikan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variabel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makroekonomi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tambahan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>.</w:t>
      </w:r>
    </w:p>
    <w:p w14:paraId="17F280EB" w14:textId="77777777" w:rsidR="00272D85" w:rsidRPr="00477CA6" w:rsidRDefault="00000000" w:rsidP="00477CA6">
      <w:pPr>
        <w:spacing w:after="0"/>
        <w:rPr>
          <w:rFonts w:ascii="Book Antiqua" w:hAnsi="Book Antiqua"/>
          <w:color w:val="000000" w:themeColor="text1"/>
          <w:sz w:val="20"/>
          <w:szCs w:val="20"/>
        </w:rPr>
      </w:pPr>
      <w:r w:rsidRPr="00477CA6">
        <w:rPr>
          <w:rFonts w:ascii="Book Antiqua" w:hAnsi="Book Antiqua"/>
          <w:color w:val="000000" w:themeColor="text1"/>
          <w:sz w:val="20"/>
          <w:szCs w:val="20"/>
        </w:rPr>
        <w:br w:type="page"/>
      </w:r>
    </w:p>
    <w:p w14:paraId="4D486AEC" w14:textId="77777777" w:rsidR="00272D85" w:rsidRDefault="00000000" w:rsidP="00374C5F">
      <w:pPr>
        <w:pStyle w:val="Heading1"/>
        <w:jc w:val="center"/>
        <w:rPr>
          <w:rFonts w:ascii="Book Antiqua" w:hAnsi="Book Antiqua"/>
          <w:b w:val="0"/>
          <w:color w:val="000000" w:themeColor="text1"/>
          <w:sz w:val="20"/>
          <w:szCs w:val="20"/>
        </w:rPr>
      </w:pPr>
      <w:bookmarkStart w:id="117" w:name="_Toc239329785"/>
      <w:r w:rsidRPr="00374C5F">
        <w:rPr>
          <w:rFonts w:ascii="Book Antiqua" w:hAnsi="Book Antiqua"/>
          <w:color w:val="000000" w:themeColor="text1"/>
          <w:sz w:val="20"/>
          <w:szCs w:val="20"/>
        </w:rPr>
        <w:lastRenderedPageBreak/>
        <w:t>DAFTAR PUSTAKA</w:t>
      </w:r>
      <w:bookmarkEnd w:id="117"/>
    </w:p>
    <w:p w14:paraId="0F78F93C" w14:textId="77777777" w:rsidR="00374C5F" w:rsidRPr="00374C5F" w:rsidRDefault="00374C5F" w:rsidP="00B16846">
      <w:pPr>
        <w:keepNext/>
        <w:spacing w:after="0"/>
        <w:jc w:val="center"/>
        <w:rPr>
          <w:rFonts w:ascii="Book Antiqua" w:hAnsi="Book Antiqua"/>
          <w:color w:val="000000" w:themeColor="text1"/>
          <w:sz w:val="20"/>
          <w:szCs w:val="20"/>
        </w:rPr>
      </w:pPr>
    </w:p>
    <w:p w14:paraId="6E3AB85F" w14:textId="77777777" w:rsidR="00272D85" w:rsidRPr="00374C5F" w:rsidRDefault="00000000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>Cortes, C., &amp; Vapnik, V. (1995). Support-vector networks. Machine Learning, 20(3), 273-297.</w:t>
      </w:r>
    </w:p>
    <w:p w14:paraId="5DC01024" w14:textId="77777777" w:rsidR="00272D85" w:rsidRPr="00374C5F" w:rsidRDefault="00000000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>Hastie, T., Tibshirani, R., &amp; Friedman, J. (2009). The Elements of Statistical Learning. Springer.</w:t>
      </w:r>
    </w:p>
    <w:p w14:paraId="2C382A31" w14:textId="77777777" w:rsidR="00272D85" w:rsidRPr="00374C5F" w:rsidRDefault="00000000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>Pratama, A., &amp; Setiawan, B. (2023). Support Vector Regression Volatilitas Pasar. Jurnal Sains Data Indonesia, 5(1), 12-25.</w:t>
      </w:r>
    </w:p>
    <w:p w14:paraId="01B76FF9" w14:textId="77777777" w:rsidR="00272D85" w:rsidRDefault="00000000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Universitas Negeri Surabaya. (2024). Pedoman Penulisan Buku Tugas Akhir FMIPA Unesa. Surabaya: </w:t>
      </w:r>
      <w:proofErr w:type="spellStart"/>
      <w:r w:rsidRPr="00374C5F">
        <w:rPr>
          <w:rFonts w:ascii="Book Antiqua" w:hAnsi="Book Antiqua"/>
          <w:color w:val="000000" w:themeColor="text1"/>
          <w:sz w:val="20"/>
          <w:szCs w:val="20"/>
        </w:rPr>
        <w:t>Unesa</w:t>
      </w:r>
      <w:proofErr w:type="spellEnd"/>
      <w:r w:rsidRPr="00374C5F">
        <w:rPr>
          <w:rFonts w:ascii="Book Antiqua" w:hAnsi="Book Antiqua"/>
          <w:color w:val="000000" w:themeColor="text1"/>
          <w:sz w:val="20"/>
          <w:szCs w:val="20"/>
        </w:rPr>
        <w:t xml:space="preserve"> Press.</w:t>
      </w:r>
    </w:p>
    <w:p w14:paraId="09FF1705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44CC7F5B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23A853C9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A3E214A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3E29A75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326432A6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655A9AC1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DC3B709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5BEB2F62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6B75CE33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A7E81BD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724ADD6D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32C1230C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291BE3FC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3A124E18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2F2805AF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EAB714F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7E5CE130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17C826F8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2C533C72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6A8C847E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0E09A224" w14:textId="77777777" w:rsidR="008B5AFB" w:rsidRDefault="008B5AFB" w:rsidP="00374C5F">
      <w:pPr>
        <w:spacing w:after="0"/>
        <w:ind w:left="432" w:hanging="432"/>
        <w:jc w:val="both"/>
        <w:rPr>
          <w:rFonts w:ascii="Book Antiqua" w:hAnsi="Book Antiqua"/>
          <w:color w:val="000000" w:themeColor="text1"/>
          <w:sz w:val="20"/>
          <w:szCs w:val="20"/>
        </w:rPr>
      </w:pPr>
    </w:p>
    <w:p w14:paraId="20A880AC" w14:textId="562348E1" w:rsidR="008B5AFB" w:rsidRDefault="008B5AFB" w:rsidP="008B5AFB">
      <w:pPr>
        <w:pStyle w:val="Heading1"/>
        <w:jc w:val="center"/>
        <w:rPr>
          <w:rFonts w:ascii="Book Antiqua" w:hAnsi="Book Antiqua"/>
          <w:color w:val="000000" w:themeColor="text1"/>
          <w:sz w:val="20"/>
          <w:szCs w:val="20"/>
        </w:rPr>
      </w:pPr>
      <w:bookmarkStart w:id="118" w:name="_Toc239329786"/>
      <w:r>
        <w:rPr>
          <w:rFonts w:ascii="Book Antiqua" w:hAnsi="Book Antiqua"/>
          <w:color w:val="000000" w:themeColor="text1"/>
          <w:sz w:val="20"/>
          <w:szCs w:val="20"/>
        </w:rPr>
        <w:lastRenderedPageBreak/>
        <w:t>LAMPIRAN</w:t>
      </w:r>
      <w:bookmarkEnd w:id="118"/>
      <w:r w:rsidR="00181CA7">
        <w:rPr>
          <w:rFonts w:ascii="Book Antiqua" w:hAnsi="Book Antiqua"/>
          <w:color w:val="000000" w:themeColor="text1"/>
          <w:sz w:val="20"/>
          <w:szCs w:val="20"/>
        </w:rPr>
        <w:t xml:space="preserve"> (</w:t>
      </w:r>
      <w:proofErr w:type="spellStart"/>
      <w:r w:rsidR="00181CA7">
        <w:rPr>
          <w:rFonts w:ascii="Book Antiqua" w:hAnsi="Book Antiqua"/>
          <w:color w:val="000000" w:themeColor="text1"/>
          <w:sz w:val="20"/>
          <w:szCs w:val="20"/>
        </w:rPr>
        <w:t>jika</w:t>
      </w:r>
      <w:proofErr w:type="spellEnd"/>
      <w:r w:rsidR="00181CA7">
        <w:rPr>
          <w:rFonts w:ascii="Book Antiqua" w:hAnsi="Book Antiqua"/>
          <w:color w:val="000000" w:themeColor="text1"/>
          <w:sz w:val="20"/>
          <w:szCs w:val="20"/>
        </w:rPr>
        <w:t xml:space="preserve"> </w:t>
      </w:r>
      <w:proofErr w:type="spellStart"/>
      <w:r w:rsidR="00181CA7">
        <w:rPr>
          <w:rFonts w:ascii="Book Antiqua" w:hAnsi="Book Antiqua"/>
          <w:color w:val="000000" w:themeColor="text1"/>
          <w:sz w:val="20"/>
          <w:szCs w:val="20"/>
        </w:rPr>
        <w:t>ada</w:t>
      </w:r>
      <w:proofErr w:type="spellEnd"/>
      <w:r w:rsidR="00181CA7">
        <w:rPr>
          <w:rFonts w:ascii="Book Antiqua" w:hAnsi="Book Antiqua"/>
          <w:color w:val="000000" w:themeColor="text1"/>
          <w:sz w:val="20"/>
          <w:szCs w:val="20"/>
        </w:rPr>
        <w:t>)</w:t>
      </w:r>
    </w:p>
    <w:p w14:paraId="3414AAA5" w14:textId="77777777" w:rsidR="008B5AFB" w:rsidRDefault="008B5AFB" w:rsidP="008B5AFB"/>
    <w:p w14:paraId="43F575CD" w14:textId="2DEB9E89" w:rsidR="008B5AFB" w:rsidRPr="008B5AFB" w:rsidRDefault="008B5AFB" w:rsidP="008B5AFB">
      <w:pPr>
        <w:pStyle w:val="Caption"/>
        <w:keepNext/>
        <w:spacing w:after="0"/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</w:pPr>
      <w:bookmarkStart w:id="119" w:name="_Toc239329493"/>
      <w:r w:rsidRPr="008B5AFB">
        <w:rPr>
          <w:rFonts w:ascii="Book Antiqua" w:hAnsi="Book Antiqua"/>
          <w:color w:val="000000" w:themeColor="text1"/>
          <w:sz w:val="20"/>
          <w:szCs w:val="20"/>
        </w:rPr>
        <w:t xml:space="preserve">Lampiran </w: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SEQ Lampiran \* ARABIC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  <w:r w:rsidRPr="008B5AFB">
        <w:rPr>
          <w:rFonts w:ascii="Book Antiqua" w:hAnsi="Book Antiqua"/>
          <w:noProof/>
          <w:color w:val="000000" w:themeColor="text1"/>
          <w:sz w:val="20"/>
          <w:szCs w:val="20"/>
        </w:rPr>
        <w:t>1</w: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  <w:r w:rsidRPr="008B5AFB">
        <w:rPr>
          <w:rFonts w:ascii="Book Antiqua" w:hAnsi="Book Antiqua"/>
          <w:color w:val="000000" w:themeColor="text1"/>
          <w:sz w:val="20"/>
          <w:szCs w:val="20"/>
        </w:rPr>
        <w:t xml:space="preserve">. </w:t>
      </w:r>
      <w:r w:rsidRPr="008B5AFB"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  <w:t xml:space="preserve">Data </w:t>
      </w:r>
      <w:proofErr w:type="spellStart"/>
      <w:r w:rsidRPr="008B5AFB"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  <w:t>Penelitian</w:t>
      </w:r>
      <w:bookmarkEnd w:id="119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1"/>
        <w:gridCol w:w="3031"/>
      </w:tblGrid>
      <w:tr w:rsidR="008B5AFB" w14:paraId="642B527F" w14:textId="77777777" w:rsidTr="008B5AFB">
        <w:tc>
          <w:tcPr>
            <w:tcW w:w="3031" w:type="dxa"/>
          </w:tcPr>
          <w:p w14:paraId="622BC6DB" w14:textId="77777777" w:rsidR="008B5AFB" w:rsidRDefault="008B5AFB" w:rsidP="008B5AFB"/>
        </w:tc>
        <w:tc>
          <w:tcPr>
            <w:tcW w:w="3031" w:type="dxa"/>
          </w:tcPr>
          <w:p w14:paraId="4478AA55" w14:textId="77777777" w:rsidR="008B5AFB" w:rsidRDefault="008B5AFB" w:rsidP="008B5AFB"/>
        </w:tc>
      </w:tr>
      <w:tr w:rsidR="008B5AFB" w14:paraId="563FB683" w14:textId="77777777" w:rsidTr="008B5AFB">
        <w:tc>
          <w:tcPr>
            <w:tcW w:w="3031" w:type="dxa"/>
          </w:tcPr>
          <w:p w14:paraId="6D08C73F" w14:textId="77777777" w:rsidR="008B5AFB" w:rsidRDefault="008B5AFB" w:rsidP="008B5AFB"/>
        </w:tc>
        <w:tc>
          <w:tcPr>
            <w:tcW w:w="3031" w:type="dxa"/>
          </w:tcPr>
          <w:p w14:paraId="04D0B86C" w14:textId="77777777" w:rsidR="008B5AFB" w:rsidRDefault="008B5AFB" w:rsidP="008B5AFB"/>
        </w:tc>
      </w:tr>
    </w:tbl>
    <w:p w14:paraId="04BE0998" w14:textId="504E784D" w:rsidR="008B5AFB" w:rsidRDefault="008B5AFB" w:rsidP="008B5AFB"/>
    <w:p w14:paraId="6471FC45" w14:textId="576BAE36" w:rsidR="008B5AFB" w:rsidRPr="008B5AFB" w:rsidRDefault="008B5AFB" w:rsidP="008B5AFB">
      <w:pPr>
        <w:pStyle w:val="Caption"/>
        <w:keepNext/>
        <w:spacing w:after="0"/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</w:pPr>
      <w:bookmarkStart w:id="120" w:name="_Toc239329494"/>
      <w:r w:rsidRPr="008B5AFB">
        <w:rPr>
          <w:rFonts w:ascii="Book Antiqua" w:hAnsi="Book Antiqua"/>
          <w:color w:val="000000" w:themeColor="text1"/>
          <w:sz w:val="20"/>
          <w:szCs w:val="20"/>
        </w:rPr>
        <w:t xml:space="preserve">Lampiran </w: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begin"/>
      </w:r>
      <w:r w:rsidRPr="008B5AFB">
        <w:rPr>
          <w:rFonts w:ascii="Book Antiqua" w:hAnsi="Book Antiqua"/>
          <w:color w:val="000000" w:themeColor="text1"/>
          <w:sz w:val="20"/>
          <w:szCs w:val="20"/>
        </w:rPr>
        <w:instrText xml:space="preserve"> SEQ Lampiran \* ARABIC </w:instrTex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separate"/>
      </w:r>
      <w:r>
        <w:rPr>
          <w:rFonts w:ascii="Book Antiqua" w:hAnsi="Book Antiqua"/>
          <w:noProof/>
          <w:color w:val="000000" w:themeColor="text1"/>
          <w:sz w:val="20"/>
          <w:szCs w:val="20"/>
        </w:rPr>
        <w:t>2</w:t>
      </w:r>
      <w:r w:rsidRPr="008B5AFB">
        <w:rPr>
          <w:rFonts w:ascii="Book Antiqua" w:hAnsi="Book Antiqua"/>
          <w:color w:val="000000" w:themeColor="text1"/>
          <w:sz w:val="20"/>
          <w:szCs w:val="20"/>
        </w:rPr>
        <w:fldChar w:fldCharType="end"/>
      </w:r>
      <w:r w:rsidRPr="008B5AFB">
        <w:rPr>
          <w:rFonts w:ascii="Book Antiqua" w:hAnsi="Book Antiqua"/>
          <w:color w:val="000000" w:themeColor="text1"/>
          <w:sz w:val="20"/>
          <w:szCs w:val="20"/>
        </w:rPr>
        <w:t xml:space="preserve">. </w:t>
      </w:r>
      <w:r w:rsidRPr="008B5AFB"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  <w:t xml:space="preserve">Data </w:t>
      </w:r>
      <w:proofErr w:type="spellStart"/>
      <w:r w:rsidRPr="008B5AFB">
        <w:rPr>
          <w:rFonts w:ascii="Book Antiqua" w:hAnsi="Book Antiqua"/>
          <w:b w:val="0"/>
          <w:bCs w:val="0"/>
          <w:color w:val="000000" w:themeColor="text1"/>
          <w:sz w:val="20"/>
          <w:szCs w:val="20"/>
        </w:rPr>
        <w:t>Penelitian</w:t>
      </w:r>
      <w:bookmarkEnd w:id="120"/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1"/>
        <w:gridCol w:w="3031"/>
      </w:tblGrid>
      <w:tr w:rsidR="008B5AFB" w14:paraId="38B508B3" w14:textId="77777777" w:rsidTr="00A43951">
        <w:tc>
          <w:tcPr>
            <w:tcW w:w="3031" w:type="dxa"/>
          </w:tcPr>
          <w:p w14:paraId="03E7D470" w14:textId="77777777" w:rsidR="008B5AFB" w:rsidRDefault="008B5AFB" w:rsidP="00A43951"/>
        </w:tc>
        <w:tc>
          <w:tcPr>
            <w:tcW w:w="3031" w:type="dxa"/>
          </w:tcPr>
          <w:p w14:paraId="6FCD7958" w14:textId="77777777" w:rsidR="008B5AFB" w:rsidRDefault="008B5AFB" w:rsidP="00A43951"/>
        </w:tc>
      </w:tr>
      <w:tr w:rsidR="008B5AFB" w14:paraId="3304B24D" w14:textId="77777777" w:rsidTr="00A43951">
        <w:tc>
          <w:tcPr>
            <w:tcW w:w="3031" w:type="dxa"/>
          </w:tcPr>
          <w:p w14:paraId="141B8BE1" w14:textId="77777777" w:rsidR="008B5AFB" w:rsidRDefault="008B5AFB" w:rsidP="00A43951"/>
        </w:tc>
        <w:tc>
          <w:tcPr>
            <w:tcW w:w="3031" w:type="dxa"/>
          </w:tcPr>
          <w:p w14:paraId="7FD1E9D6" w14:textId="77777777" w:rsidR="008B5AFB" w:rsidRDefault="008B5AFB" w:rsidP="00A43951"/>
        </w:tc>
      </w:tr>
    </w:tbl>
    <w:p w14:paraId="5638FBAE" w14:textId="77777777" w:rsidR="008B5AFB" w:rsidRPr="008B5AFB" w:rsidRDefault="008B5AFB" w:rsidP="008B5AFB"/>
    <w:p w14:paraId="137E0427" w14:textId="77777777" w:rsidR="008B5AFB" w:rsidRPr="008B5AFB" w:rsidRDefault="008B5AFB" w:rsidP="008B5AFB"/>
    <w:sectPr w:rsidR="008B5AFB" w:rsidRPr="008B5AFB" w:rsidSect="002C4342">
      <w:footerReference w:type="first" r:id="rId12"/>
      <w:pgSz w:w="8395" w:h="11909"/>
      <w:pgMar w:top="1411" w:right="1138" w:bottom="1138" w:left="141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C6CD" w14:textId="77777777" w:rsidR="00391B61" w:rsidRDefault="00391B61" w:rsidP="002C4342">
      <w:pPr>
        <w:spacing w:after="0" w:line="240" w:lineRule="auto"/>
      </w:pPr>
      <w:r>
        <w:separator/>
      </w:r>
    </w:p>
  </w:endnote>
  <w:endnote w:type="continuationSeparator" w:id="0">
    <w:p w14:paraId="2FA7CD3E" w14:textId="77777777" w:rsidR="00391B61" w:rsidRDefault="00391B61" w:rsidP="002C4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1469"/>
      <w:docPartObj>
        <w:docPartGallery w:val="Page Numbers (Bottom of Page)"/>
        <w:docPartUnique/>
      </w:docPartObj>
    </w:sdtPr>
    <w:sdtEndPr>
      <w:rPr>
        <w:rFonts w:ascii="Book Antiqua" w:hAnsi="Book Antiqua"/>
        <w:noProof/>
        <w:sz w:val="20"/>
        <w:szCs w:val="20"/>
      </w:rPr>
    </w:sdtEndPr>
    <w:sdtContent>
      <w:p w14:paraId="32EB3EE4" w14:textId="471EFBEC" w:rsidR="002C4342" w:rsidRPr="002C4342" w:rsidRDefault="002C4342" w:rsidP="002C4342">
        <w:pPr>
          <w:pStyle w:val="Footer"/>
          <w:jc w:val="center"/>
          <w:rPr>
            <w:rFonts w:ascii="Book Antiqua" w:hAnsi="Book Antiqua"/>
            <w:sz w:val="20"/>
            <w:szCs w:val="20"/>
          </w:rPr>
        </w:pPr>
        <w:r w:rsidRPr="002C4342">
          <w:rPr>
            <w:rFonts w:ascii="Book Antiqua" w:hAnsi="Book Antiqua"/>
            <w:sz w:val="20"/>
            <w:szCs w:val="20"/>
          </w:rPr>
          <w:fldChar w:fldCharType="begin"/>
        </w:r>
        <w:r w:rsidRPr="002C4342">
          <w:rPr>
            <w:rFonts w:ascii="Book Antiqua" w:hAnsi="Book Antiqua"/>
            <w:sz w:val="20"/>
            <w:szCs w:val="20"/>
          </w:rPr>
          <w:instrText xml:space="preserve"> PAGE   \* MERGEFORMAT </w:instrText>
        </w:r>
        <w:r w:rsidRPr="002C4342">
          <w:rPr>
            <w:rFonts w:ascii="Book Antiqua" w:hAnsi="Book Antiqua"/>
            <w:sz w:val="20"/>
            <w:szCs w:val="20"/>
          </w:rPr>
          <w:fldChar w:fldCharType="separate"/>
        </w:r>
        <w:r w:rsidRPr="002C4342">
          <w:rPr>
            <w:rFonts w:ascii="Book Antiqua" w:hAnsi="Book Antiqua"/>
            <w:noProof/>
            <w:sz w:val="20"/>
            <w:szCs w:val="20"/>
          </w:rPr>
          <w:t>2</w:t>
        </w:r>
        <w:r w:rsidRPr="002C4342">
          <w:rPr>
            <w:rFonts w:ascii="Book Antiqua" w:hAnsi="Book Antiqua"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556272"/>
      <w:docPartObj>
        <w:docPartGallery w:val="Page Numbers (Bottom of Page)"/>
        <w:docPartUnique/>
      </w:docPartObj>
    </w:sdtPr>
    <w:sdtEndPr>
      <w:rPr>
        <w:rFonts w:ascii="Book Antiqua" w:hAnsi="Book Antiqua"/>
        <w:noProof/>
        <w:sz w:val="20"/>
        <w:szCs w:val="20"/>
      </w:rPr>
    </w:sdtEndPr>
    <w:sdtContent>
      <w:p w14:paraId="17F802A4" w14:textId="105316A9" w:rsidR="002C4342" w:rsidRPr="002C4342" w:rsidRDefault="002C4342" w:rsidP="002C4342">
        <w:pPr>
          <w:pStyle w:val="Footer"/>
          <w:jc w:val="center"/>
          <w:rPr>
            <w:rFonts w:ascii="Book Antiqua" w:hAnsi="Book Antiqua"/>
            <w:sz w:val="20"/>
            <w:szCs w:val="20"/>
          </w:rPr>
        </w:pPr>
        <w:r w:rsidRPr="002C4342">
          <w:rPr>
            <w:rFonts w:ascii="Book Antiqua" w:hAnsi="Book Antiqua"/>
            <w:sz w:val="20"/>
            <w:szCs w:val="20"/>
          </w:rPr>
          <w:fldChar w:fldCharType="begin"/>
        </w:r>
        <w:r w:rsidRPr="002C4342">
          <w:rPr>
            <w:rFonts w:ascii="Book Antiqua" w:hAnsi="Book Antiqua"/>
            <w:sz w:val="20"/>
            <w:szCs w:val="20"/>
          </w:rPr>
          <w:instrText xml:space="preserve"> PAGE   \* MERGEFORMAT </w:instrText>
        </w:r>
        <w:r w:rsidRPr="002C4342">
          <w:rPr>
            <w:rFonts w:ascii="Book Antiqua" w:hAnsi="Book Antiqua"/>
            <w:sz w:val="20"/>
            <w:szCs w:val="20"/>
          </w:rPr>
          <w:fldChar w:fldCharType="separate"/>
        </w:r>
        <w:r w:rsidRPr="002C4342">
          <w:rPr>
            <w:rFonts w:ascii="Book Antiqua" w:hAnsi="Book Antiqua"/>
            <w:noProof/>
            <w:sz w:val="20"/>
            <w:szCs w:val="20"/>
          </w:rPr>
          <w:t>2</w:t>
        </w:r>
        <w:r w:rsidRPr="002C4342">
          <w:rPr>
            <w:rFonts w:ascii="Book Antiqua" w:hAnsi="Book Antiqua"/>
            <w:noProof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150640"/>
      <w:docPartObj>
        <w:docPartGallery w:val="Page Numbers (Bottom of Page)"/>
        <w:docPartUnique/>
      </w:docPartObj>
    </w:sdtPr>
    <w:sdtEndPr>
      <w:rPr>
        <w:rFonts w:ascii="Book Antiqua" w:hAnsi="Book Antiqua"/>
        <w:noProof/>
        <w:sz w:val="20"/>
        <w:szCs w:val="20"/>
      </w:rPr>
    </w:sdtEndPr>
    <w:sdtContent>
      <w:p w14:paraId="5AB6F74C" w14:textId="77777777" w:rsidR="002C4342" w:rsidRPr="002C4342" w:rsidRDefault="002C4342" w:rsidP="002C4342">
        <w:pPr>
          <w:pStyle w:val="Footer"/>
          <w:jc w:val="center"/>
          <w:rPr>
            <w:rFonts w:ascii="Book Antiqua" w:hAnsi="Book Antiqua"/>
            <w:sz w:val="20"/>
            <w:szCs w:val="20"/>
          </w:rPr>
        </w:pPr>
        <w:r w:rsidRPr="002C4342">
          <w:rPr>
            <w:rFonts w:ascii="Book Antiqua" w:hAnsi="Book Antiqua"/>
            <w:sz w:val="20"/>
            <w:szCs w:val="20"/>
          </w:rPr>
          <w:fldChar w:fldCharType="begin"/>
        </w:r>
        <w:r w:rsidRPr="002C4342">
          <w:rPr>
            <w:rFonts w:ascii="Book Antiqua" w:hAnsi="Book Antiqua"/>
            <w:sz w:val="20"/>
            <w:szCs w:val="20"/>
          </w:rPr>
          <w:instrText xml:space="preserve"> PAGE   \* MERGEFORMAT </w:instrText>
        </w:r>
        <w:r w:rsidRPr="002C4342">
          <w:rPr>
            <w:rFonts w:ascii="Book Antiqua" w:hAnsi="Book Antiqua"/>
            <w:sz w:val="20"/>
            <w:szCs w:val="20"/>
          </w:rPr>
          <w:fldChar w:fldCharType="separate"/>
        </w:r>
        <w:r w:rsidRPr="002C4342">
          <w:rPr>
            <w:rFonts w:ascii="Book Antiqua" w:hAnsi="Book Antiqua"/>
            <w:noProof/>
            <w:sz w:val="20"/>
            <w:szCs w:val="20"/>
          </w:rPr>
          <w:t>2</w:t>
        </w:r>
        <w:r w:rsidRPr="002C4342">
          <w:rPr>
            <w:rFonts w:ascii="Book Antiqua" w:hAnsi="Book Antiqua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71763" w14:textId="77777777" w:rsidR="00391B61" w:rsidRDefault="00391B61" w:rsidP="002C4342">
      <w:pPr>
        <w:spacing w:after="0" w:line="240" w:lineRule="auto"/>
      </w:pPr>
      <w:r>
        <w:separator/>
      </w:r>
    </w:p>
  </w:footnote>
  <w:footnote w:type="continuationSeparator" w:id="0">
    <w:p w14:paraId="4F2BA23A" w14:textId="77777777" w:rsidR="00391B61" w:rsidRDefault="00391B61" w:rsidP="002C43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021BF"/>
    <w:multiLevelType w:val="multilevel"/>
    <w:tmpl w:val="8D626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08" w:hanging="1800"/>
      </w:pPr>
      <w:rPr>
        <w:rFonts w:hint="default"/>
      </w:rPr>
    </w:lvl>
  </w:abstractNum>
  <w:abstractNum w:abstractNumId="10" w15:restartNumberingAfterBreak="0">
    <w:nsid w:val="0DBE61AF"/>
    <w:multiLevelType w:val="multilevel"/>
    <w:tmpl w:val="6BF2B952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76" w:hanging="1800"/>
      </w:pPr>
      <w:rPr>
        <w:rFonts w:hint="default"/>
      </w:rPr>
    </w:lvl>
  </w:abstractNum>
  <w:abstractNum w:abstractNumId="11" w15:restartNumberingAfterBreak="0">
    <w:nsid w:val="17AE164E"/>
    <w:multiLevelType w:val="hybridMultilevel"/>
    <w:tmpl w:val="797645DE"/>
    <w:lvl w:ilvl="0" w:tplc="636825E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 w15:restartNumberingAfterBreak="0">
    <w:nsid w:val="380D126F"/>
    <w:multiLevelType w:val="hybridMultilevel"/>
    <w:tmpl w:val="38A8EB92"/>
    <w:lvl w:ilvl="0" w:tplc="4F94377E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83E58D5"/>
    <w:multiLevelType w:val="hybridMultilevel"/>
    <w:tmpl w:val="6DC0FAB8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39565337"/>
    <w:multiLevelType w:val="hybridMultilevel"/>
    <w:tmpl w:val="81C26B3A"/>
    <w:lvl w:ilvl="0" w:tplc="EAC658D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451F68CB"/>
    <w:multiLevelType w:val="multilevel"/>
    <w:tmpl w:val="F9DCFF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5948619D"/>
    <w:multiLevelType w:val="multilevel"/>
    <w:tmpl w:val="EA9AA476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9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9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5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56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1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76" w:hanging="1800"/>
      </w:pPr>
      <w:rPr>
        <w:rFonts w:hint="default"/>
        <w:b/>
      </w:rPr>
    </w:lvl>
  </w:abstractNum>
  <w:abstractNum w:abstractNumId="17" w15:restartNumberingAfterBreak="0">
    <w:nsid w:val="69A402A4"/>
    <w:multiLevelType w:val="multilevel"/>
    <w:tmpl w:val="F2FC7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408" w:hanging="1800"/>
      </w:pPr>
      <w:rPr>
        <w:rFonts w:hint="default"/>
        <w:b/>
      </w:rPr>
    </w:lvl>
  </w:abstractNum>
  <w:abstractNum w:abstractNumId="18" w15:restartNumberingAfterBreak="0">
    <w:nsid w:val="6D33139A"/>
    <w:multiLevelType w:val="multilevel"/>
    <w:tmpl w:val="F1B06D1C"/>
    <w:lvl w:ilvl="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360"/>
      </w:pPr>
      <w:rPr>
        <w:rFonts w:hint="default"/>
        <w:b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129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656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5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016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16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37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76" w:hanging="1800"/>
      </w:pPr>
      <w:rPr>
        <w:rFonts w:hint="default"/>
        <w:b/>
      </w:rPr>
    </w:lvl>
  </w:abstractNum>
  <w:abstractNum w:abstractNumId="19" w15:restartNumberingAfterBreak="0">
    <w:nsid w:val="79852374"/>
    <w:multiLevelType w:val="hybridMultilevel"/>
    <w:tmpl w:val="95E0296C"/>
    <w:lvl w:ilvl="0" w:tplc="636825E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094132285">
    <w:abstractNumId w:val="8"/>
  </w:num>
  <w:num w:numId="2" w16cid:durableId="1799227797">
    <w:abstractNumId w:val="6"/>
  </w:num>
  <w:num w:numId="3" w16cid:durableId="2080857833">
    <w:abstractNumId w:val="5"/>
  </w:num>
  <w:num w:numId="4" w16cid:durableId="112483605">
    <w:abstractNumId w:val="4"/>
  </w:num>
  <w:num w:numId="5" w16cid:durableId="1248491254">
    <w:abstractNumId w:val="7"/>
  </w:num>
  <w:num w:numId="6" w16cid:durableId="1745490149">
    <w:abstractNumId w:val="3"/>
  </w:num>
  <w:num w:numId="7" w16cid:durableId="1120883025">
    <w:abstractNumId w:val="2"/>
  </w:num>
  <w:num w:numId="8" w16cid:durableId="1269585384">
    <w:abstractNumId w:val="1"/>
  </w:num>
  <w:num w:numId="9" w16cid:durableId="958996287">
    <w:abstractNumId w:val="0"/>
  </w:num>
  <w:num w:numId="10" w16cid:durableId="249890900">
    <w:abstractNumId w:val="15"/>
  </w:num>
  <w:num w:numId="11" w16cid:durableId="2047901148">
    <w:abstractNumId w:val="10"/>
  </w:num>
  <w:num w:numId="12" w16cid:durableId="957374528">
    <w:abstractNumId w:val="16"/>
  </w:num>
  <w:num w:numId="13" w16cid:durableId="688143725">
    <w:abstractNumId w:val="11"/>
  </w:num>
  <w:num w:numId="14" w16cid:durableId="723867146">
    <w:abstractNumId w:val="18"/>
  </w:num>
  <w:num w:numId="15" w16cid:durableId="717630184">
    <w:abstractNumId w:val="19"/>
  </w:num>
  <w:num w:numId="16" w16cid:durableId="1941135462">
    <w:abstractNumId w:val="9"/>
  </w:num>
  <w:num w:numId="17" w16cid:durableId="634719820">
    <w:abstractNumId w:val="17"/>
  </w:num>
  <w:num w:numId="18" w16cid:durableId="190650165">
    <w:abstractNumId w:val="14"/>
  </w:num>
  <w:num w:numId="19" w16cid:durableId="243078189">
    <w:abstractNumId w:val="13"/>
  </w:num>
  <w:num w:numId="20" w16cid:durableId="5115779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D2E"/>
    <w:rsid w:val="00034616"/>
    <w:rsid w:val="0006063C"/>
    <w:rsid w:val="000A4A10"/>
    <w:rsid w:val="0015074B"/>
    <w:rsid w:val="00181CA7"/>
    <w:rsid w:val="00272D85"/>
    <w:rsid w:val="0029639D"/>
    <w:rsid w:val="002C4342"/>
    <w:rsid w:val="00326F90"/>
    <w:rsid w:val="00374C5F"/>
    <w:rsid w:val="00391B61"/>
    <w:rsid w:val="00477CA6"/>
    <w:rsid w:val="005A3200"/>
    <w:rsid w:val="006F1067"/>
    <w:rsid w:val="007F0954"/>
    <w:rsid w:val="008275CE"/>
    <w:rsid w:val="008B5AFB"/>
    <w:rsid w:val="008E36F3"/>
    <w:rsid w:val="008E5E00"/>
    <w:rsid w:val="00A817EC"/>
    <w:rsid w:val="00AA1D8D"/>
    <w:rsid w:val="00B16846"/>
    <w:rsid w:val="00B47730"/>
    <w:rsid w:val="00CB0664"/>
    <w:rsid w:val="00E10718"/>
    <w:rsid w:val="00F961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04B40A"/>
  <w14:defaultImageDpi w14:val="300"/>
  <w15:docId w15:val="{84F3D8CA-A1B5-4C61-9C0C-01594B94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3333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qFormat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8B5AFB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8B5AFB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181CA7"/>
    <w:pPr>
      <w:tabs>
        <w:tab w:val="right" w:leader="dot" w:pos="5836"/>
      </w:tabs>
      <w:spacing w:after="100"/>
    </w:pPr>
    <w:rPr>
      <w:rFonts w:ascii="Book Antiqua" w:hAnsi="Book Antiqua"/>
      <w:b/>
      <w:bCs/>
      <w:noProof/>
      <w:sz w:val="20"/>
      <w:szCs w:val="20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8B5AFB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26</Pages>
  <Words>2141</Words>
  <Characters>12912</Characters>
  <Application>Microsoft Office Word</Application>
  <DocSecurity>0</DocSecurity>
  <Lines>679</Lines>
  <Paragraphs>385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Dinda Galuh Guminta</cp:lastModifiedBy>
  <cp:revision>7</cp:revision>
  <dcterms:created xsi:type="dcterms:W3CDTF">2013-12-23T23:15:00Z</dcterms:created>
  <dcterms:modified xsi:type="dcterms:W3CDTF">2026-09-03T05:16:00Z</dcterms:modified>
  <cp:category/>
</cp:coreProperties>
</file>