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54EE6" w14:textId="08BB4850" w:rsidR="003832E5" w:rsidRPr="00E338B9" w:rsidRDefault="00EB1A9B">
      <w:pPr>
        <w:spacing w:after="720"/>
        <w:jc w:val="center"/>
        <w:rPr>
          <w:rFonts w:ascii="Book Antiqua" w:hAnsi="Book Antiqua"/>
          <w:b/>
          <w:color w:val="000000" w:themeColor="text1"/>
          <w:sz w:val="30"/>
          <w:szCs w:val="30"/>
          <w:lang w:val="id-ID"/>
        </w:rPr>
      </w:pPr>
      <w:r w:rsidRPr="00E338B9">
        <w:rPr>
          <w:rFonts w:ascii="Book Antiqua" w:hAnsi="Book Antiqua"/>
          <w:b/>
          <w:color w:val="000000" w:themeColor="text1"/>
          <w:sz w:val="30"/>
          <w:szCs w:val="30"/>
          <w:lang w:val="id-ID"/>
        </w:rPr>
        <w:t xml:space="preserve">CONTOH JUDUL </w:t>
      </w:r>
      <w:r w:rsidR="00396FFC" w:rsidRPr="00E338B9">
        <w:rPr>
          <w:rFonts w:ascii="Book Antiqua" w:hAnsi="Book Antiqua"/>
          <w:b/>
          <w:color w:val="000000" w:themeColor="text1"/>
          <w:sz w:val="30"/>
          <w:szCs w:val="30"/>
          <w:lang w:val="id-ID"/>
        </w:rPr>
        <w:t>KLASIFIKASI CITRA MEDIS PARU-PARU UNTUK DETEKSI DINI PENYAKIT MENGGUNAKAN CONVOLUTIONAL NEURAL NETWORK BERBASIS TRANSFER LEARNING</w:t>
      </w:r>
    </w:p>
    <w:p w14:paraId="5B113D12" w14:textId="77777777" w:rsidR="00476D09" w:rsidRPr="00EB1A9B" w:rsidRDefault="00476D09" w:rsidP="00476D09">
      <w:pPr>
        <w:pStyle w:val="Heading1"/>
        <w:spacing w:before="240" w:after="360"/>
        <w:jc w:val="center"/>
        <w:rPr>
          <w:rFonts w:ascii="Book Antiqua" w:hAnsi="Book Antiqua"/>
          <w:b w:val="0"/>
          <w:bCs w:val="0"/>
          <w:i/>
          <w:iCs/>
          <w:color w:val="000000" w:themeColor="text1"/>
          <w:lang w:val="id-ID"/>
        </w:rPr>
      </w:pPr>
      <w:bookmarkStart w:id="0" w:name="_Toc238061405"/>
      <w:r w:rsidRPr="00EB1A9B">
        <w:rPr>
          <w:rFonts w:ascii="Book Antiqua" w:hAnsi="Book Antiqua"/>
          <w:b w:val="0"/>
          <w:bCs w:val="0"/>
          <w:i/>
          <w:iCs/>
          <w:color w:val="000000" w:themeColor="text1"/>
          <w:lang w:val="id-ID"/>
        </w:rPr>
        <w:t>PROPOSAL TUGAS AKHIR</w:t>
      </w:r>
      <w:bookmarkEnd w:id="0"/>
    </w:p>
    <w:p w14:paraId="17109A82" w14:textId="6DB0A7E9" w:rsidR="003832E5" w:rsidRPr="00EB1A9B" w:rsidRDefault="00AE5235">
      <w:pPr>
        <w:spacing w:after="720"/>
        <w:jc w:val="center"/>
        <w:rPr>
          <w:rFonts w:ascii="Book Antiqua" w:hAnsi="Book Antiqua"/>
          <w:color w:val="000000" w:themeColor="text1"/>
          <w:lang w:val="id-ID"/>
        </w:rPr>
      </w:pPr>
      <w:r w:rsidRPr="00EB1A9B">
        <w:rPr>
          <w:rFonts w:ascii="Book Antiqua" w:hAnsi="Book Antiqua"/>
          <w:noProof/>
          <w:lang w:val="id-ID"/>
        </w:rPr>
        <w:drawing>
          <wp:inline distT="0" distB="0" distL="0" distR="0" wp14:anchorId="07E2F8C2" wp14:editId="7316BF72">
            <wp:extent cx="2238765" cy="2405414"/>
            <wp:effectExtent l="0" t="0" r="9525" b="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242536" cy="2409465"/>
                    </a:xfrm>
                    <a:prstGeom prst="rect">
                      <a:avLst/>
                    </a:prstGeom>
                    <a:ln/>
                  </pic:spPr>
                </pic:pic>
              </a:graphicData>
            </a:graphic>
          </wp:inline>
        </w:drawing>
      </w:r>
      <w:r w:rsidRPr="00EB1A9B">
        <w:rPr>
          <w:rFonts w:ascii="Book Antiqua" w:hAnsi="Book Antiqua"/>
          <w:i/>
          <w:color w:val="000000" w:themeColor="text1"/>
          <w:sz w:val="20"/>
          <w:lang w:val="id-ID"/>
        </w:rPr>
        <w:br/>
      </w:r>
    </w:p>
    <w:p w14:paraId="7304359B" w14:textId="501FDBE7" w:rsidR="003832E5" w:rsidRPr="00EB1A9B" w:rsidRDefault="00721CE3">
      <w:pPr>
        <w:spacing w:after="960"/>
        <w:jc w:val="center"/>
        <w:rPr>
          <w:rFonts w:ascii="Book Antiqua" w:hAnsi="Book Antiqua"/>
          <w:color w:val="000000" w:themeColor="text1"/>
          <w:lang w:val="id-ID"/>
        </w:rPr>
      </w:pPr>
      <w:r w:rsidRPr="00EB1A9B">
        <w:rPr>
          <w:rFonts w:ascii="Book Antiqua" w:hAnsi="Book Antiqua"/>
          <w:color w:val="000000" w:themeColor="text1"/>
          <w:lang w:val="id-ID"/>
        </w:rPr>
        <w:t>Oleh:</w:t>
      </w:r>
      <w:r w:rsidRPr="00EB1A9B">
        <w:rPr>
          <w:rFonts w:ascii="Book Antiqua" w:hAnsi="Book Antiqua"/>
          <w:color w:val="000000" w:themeColor="text1"/>
          <w:lang w:val="id-ID"/>
        </w:rPr>
        <w:br/>
      </w:r>
      <w:r w:rsidRPr="00EB1A9B">
        <w:rPr>
          <w:rFonts w:ascii="Book Antiqua" w:hAnsi="Book Antiqua"/>
          <w:bCs/>
          <w:color w:val="000000" w:themeColor="text1"/>
          <w:lang w:val="id-ID"/>
        </w:rPr>
        <w:t>NAMA MAHASISWA</w:t>
      </w:r>
      <w:r w:rsidRPr="00EB1A9B">
        <w:rPr>
          <w:rFonts w:ascii="Book Antiqua" w:hAnsi="Book Antiqua"/>
          <w:b/>
          <w:color w:val="000000" w:themeColor="text1"/>
          <w:lang w:val="id-ID"/>
        </w:rPr>
        <w:br/>
      </w:r>
      <w:r w:rsidRPr="00EB1A9B">
        <w:rPr>
          <w:rFonts w:ascii="Book Antiqua" w:hAnsi="Book Antiqua"/>
          <w:color w:val="000000" w:themeColor="text1"/>
          <w:lang w:val="id-ID"/>
        </w:rPr>
        <w:t xml:space="preserve">NIM. </w:t>
      </w:r>
      <w:r w:rsidR="00401B68" w:rsidRPr="00EB1A9B">
        <w:rPr>
          <w:rFonts w:ascii="Book Antiqua" w:hAnsi="Book Antiqua"/>
          <w:color w:val="000000" w:themeColor="text1"/>
          <w:lang w:val="id-ID"/>
        </w:rPr>
        <w:t>23031554001</w:t>
      </w:r>
    </w:p>
    <w:p w14:paraId="098046F1" w14:textId="77777777" w:rsidR="00401B68" w:rsidRDefault="00401B68">
      <w:pPr>
        <w:spacing w:after="960"/>
        <w:jc w:val="center"/>
        <w:rPr>
          <w:rFonts w:ascii="Book Antiqua" w:hAnsi="Book Antiqua"/>
          <w:color w:val="000000" w:themeColor="text1"/>
          <w:lang w:val="id-ID"/>
        </w:rPr>
      </w:pPr>
    </w:p>
    <w:p w14:paraId="3703B467" w14:textId="77777777" w:rsidR="001F4C87" w:rsidRPr="00EB1A9B" w:rsidRDefault="001F4C87">
      <w:pPr>
        <w:spacing w:after="960"/>
        <w:jc w:val="center"/>
        <w:rPr>
          <w:rFonts w:ascii="Book Antiqua" w:hAnsi="Book Antiqua"/>
          <w:color w:val="000000" w:themeColor="text1"/>
          <w:lang w:val="id-ID"/>
        </w:rPr>
      </w:pPr>
    </w:p>
    <w:p w14:paraId="298DA1CF" w14:textId="77777777" w:rsidR="00401B68" w:rsidRPr="00EB1A9B" w:rsidRDefault="00401B68" w:rsidP="00401B68">
      <w:pPr>
        <w:spacing w:after="0"/>
        <w:jc w:val="center"/>
        <w:rPr>
          <w:rFonts w:ascii="Book Antiqua" w:hAnsi="Book Antiqua"/>
          <w:b/>
          <w:color w:val="000000" w:themeColor="text1"/>
          <w:lang w:val="id-ID"/>
        </w:rPr>
      </w:pPr>
      <w:r w:rsidRPr="00EB1A9B">
        <w:rPr>
          <w:rFonts w:ascii="Book Antiqua" w:hAnsi="Book Antiqua"/>
          <w:b/>
          <w:color w:val="000000" w:themeColor="text1"/>
          <w:lang w:val="id-ID"/>
        </w:rPr>
        <w:t>UNIVERSITAS NEGERI SURABAYA</w:t>
      </w:r>
    </w:p>
    <w:p w14:paraId="398548EF" w14:textId="77777777" w:rsidR="00401B68" w:rsidRPr="00EB1A9B" w:rsidRDefault="00401B68" w:rsidP="00401B68">
      <w:pPr>
        <w:spacing w:after="0"/>
        <w:jc w:val="center"/>
        <w:rPr>
          <w:rFonts w:ascii="Book Antiqua" w:hAnsi="Book Antiqua"/>
          <w:b/>
          <w:color w:val="000000" w:themeColor="text1"/>
          <w:lang w:val="id-ID"/>
        </w:rPr>
      </w:pPr>
      <w:r w:rsidRPr="00EB1A9B">
        <w:rPr>
          <w:rFonts w:ascii="Book Antiqua" w:hAnsi="Book Antiqua"/>
          <w:b/>
          <w:color w:val="000000" w:themeColor="text1"/>
          <w:lang w:val="id-ID"/>
        </w:rPr>
        <w:t>FAKULTAS MATEMATIKA DAN ILMU PENGETAHUAN ALAM</w:t>
      </w:r>
    </w:p>
    <w:p w14:paraId="494BBE48" w14:textId="77777777" w:rsidR="00401B68" w:rsidRPr="00EB1A9B" w:rsidRDefault="00401B68" w:rsidP="00401B68">
      <w:pPr>
        <w:spacing w:after="0"/>
        <w:jc w:val="center"/>
        <w:rPr>
          <w:rFonts w:ascii="Book Antiqua" w:hAnsi="Book Antiqua"/>
          <w:b/>
          <w:color w:val="000000" w:themeColor="text1"/>
          <w:lang w:val="id-ID"/>
        </w:rPr>
      </w:pPr>
      <w:r w:rsidRPr="00EB1A9B">
        <w:rPr>
          <w:rFonts w:ascii="Book Antiqua" w:hAnsi="Book Antiqua"/>
          <w:b/>
          <w:color w:val="000000" w:themeColor="text1"/>
          <w:lang w:val="id-ID"/>
        </w:rPr>
        <w:t>PROGRAM STUDI S1 SAINS DATA</w:t>
      </w:r>
    </w:p>
    <w:p w14:paraId="4AB66663" w14:textId="79CFB89A" w:rsidR="00401B68" w:rsidRDefault="00401B68" w:rsidP="00401B68">
      <w:pPr>
        <w:jc w:val="center"/>
        <w:rPr>
          <w:rFonts w:ascii="Book Antiqua" w:hAnsi="Book Antiqua"/>
          <w:b/>
          <w:bCs/>
          <w:color w:val="000000" w:themeColor="text1"/>
          <w:lang w:val="id-ID"/>
        </w:rPr>
      </w:pPr>
      <w:r w:rsidRPr="00EB1A9B">
        <w:rPr>
          <w:rFonts w:ascii="Book Antiqua" w:hAnsi="Book Antiqua"/>
          <w:b/>
          <w:bCs/>
          <w:color w:val="000000" w:themeColor="text1"/>
          <w:lang w:val="id-ID"/>
        </w:rPr>
        <w:t>2026</w:t>
      </w:r>
    </w:p>
    <w:p w14:paraId="518082CB" w14:textId="7FC43538" w:rsidR="00B96C8D" w:rsidRPr="00594E87" w:rsidRDefault="00771BE3" w:rsidP="00594E87">
      <w:pPr>
        <w:pStyle w:val="Heading1"/>
        <w:jc w:val="center"/>
        <w:rPr>
          <w:rFonts w:ascii="Book Antiqua" w:hAnsi="Book Antiqua"/>
          <w:color w:val="000000" w:themeColor="text1"/>
          <w:sz w:val="24"/>
          <w:szCs w:val="24"/>
          <w:lang w:val="id-ID"/>
        </w:rPr>
      </w:pPr>
      <w:bookmarkStart w:id="1" w:name="_Toc238061406"/>
      <w:r w:rsidRPr="00594E87">
        <w:rPr>
          <w:rFonts w:ascii="Book Antiqua" w:hAnsi="Book Antiqua"/>
          <w:color w:val="000000" w:themeColor="text1"/>
          <w:sz w:val="24"/>
          <w:szCs w:val="24"/>
          <w:lang w:val="id-ID"/>
        </w:rPr>
        <w:lastRenderedPageBreak/>
        <w:t>HALAMAN PERSETUJUAN PROPOSAL TUGAS AKHIR</w:t>
      </w:r>
      <w:bookmarkEnd w:id="1"/>
    </w:p>
    <w:p w14:paraId="5591C1BE" w14:textId="69C84527" w:rsidR="00771BE3" w:rsidRPr="00594E87" w:rsidRDefault="00771BE3" w:rsidP="00594E87">
      <w:pPr>
        <w:jc w:val="center"/>
        <w:rPr>
          <w:rFonts w:ascii="Book Antiqua" w:hAnsi="Book Antiqua"/>
          <w:b/>
          <w:bCs/>
          <w:color w:val="000000" w:themeColor="text1"/>
          <w:szCs w:val="24"/>
          <w:lang w:val="id-ID"/>
        </w:rPr>
      </w:pPr>
      <w:r w:rsidRPr="00594E87">
        <w:rPr>
          <w:rFonts w:ascii="Book Antiqua" w:hAnsi="Book Antiqua"/>
          <w:b/>
          <w:bCs/>
          <w:color w:val="000000" w:themeColor="text1"/>
          <w:szCs w:val="24"/>
          <w:lang w:val="id-ID"/>
        </w:rPr>
        <w:t>BENTUK: SKRIPSI</w:t>
      </w:r>
    </w:p>
    <w:p w14:paraId="24DD20A1" w14:textId="77777777" w:rsidR="00341D05" w:rsidRDefault="00341D05" w:rsidP="00594E87">
      <w:pPr>
        <w:spacing w:after="0"/>
        <w:jc w:val="both"/>
        <w:rPr>
          <w:rFonts w:ascii="Book Antiqua" w:hAnsi="Book Antiqua"/>
          <w:b/>
          <w:bCs/>
          <w:color w:val="000000" w:themeColor="text1"/>
          <w:lang w:val="id-ID"/>
        </w:rPr>
      </w:pPr>
    </w:p>
    <w:p w14:paraId="4B53C819" w14:textId="6FC7E117" w:rsidR="00771BE3" w:rsidRPr="00341D05" w:rsidRDefault="00771BE3" w:rsidP="00341D05">
      <w:pPr>
        <w:spacing w:after="0"/>
        <w:jc w:val="both"/>
        <w:rPr>
          <w:rFonts w:ascii="Book Antiqua" w:hAnsi="Book Antiqua"/>
          <w:color w:val="000000" w:themeColor="text1"/>
          <w:u w:val="single"/>
          <w:lang w:val="id-ID"/>
        </w:rPr>
      </w:pPr>
      <w:r w:rsidRPr="00341D05">
        <w:rPr>
          <w:rFonts w:ascii="Book Antiqua" w:hAnsi="Book Antiqua"/>
          <w:color w:val="000000" w:themeColor="text1"/>
          <w:lang w:val="id-ID"/>
        </w:rPr>
        <w:t>Nama Mahasiswa</w:t>
      </w:r>
      <w:r w:rsidRPr="00341D05">
        <w:rPr>
          <w:rFonts w:ascii="Book Antiqua" w:hAnsi="Book Antiqua"/>
          <w:color w:val="000000" w:themeColor="text1"/>
          <w:lang w:val="id-ID"/>
        </w:rPr>
        <w:tab/>
      </w:r>
      <w:r w:rsidRPr="00341D05">
        <w:rPr>
          <w:rFonts w:ascii="Book Antiqua" w:hAnsi="Book Antiqua"/>
          <w:color w:val="000000" w:themeColor="text1"/>
          <w:lang w:val="id-ID"/>
        </w:rPr>
        <w:tab/>
        <w:t>:</w:t>
      </w:r>
      <w:r w:rsidR="00341D05">
        <w:rPr>
          <w:rFonts w:ascii="Book Antiqua" w:hAnsi="Book Antiqua"/>
          <w:color w:val="000000" w:themeColor="text1"/>
          <w:lang w:val="id-ID"/>
        </w:rPr>
        <w:t xml:space="preserve"> </w:t>
      </w:r>
      <w:r w:rsidR="00341D05">
        <w:rPr>
          <w:rFonts w:ascii="Book Antiqua" w:hAnsi="Book Antiqua"/>
          <w:color w:val="000000" w:themeColor="text1"/>
          <w:u w:val="single"/>
          <w:lang w:val="id-ID"/>
        </w:rPr>
        <w:tab/>
      </w:r>
      <w:r w:rsidR="00341D05">
        <w:rPr>
          <w:rFonts w:ascii="Book Antiqua" w:hAnsi="Book Antiqua"/>
          <w:color w:val="000000" w:themeColor="text1"/>
          <w:u w:val="single"/>
          <w:lang w:val="id-ID"/>
        </w:rPr>
        <w:tab/>
      </w:r>
      <w:r w:rsidR="00341D05">
        <w:rPr>
          <w:rFonts w:ascii="Book Antiqua" w:hAnsi="Book Antiqua"/>
          <w:color w:val="000000" w:themeColor="text1"/>
          <w:u w:val="single"/>
          <w:lang w:val="id-ID"/>
        </w:rPr>
        <w:tab/>
      </w:r>
      <w:r w:rsidR="00A014DF">
        <w:rPr>
          <w:rFonts w:ascii="Book Antiqua" w:hAnsi="Book Antiqua"/>
          <w:color w:val="000000" w:themeColor="text1"/>
          <w:u w:val="single"/>
          <w:lang w:val="id-ID"/>
        </w:rPr>
        <w:tab/>
      </w:r>
      <w:r w:rsidR="00341D05">
        <w:rPr>
          <w:rFonts w:ascii="Book Antiqua" w:hAnsi="Book Antiqua"/>
          <w:color w:val="000000" w:themeColor="text1"/>
          <w:u w:val="single"/>
          <w:lang w:val="id-ID"/>
        </w:rPr>
        <w:tab/>
      </w:r>
      <w:r w:rsidR="00341D05">
        <w:rPr>
          <w:rFonts w:ascii="Book Antiqua" w:hAnsi="Book Antiqua"/>
          <w:color w:val="000000" w:themeColor="text1"/>
          <w:u w:val="single"/>
          <w:lang w:val="id-ID"/>
        </w:rPr>
        <w:tab/>
      </w:r>
      <w:r w:rsidR="00341D05">
        <w:rPr>
          <w:rFonts w:ascii="Book Antiqua" w:hAnsi="Book Antiqua"/>
          <w:color w:val="000000" w:themeColor="text1"/>
          <w:u w:val="single"/>
          <w:lang w:val="id-ID"/>
        </w:rPr>
        <w:tab/>
      </w:r>
      <w:r w:rsidR="00341D05">
        <w:rPr>
          <w:rFonts w:ascii="Book Antiqua" w:hAnsi="Book Antiqua"/>
          <w:color w:val="000000" w:themeColor="text1"/>
          <w:u w:val="single"/>
          <w:lang w:val="id-ID"/>
        </w:rPr>
        <w:tab/>
      </w:r>
    </w:p>
    <w:p w14:paraId="3E65C6B9" w14:textId="6213187A" w:rsidR="00771BE3" w:rsidRPr="00341D05" w:rsidRDefault="00771BE3" w:rsidP="00341D05">
      <w:pPr>
        <w:spacing w:after="0"/>
        <w:jc w:val="both"/>
        <w:rPr>
          <w:rFonts w:ascii="Book Antiqua" w:hAnsi="Book Antiqua"/>
          <w:color w:val="000000" w:themeColor="text1"/>
          <w:u w:val="single"/>
          <w:lang w:val="id-ID"/>
        </w:rPr>
      </w:pPr>
      <w:r w:rsidRPr="00341D05">
        <w:rPr>
          <w:rFonts w:ascii="Book Antiqua" w:hAnsi="Book Antiqua"/>
          <w:color w:val="000000" w:themeColor="text1"/>
          <w:lang w:val="id-ID"/>
        </w:rPr>
        <w:t>NIM</w:t>
      </w:r>
      <w:r w:rsidRPr="00341D05">
        <w:rPr>
          <w:rFonts w:ascii="Book Antiqua" w:hAnsi="Book Antiqua"/>
          <w:color w:val="000000" w:themeColor="text1"/>
          <w:lang w:val="id-ID"/>
        </w:rPr>
        <w:tab/>
      </w:r>
      <w:r w:rsidRPr="00341D05">
        <w:rPr>
          <w:rFonts w:ascii="Book Antiqua" w:hAnsi="Book Antiqua"/>
          <w:color w:val="000000" w:themeColor="text1"/>
          <w:lang w:val="id-ID"/>
        </w:rPr>
        <w:tab/>
      </w:r>
      <w:r w:rsidRPr="00341D05">
        <w:rPr>
          <w:rFonts w:ascii="Book Antiqua" w:hAnsi="Book Antiqua"/>
          <w:color w:val="000000" w:themeColor="text1"/>
          <w:lang w:val="id-ID"/>
        </w:rPr>
        <w:tab/>
      </w:r>
      <w:r w:rsidRPr="00341D05">
        <w:rPr>
          <w:rFonts w:ascii="Book Antiqua" w:hAnsi="Book Antiqua"/>
          <w:color w:val="000000" w:themeColor="text1"/>
          <w:lang w:val="id-ID"/>
        </w:rPr>
        <w:tab/>
        <w:t>:</w:t>
      </w:r>
      <w:r w:rsidR="00341D05">
        <w:rPr>
          <w:rFonts w:ascii="Book Antiqua" w:hAnsi="Book Antiqua"/>
          <w:color w:val="000000" w:themeColor="text1"/>
          <w:lang w:val="id-ID"/>
        </w:rPr>
        <w:t xml:space="preserve"> </w:t>
      </w:r>
      <w:r w:rsidR="00341D05">
        <w:rPr>
          <w:rFonts w:ascii="Book Antiqua" w:hAnsi="Book Antiqua"/>
          <w:color w:val="000000" w:themeColor="text1"/>
          <w:u w:val="single"/>
          <w:lang w:val="id-ID"/>
        </w:rPr>
        <w:tab/>
      </w:r>
      <w:r w:rsidR="00341D05">
        <w:rPr>
          <w:rFonts w:ascii="Book Antiqua" w:hAnsi="Book Antiqua"/>
          <w:color w:val="000000" w:themeColor="text1"/>
          <w:u w:val="single"/>
          <w:lang w:val="id-ID"/>
        </w:rPr>
        <w:tab/>
      </w:r>
      <w:r w:rsidR="00341D05">
        <w:rPr>
          <w:rFonts w:ascii="Book Antiqua" w:hAnsi="Book Antiqua"/>
          <w:color w:val="000000" w:themeColor="text1"/>
          <w:u w:val="single"/>
          <w:lang w:val="id-ID"/>
        </w:rPr>
        <w:tab/>
      </w:r>
      <w:r w:rsidR="00341D05">
        <w:rPr>
          <w:rFonts w:ascii="Book Antiqua" w:hAnsi="Book Antiqua"/>
          <w:color w:val="000000" w:themeColor="text1"/>
          <w:u w:val="single"/>
          <w:lang w:val="id-ID"/>
        </w:rPr>
        <w:tab/>
      </w:r>
      <w:r w:rsidR="00A014DF">
        <w:rPr>
          <w:rFonts w:ascii="Book Antiqua" w:hAnsi="Book Antiqua"/>
          <w:color w:val="000000" w:themeColor="text1"/>
          <w:u w:val="single"/>
          <w:lang w:val="id-ID"/>
        </w:rPr>
        <w:tab/>
      </w:r>
      <w:r w:rsidR="00341D05">
        <w:rPr>
          <w:rFonts w:ascii="Book Antiqua" w:hAnsi="Book Antiqua"/>
          <w:color w:val="000000" w:themeColor="text1"/>
          <w:u w:val="single"/>
          <w:lang w:val="id-ID"/>
        </w:rPr>
        <w:tab/>
      </w:r>
      <w:r w:rsidR="00341D05">
        <w:rPr>
          <w:rFonts w:ascii="Book Antiqua" w:hAnsi="Book Antiqua"/>
          <w:color w:val="000000" w:themeColor="text1"/>
          <w:u w:val="single"/>
          <w:lang w:val="id-ID"/>
        </w:rPr>
        <w:tab/>
      </w:r>
      <w:r w:rsidR="00341D05">
        <w:rPr>
          <w:rFonts w:ascii="Book Antiqua" w:hAnsi="Book Antiqua"/>
          <w:color w:val="000000" w:themeColor="text1"/>
          <w:u w:val="single"/>
          <w:lang w:val="id-ID"/>
        </w:rPr>
        <w:tab/>
      </w:r>
    </w:p>
    <w:p w14:paraId="29908C6E" w14:textId="119EFA88" w:rsidR="00771BE3" w:rsidRDefault="008567BE" w:rsidP="00341D05">
      <w:pPr>
        <w:spacing w:after="0"/>
        <w:jc w:val="both"/>
        <w:rPr>
          <w:rFonts w:ascii="Book Antiqua" w:hAnsi="Book Antiqua"/>
          <w:color w:val="000000" w:themeColor="text1"/>
          <w:u w:val="single"/>
          <w:lang w:val="id-ID"/>
        </w:rPr>
      </w:pPr>
      <w:r w:rsidRPr="00341D05">
        <w:rPr>
          <w:rFonts w:ascii="Book Antiqua" w:hAnsi="Book Antiqua"/>
          <w:color w:val="000000" w:themeColor="text1"/>
          <w:lang w:val="id-ID"/>
        </w:rPr>
        <w:t>Judul Penelitian</w:t>
      </w:r>
      <w:r w:rsidRPr="00341D05">
        <w:rPr>
          <w:rFonts w:ascii="Book Antiqua" w:hAnsi="Book Antiqua"/>
          <w:color w:val="000000" w:themeColor="text1"/>
          <w:lang w:val="id-ID"/>
        </w:rPr>
        <w:tab/>
      </w:r>
      <w:r w:rsidRPr="00341D05">
        <w:rPr>
          <w:rFonts w:ascii="Book Antiqua" w:hAnsi="Book Antiqua"/>
          <w:color w:val="000000" w:themeColor="text1"/>
          <w:lang w:val="id-ID"/>
        </w:rPr>
        <w:tab/>
        <w:t>:</w:t>
      </w:r>
      <w:r w:rsidR="00341D05">
        <w:rPr>
          <w:rFonts w:ascii="Book Antiqua" w:hAnsi="Book Antiqua"/>
          <w:color w:val="000000" w:themeColor="text1"/>
          <w:lang w:val="id-ID"/>
        </w:rPr>
        <w:t xml:space="preserve"> </w:t>
      </w:r>
      <w:r w:rsidR="00341D05">
        <w:rPr>
          <w:rFonts w:ascii="Book Antiqua" w:hAnsi="Book Antiqua"/>
          <w:color w:val="000000" w:themeColor="text1"/>
          <w:u w:val="single"/>
          <w:lang w:val="id-ID"/>
        </w:rPr>
        <w:tab/>
      </w:r>
      <w:r w:rsidR="00341D05">
        <w:rPr>
          <w:rFonts w:ascii="Book Antiqua" w:hAnsi="Book Antiqua"/>
          <w:color w:val="000000" w:themeColor="text1"/>
          <w:u w:val="single"/>
          <w:lang w:val="id-ID"/>
        </w:rPr>
        <w:tab/>
      </w:r>
      <w:r w:rsidR="00341D05">
        <w:rPr>
          <w:rFonts w:ascii="Book Antiqua" w:hAnsi="Book Antiqua"/>
          <w:color w:val="000000" w:themeColor="text1"/>
          <w:u w:val="single"/>
          <w:lang w:val="id-ID"/>
        </w:rPr>
        <w:tab/>
      </w:r>
      <w:r w:rsidR="00341D05">
        <w:rPr>
          <w:rFonts w:ascii="Book Antiqua" w:hAnsi="Book Antiqua"/>
          <w:color w:val="000000" w:themeColor="text1"/>
          <w:u w:val="single"/>
          <w:lang w:val="id-ID"/>
        </w:rPr>
        <w:tab/>
      </w:r>
      <w:r w:rsidR="00341D05">
        <w:rPr>
          <w:rFonts w:ascii="Book Antiqua" w:hAnsi="Book Antiqua"/>
          <w:color w:val="000000" w:themeColor="text1"/>
          <w:u w:val="single"/>
          <w:lang w:val="id-ID"/>
        </w:rPr>
        <w:tab/>
      </w:r>
      <w:r w:rsidR="00A014DF">
        <w:rPr>
          <w:rFonts w:ascii="Book Antiqua" w:hAnsi="Book Antiqua"/>
          <w:color w:val="000000" w:themeColor="text1"/>
          <w:u w:val="single"/>
          <w:lang w:val="id-ID"/>
        </w:rPr>
        <w:tab/>
      </w:r>
      <w:r w:rsidR="00341D05">
        <w:rPr>
          <w:rFonts w:ascii="Book Antiqua" w:hAnsi="Book Antiqua"/>
          <w:color w:val="000000" w:themeColor="text1"/>
          <w:u w:val="single"/>
          <w:lang w:val="id-ID"/>
        </w:rPr>
        <w:tab/>
      </w:r>
      <w:r w:rsidR="00341D05">
        <w:rPr>
          <w:rFonts w:ascii="Book Antiqua" w:hAnsi="Book Antiqua"/>
          <w:color w:val="000000" w:themeColor="text1"/>
          <w:u w:val="single"/>
          <w:lang w:val="id-ID"/>
        </w:rPr>
        <w:tab/>
      </w:r>
    </w:p>
    <w:p w14:paraId="13F4D229" w14:textId="1AFDF0B3" w:rsidR="00341D05" w:rsidRDefault="00341D05" w:rsidP="00341D05">
      <w:pPr>
        <w:spacing w:after="0"/>
        <w:ind w:left="3060"/>
        <w:jc w:val="both"/>
        <w:rPr>
          <w:rFonts w:ascii="Book Antiqua" w:hAnsi="Book Antiqua"/>
          <w:color w:val="000000" w:themeColor="text1"/>
          <w:u w:val="single"/>
          <w:lang w:val="id-ID"/>
        </w:rPr>
      </w:pPr>
      <w:r>
        <w:rPr>
          <w:rFonts w:ascii="Book Antiqua" w:hAnsi="Book Antiqua"/>
          <w:color w:val="000000" w:themeColor="text1"/>
          <w:u w:val="single"/>
          <w:lang w:val="id-ID"/>
        </w:rPr>
        <w:tab/>
      </w:r>
      <w:r>
        <w:rPr>
          <w:rFonts w:ascii="Book Antiqua" w:hAnsi="Book Antiqua"/>
          <w:color w:val="000000" w:themeColor="text1"/>
          <w:u w:val="single"/>
          <w:lang w:val="id-ID"/>
        </w:rPr>
        <w:tab/>
      </w:r>
      <w:r>
        <w:rPr>
          <w:rFonts w:ascii="Book Antiqua" w:hAnsi="Book Antiqua"/>
          <w:color w:val="000000" w:themeColor="text1"/>
          <w:u w:val="single"/>
          <w:lang w:val="id-ID"/>
        </w:rPr>
        <w:tab/>
      </w:r>
      <w:r>
        <w:rPr>
          <w:rFonts w:ascii="Book Antiqua" w:hAnsi="Book Antiqua"/>
          <w:color w:val="000000" w:themeColor="text1"/>
          <w:u w:val="single"/>
          <w:lang w:val="id-ID"/>
        </w:rPr>
        <w:tab/>
      </w:r>
      <w:r>
        <w:rPr>
          <w:rFonts w:ascii="Book Antiqua" w:hAnsi="Book Antiqua"/>
          <w:color w:val="000000" w:themeColor="text1"/>
          <w:u w:val="single"/>
          <w:lang w:val="id-ID"/>
        </w:rPr>
        <w:tab/>
      </w:r>
      <w:r>
        <w:rPr>
          <w:rFonts w:ascii="Book Antiqua" w:hAnsi="Book Antiqua"/>
          <w:color w:val="000000" w:themeColor="text1"/>
          <w:u w:val="single"/>
          <w:lang w:val="id-ID"/>
        </w:rPr>
        <w:tab/>
      </w:r>
      <w:r w:rsidR="00A014DF">
        <w:rPr>
          <w:rFonts w:ascii="Book Antiqua" w:hAnsi="Book Antiqua"/>
          <w:color w:val="000000" w:themeColor="text1"/>
          <w:u w:val="single"/>
          <w:lang w:val="id-ID"/>
        </w:rPr>
        <w:tab/>
      </w:r>
      <w:r>
        <w:rPr>
          <w:rFonts w:ascii="Book Antiqua" w:hAnsi="Book Antiqua"/>
          <w:color w:val="000000" w:themeColor="text1"/>
          <w:u w:val="single"/>
          <w:lang w:val="id-ID"/>
        </w:rPr>
        <w:tab/>
      </w:r>
    </w:p>
    <w:p w14:paraId="562F356F" w14:textId="1B07CCD6" w:rsidR="00594E87" w:rsidRPr="00341D05" w:rsidRDefault="00594E87" w:rsidP="00594E87">
      <w:pPr>
        <w:spacing w:after="0"/>
        <w:ind w:left="3060"/>
        <w:jc w:val="both"/>
        <w:rPr>
          <w:rFonts w:ascii="Book Antiqua" w:hAnsi="Book Antiqua"/>
          <w:color w:val="000000" w:themeColor="text1"/>
          <w:u w:val="single"/>
          <w:lang w:val="id-ID"/>
        </w:rPr>
      </w:pPr>
      <w:r>
        <w:rPr>
          <w:rFonts w:ascii="Book Antiqua" w:hAnsi="Book Antiqua"/>
          <w:color w:val="000000" w:themeColor="text1"/>
          <w:u w:val="single"/>
          <w:lang w:val="id-ID"/>
        </w:rPr>
        <w:tab/>
      </w:r>
      <w:r>
        <w:rPr>
          <w:rFonts w:ascii="Book Antiqua" w:hAnsi="Book Antiqua"/>
          <w:color w:val="000000" w:themeColor="text1"/>
          <w:u w:val="single"/>
          <w:lang w:val="id-ID"/>
        </w:rPr>
        <w:tab/>
      </w:r>
      <w:r>
        <w:rPr>
          <w:rFonts w:ascii="Book Antiqua" w:hAnsi="Book Antiqua"/>
          <w:color w:val="000000" w:themeColor="text1"/>
          <w:u w:val="single"/>
          <w:lang w:val="id-ID"/>
        </w:rPr>
        <w:tab/>
      </w:r>
      <w:r>
        <w:rPr>
          <w:rFonts w:ascii="Book Antiqua" w:hAnsi="Book Antiqua"/>
          <w:color w:val="000000" w:themeColor="text1"/>
          <w:u w:val="single"/>
          <w:lang w:val="id-ID"/>
        </w:rPr>
        <w:tab/>
      </w:r>
      <w:r>
        <w:rPr>
          <w:rFonts w:ascii="Book Antiqua" w:hAnsi="Book Antiqua"/>
          <w:color w:val="000000" w:themeColor="text1"/>
          <w:u w:val="single"/>
          <w:lang w:val="id-ID"/>
        </w:rPr>
        <w:tab/>
      </w:r>
      <w:r>
        <w:rPr>
          <w:rFonts w:ascii="Book Antiqua" w:hAnsi="Book Antiqua"/>
          <w:color w:val="000000" w:themeColor="text1"/>
          <w:u w:val="single"/>
          <w:lang w:val="id-ID"/>
        </w:rPr>
        <w:tab/>
      </w:r>
      <w:r>
        <w:rPr>
          <w:rFonts w:ascii="Book Antiqua" w:hAnsi="Book Antiqua"/>
          <w:color w:val="000000" w:themeColor="text1"/>
          <w:u w:val="single"/>
          <w:lang w:val="id-ID"/>
        </w:rPr>
        <w:tab/>
      </w:r>
      <w:r w:rsidR="00A014DF">
        <w:rPr>
          <w:rFonts w:ascii="Book Antiqua" w:hAnsi="Book Antiqua"/>
          <w:color w:val="000000" w:themeColor="text1"/>
          <w:u w:val="single"/>
          <w:lang w:val="id-ID"/>
        </w:rPr>
        <w:tab/>
      </w:r>
    </w:p>
    <w:p w14:paraId="4E7E8B72" w14:textId="77777777" w:rsidR="008567BE" w:rsidRPr="00341D05" w:rsidRDefault="008567BE" w:rsidP="00341D05">
      <w:pPr>
        <w:spacing w:after="0"/>
        <w:jc w:val="both"/>
        <w:rPr>
          <w:rFonts w:ascii="Book Antiqua" w:hAnsi="Book Antiqua"/>
          <w:color w:val="000000" w:themeColor="text1"/>
          <w:lang w:val="id-ID"/>
        </w:rPr>
      </w:pPr>
    </w:p>
    <w:p w14:paraId="4AB895EE" w14:textId="5C680AE7" w:rsidR="008567BE" w:rsidRPr="00341D05" w:rsidRDefault="008567BE" w:rsidP="00341D05">
      <w:pPr>
        <w:spacing w:after="0"/>
        <w:jc w:val="both"/>
        <w:rPr>
          <w:rFonts w:ascii="Book Antiqua" w:hAnsi="Book Antiqua"/>
          <w:color w:val="000000" w:themeColor="text1"/>
          <w:lang w:val="id-ID"/>
        </w:rPr>
      </w:pPr>
      <w:r w:rsidRPr="00341D05">
        <w:rPr>
          <w:rFonts w:ascii="Book Antiqua" w:hAnsi="Book Antiqua"/>
          <w:color w:val="000000" w:themeColor="text1"/>
          <w:lang w:val="id-ID"/>
        </w:rPr>
        <w:t>ini telah disetujui dan dinyatakan memenuhi syarat untuk diajukan dalam ujian proposal tugas akhir</w:t>
      </w:r>
      <w:r w:rsidR="001E0361" w:rsidRPr="00341D05">
        <w:rPr>
          <w:rFonts w:ascii="Book Antiqua" w:hAnsi="Book Antiqua"/>
          <w:color w:val="000000" w:themeColor="text1"/>
          <w:lang w:val="id-ID"/>
        </w:rPr>
        <w:t>.</w:t>
      </w:r>
    </w:p>
    <w:p w14:paraId="59D65CA4" w14:textId="77777777" w:rsidR="001E0361" w:rsidRPr="00341D05" w:rsidRDefault="001E0361" w:rsidP="00341D05">
      <w:pPr>
        <w:spacing w:after="0"/>
        <w:jc w:val="both"/>
        <w:rPr>
          <w:rFonts w:ascii="Book Antiqua" w:hAnsi="Book Antiqua"/>
          <w:color w:val="000000" w:themeColor="text1"/>
          <w:lang w:val="id-ID"/>
        </w:rPr>
      </w:pPr>
    </w:p>
    <w:p w14:paraId="7479D6E9" w14:textId="77777777" w:rsidR="001E0361" w:rsidRPr="00341D05" w:rsidRDefault="001E0361" w:rsidP="00341D05">
      <w:pPr>
        <w:spacing w:after="0"/>
        <w:jc w:val="both"/>
        <w:rPr>
          <w:rFonts w:ascii="Book Antiqua" w:hAnsi="Book Antiqua"/>
          <w:color w:val="000000" w:themeColor="text1"/>
          <w:lang w:val="id-ID"/>
        </w:rPr>
      </w:pPr>
    </w:p>
    <w:p w14:paraId="299C3722" w14:textId="77777777" w:rsidR="001E0361" w:rsidRPr="00341D05" w:rsidRDefault="001E0361" w:rsidP="00341D05">
      <w:pPr>
        <w:spacing w:after="0"/>
        <w:jc w:val="both"/>
        <w:rPr>
          <w:rFonts w:ascii="Book Antiqua" w:hAnsi="Book Antiqua"/>
          <w:color w:val="000000" w:themeColor="text1"/>
          <w:lang w:val="id-ID"/>
        </w:rPr>
      </w:pPr>
    </w:p>
    <w:p w14:paraId="2300F6E6" w14:textId="1640EC5F" w:rsidR="001E0361" w:rsidRPr="00341D05" w:rsidRDefault="001E0361" w:rsidP="00341D05">
      <w:pPr>
        <w:spacing w:after="0"/>
        <w:jc w:val="both"/>
        <w:rPr>
          <w:rFonts w:ascii="Book Antiqua" w:hAnsi="Book Antiqua"/>
          <w:color w:val="000000" w:themeColor="text1"/>
          <w:lang w:val="id-ID"/>
        </w:rPr>
      </w:pPr>
      <w:r w:rsidRPr="00341D05">
        <w:rPr>
          <w:rFonts w:ascii="Book Antiqua" w:hAnsi="Book Antiqua"/>
          <w:color w:val="000000" w:themeColor="text1"/>
          <w:lang w:val="id-ID"/>
        </w:rPr>
        <w:t>Surabaya,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970"/>
      </w:tblGrid>
      <w:tr w:rsidR="001E0361" w:rsidRPr="00341D05" w14:paraId="4F94DBE5" w14:textId="77777777" w:rsidTr="00196E4B">
        <w:tc>
          <w:tcPr>
            <w:tcW w:w="3969" w:type="dxa"/>
            <w:vAlign w:val="center"/>
          </w:tcPr>
          <w:p w14:paraId="4884D98A" w14:textId="77777777" w:rsidR="001E0361" w:rsidRPr="00341D05" w:rsidRDefault="001E0361" w:rsidP="00196E4B">
            <w:pPr>
              <w:spacing w:line="276" w:lineRule="auto"/>
              <w:rPr>
                <w:rFonts w:ascii="Book Antiqua" w:hAnsi="Book Antiqua"/>
                <w:color w:val="000000" w:themeColor="text1"/>
                <w:lang w:val="id-ID"/>
              </w:rPr>
            </w:pPr>
            <w:r w:rsidRPr="00341D05">
              <w:rPr>
                <w:rFonts w:ascii="Book Antiqua" w:hAnsi="Book Antiqua"/>
                <w:color w:val="000000" w:themeColor="text1"/>
                <w:lang w:val="id-ID"/>
              </w:rPr>
              <w:t>Pembimbing I</w:t>
            </w:r>
          </w:p>
          <w:p w14:paraId="2B9A64FE" w14:textId="77777777" w:rsidR="001E0361" w:rsidRPr="00341D05" w:rsidRDefault="001E0361" w:rsidP="00196E4B">
            <w:pPr>
              <w:spacing w:line="276" w:lineRule="auto"/>
              <w:rPr>
                <w:rFonts w:ascii="Book Antiqua" w:hAnsi="Book Antiqua"/>
                <w:color w:val="000000" w:themeColor="text1"/>
                <w:lang w:val="id-ID"/>
              </w:rPr>
            </w:pPr>
          </w:p>
          <w:p w14:paraId="5D21204A" w14:textId="77777777" w:rsidR="001E0361" w:rsidRPr="00341D05" w:rsidRDefault="001E0361" w:rsidP="00196E4B">
            <w:pPr>
              <w:spacing w:line="276" w:lineRule="auto"/>
              <w:rPr>
                <w:rFonts w:ascii="Book Antiqua" w:hAnsi="Book Antiqua"/>
                <w:color w:val="000000" w:themeColor="text1"/>
                <w:lang w:val="id-ID"/>
              </w:rPr>
            </w:pPr>
          </w:p>
          <w:p w14:paraId="5AE0A3AD" w14:textId="77777777" w:rsidR="001E0361" w:rsidRDefault="001E0361" w:rsidP="00196E4B">
            <w:pPr>
              <w:spacing w:line="276" w:lineRule="auto"/>
              <w:rPr>
                <w:rFonts w:ascii="Book Antiqua" w:hAnsi="Book Antiqua"/>
                <w:color w:val="000000" w:themeColor="text1"/>
                <w:lang w:val="id-ID"/>
              </w:rPr>
            </w:pPr>
          </w:p>
          <w:p w14:paraId="7B705258" w14:textId="77777777" w:rsidR="00341D05" w:rsidRPr="00341D05" w:rsidRDefault="00341D05" w:rsidP="00196E4B">
            <w:pPr>
              <w:spacing w:line="276" w:lineRule="auto"/>
              <w:rPr>
                <w:rFonts w:ascii="Book Antiqua" w:hAnsi="Book Antiqua"/>
                <w:color w:val="000000" w:themeColor="text1"/>
                <w:lang w:val="id-ID"/>
              </w:rPr>
            </w:pPr>
          </w:p>
          <w:p w14:paraId="76F41A28" w14:textId="0F09EEF4" w:rsidR="001E0361" w:rsidRPr="00341D05" w:rsidRDefault="001E0361" w:rsidP="00196E4B">
            <w:pPr>
              <w:spacing w:line="276" w:lineRule="auto"/>
              <w:rPr>
                <w:rFonts w:ascii="Book Antiqua" w:hAnsi="Book Antiqua"/>
                <w:color w:val="000000" w:themeColor="text1"/>
                <w:lang w:val="id-ID"/>
              </w:rPr>
            </w:pPr>
            <w:r w:rsidRPr="00341D05">
              <w:rPr>
                <w:rFonts w:ascii="Book Antiqua" w:hAnsi="Book Antiqua"/>
                <w:color w:val="000000" w:themeColor="text1"/>
                <w:lang w:val="id-ID"/>
              </w:rPr>
              <w:t>Nama Lengkap</w:t>
            </w:r>
          </w:p>
          <w:p w14:paraId="6A4DA930" w14:textId="4CD49231" w:rsidR="001E0361" w:rsidRPr="00341D05" w:rsidRDefault="001E0361" w:rsidP="00196E4B">
            <w:pPr>
              <w:spacing w:line="276" w:lineRule="auto"/>
              <w:rPr>
                <w:rFonts w:ascii="Book Antiqua" w:hAnsi="Book Antiqua"/>
                <w:color w:val="000000" w:themeColor="text1"/>
                <w:lang w:val="id-ID"/>
              </w:rPr>
            </w:pPr>
            <w:r w:rsidRPr="00341D05">
              <w:rPr>
                <w:rFonts w:ascii="Book Antiqua" w:hAnsi="Book Antiqua"/>
                <w:color w:val="000000" w:themeColor="text1"/>
                <w:lang w:val="id-ID"/>
              </w:rPr>
              <w:t>NIP....................</w:t>
            </w:r>
          </w:p>
        </w:tc>
        <w:tc>
          <w:tcPr>
            <w:tcW w:w="3970" w:type="dxa"/>
            <w:vAlign w:val="center"/>
          </w:tcPr>
          <w:p w14:paraId="1E34C708" w14:textId="77777777" w:rsidR="001E0361" w:rsidRPr="00341D05" w:rsidRDefault="001E0361" w:rsidP="00196E4B">
            <w:pPr>
              <w:spacing w:line="276" w:lineRule="auto"/>
              <w:rPr>
                <w:rFonts w:ascii="Book Antiqua" w:hAnsi="Book Antiqua"/>
                <w:color w:val="000000" w:themeColor="text1"/>
                <w:lang w:val="id-ID"/>
              </w:rPr>
            </w:pPr>
            <w:r w:rsidRPr="00341D05">
              <w:rPr>
                <w:rFonts w:ascii="Book Antiqua" w:hAnsi="Book Antiqua"/>
                <w:color w:val="000000" w:themeColor="text1"/>
                <w:lang w:val="id-ID"/>
              </w:rPr>
              <w:t>Pembimbing I</w:t>
            </w:r>
          </w:p>
          <w:p w14:paraId="69C430EE" w14:textId="77777777" w:rsidR="001E0361" w:rsidRPr="00341D05" w:rsidRDefault="001E0361" w:rsidP="00196E4B">
            <w:pPr>
              <w:spacing w:line="276" w:lineRule="auto"/>
              <w:rPr>
                <w:rFonts w:ascii="Book Antiqua" w:hAnsi="Book Antiqua"/>
                <w:color w:val="000000" w:themeColor="text1"/>
                <w:lang w:val="id-ID"/>
              </w:rPr>
            </w:pPr>
          </w:p>
          <w:p w14:paraId="26960F0D" w14:textId="77777777" w:rsidR="001E0361" w:rsidRPr="00341D05" w:rsidRDefault="001E0361" w:rsidP="00196E4B">
            <w:pPr>
              <w:spacing w:line="276" w:lineRule="auto"/>
              <w:rPr>
                <w:rFonts w:ascii="Book Antiqua" w:hAnsi="Book Antiqua"/>
                <w:color w:val="000000" w:themeColor="text1"/>
                <w:lang w:val="id-ID"/>
              </w:rPr>
            </w:pPr>
          </w:p>
          <w:p w14:paraId="65CC3179" w14:textId="77777777" w:rsidR="001E0361" w:rsidRDefault="001E0361" w:rsidP="00196E4B">
            <w:pPr>
              <w:spacing w:line="276" w:lineRule="auto"/>
              <w:rPr>
                <w:rFonts w:ascii="Book Antiqua" w:hAnsi="Book Antiqua"/>
                <w:color w:val="000000" w:themeColor="text1"/>
                <w:lang w:val="id-ID"/>
              </w:rPr>
            </w:pPr>
          </w:p>
          <w:p w14:paraId="5BA2450B" w14:textId="77777777" w:rsidR="00341D05" w:rsidRPr="00341D05" w:rsidRDefault="00341D05" w:rsidP="00196E4B">
            <w:pPr>
              <w:spacing w:line="276" w:lineRule="auto"/>
              <w:rPr>
                <w:rFonts w:ascii="Book Antiqua" w:hAnsi="Book Antiqua"/>
                <w:color w:val="000000" w:themeColor="text1"/>
                <w:lang w:val="id-ID"/>
              </w:rPr>
            </w:pPr>
          </w:p>
          <w:p w14:paraId="6592E14C" w14:textId="037F4C55" w:rsidR="001E0361" w:rsidRPr="00341D05" w:rsidRDefault="001E0361" w:rsidP="00196E4B">
            <w:pPr>
              <w:spacing w:line="276" w:lineRule="auto"/>
              <w:rPr>
                <w:rFonts w:ascii="Book Antiqua" w:hAnsi="Book Antiqua"/>
                <w:color w:val="000000" w:themeColor="text1"/>
                <w:lang w:val="id-ID"/>
              </w:rPr>
            </w:pPr>
            <w:r w:rsidRPr="00341D05">
              <w:rPr>
                <w:rFonts w:ascii="Book Antiqua" w:hAnsi="Book Antiqua"/>
                <w:color w:val="000000" w:themeColor="text1"/>
                <w:lang w:val="id-ID"/>
              </w:rPr>
              <w:t>Nama Lengkap</w:t>
            </w:r>
          </w:p>
          <w:p w14:paraId="406075D2" w14:textId="4EDA017E" w:rsidR="001E0361" w:rsidRPr="00341D05" w:rsidRDefault="001E0361" w:rsidP="00196E4B">
            <w:pPr>
              <w:spacing w:line="276" w:lineRule="auto"/>
              <w:rPr>
                <w:rFonts w:ascii="Book Antiqua" w:hAnsi="Book Antiqua"/>
                <w:color w:val="000000" w:themeColor="text1"/>
                <w:lang w:val="id-ID"/>
              </w:rPr>
            </w:pPr>
            <w:r w:rsidRPr="00341D05">
              <w:rPr>
                <w:rFonts w:ascii="Book Antiqua" w:hAnsi="Book Antiqua"/>
                <w:color w:val="000000" w:themeColor="text1"/>
                <w:lang w:val="id-ID"/>
              </w:rPr>
              <w:t>NIP....................</w:t>
            </w:r>
          </w:p>
        </w:tc>
      </w:tr>
    </w:tbl>
    <w:p w14:paraId="3F5061AC" w14:textId="77777777" w:rsidR="001E0361" w:rsidRPr="00341D05" w:rsidRDefault="001E0361" w:rsidP="00341D05">
      <w:pPr>
        <w:spacing w:after="0"/>
        <w:jc w:val="both"/>
        <w:rPr>
          <w:rFonts w:ascii="Book Antiqua" w:hAnsi="Book Antiqua"/>
          <w:color w:val="000000" w:themeColor="text1"/>
          <w:lang w:val="id-ID"/>
        </w:rPr>
      </w:pPr>
    </w:p>
    <w:p w14:paraId="6B95BEB3" w14:textId="77777777" w:rsidR="008567BE" w:rsidRDefault="008567BE" w:rsidP="00771BE3">
      <w:pPr>
        <w:jc w:val="both"/>
        <w:rPr>
          <w:rFonts w:ascii="Book Antiqua" w:hAnsi="Book Antiqua"/>
          <w:b/>
          <w:bCs/>
          <w:color w:val="000000" w:themeColor="text1"/>
          <w:lang w:val="id-ID"/>
        </w:rPr>
      </w:pPr>
    </w:p>
    <w:p w14:paraId="65822BA2" w14:textId="77777777" w:rsidR="00196E4B" w:rsidRDefault="00196E4B" w:rsidP="00771BE3">
      <w:pPr>
        <w:jc w:val="both"/>
        <w:rPr>
          <w:rFonts w:ascii="Book Antiqua" w:hAnsi="Book Antiqua"/>
          <w:b/>
          <w:bCs/>
          <w:color w:val="000000" w:themeColor="text1"/>
          <w:lang w:val="id-ID"/>
        </w:rPr>
      </w:pPr>
    </w:p>
    <w:p w14:paraId="60646C49" w14:textId="77777777" w:rsidR="00196E4B" w:rsidRDefault="00196E4B" w:rsidP="00771BE3">
      <w:pPr>
        <w:jc w:val="both"/>
        <w:rPr>
          <w:rFonts w:ascii="Book Antiqua" w:hAnsi="Book Antiqua"/>
          <w:b/>
          <w:bCs/>
          <w:color w:val="000000" w:themeColor="text1"/>
          <w:lang w:val="id-ID"/>
        </w:rPr>
      </w:pPr>
    </w:p>
    <w:p w14:paraId="746C6656" w14:textId="77777777" w:rsidR="00196E4B" w:rsidRDefault="00196E4B" w:rsidP="00771BE3">
      <w:pPr>
        <w:jc w:val="both"/>
        <w:rPr>
          <w:rFonts w:ascii="Book Antiqua" w:hAnsi="Book Antiqua"/>
          <w:b/>
          <w:bCs/>
          <w:color w:val="000000" w:themeColor="text1"/>
          <w:lang w:val="id-ID"/>
        </w:rPr>
      </w:pPr>
    </w:p>
    <w:p w14:paraId="46B4835F" w14:textId="77777777" w:rsidR="00196E4B" w:rsidRDefault="00196E4B" w:rsidP="00771BE3">
      <w:pPr>
        <w:jc w:val="both"/>
        <w:rPr>
          <w:rFonts w:ascii="Book Antiqua" w:hAnsi="Book Antiqua"/>
          <w:b/>
          <w:bCs/>
          <w:color w:val="000000" w:themeColor="text1"/>
          <w:lang w:val="id-ID"/>
        </w:rPr>
      </w:pPr>
    </w:p>
    <w:p w14:paraId="02409E80" w14:textId="77777777" w:rsidR="00196E4B" w:rsidRDefault="00196E4B" w:rsidP="00771BE3">
      <w:pPr>
        <w:jc w:val="both"/>
        <w:rPr>
          <w:rFonts w:ascii="Book Antiqua" w:hAnsi="Book Antiqua"/>
          <w:b/>
          <w:bCs/>
          <w:color w:val="000000" w:themeColor="text1"/>
          <w:lang w:val="id-ID"/>
        </w:rPr>
      </w:pPr>
    </w:p>
    <w:p w14:paraId="278FE248" w14:textId="77777777" w:rsidR="00196E4B" w:rsidRDefault="00196E4B" w:rsidP="00771BE3">
      <w:pPr>
        <w:jc w:val="both"/>
        <w:rPr>
          <w:rFonts w:ascii="Book Antiqua" w:hAnsi="Book Antiqua"/>
          <w:b/>
          <w:bCs/>
          <w:color w:val="000000" w:themeColor="text1"/>
          <w:lang w:val="id-ID"/>
        </w:rPr>
      </w:pPr>
    </w:p>
    <w:p w14:paraId="45A16A1E" w14:textId="77777777" w:rsidR="00196E4B" w:rsidRDefault="00196E4B" w:rsidP="00771BE3">
      <w:pPr>
        <w:jc w:val="both"/>
        <w:rPr>
          <w:rFonts w:ascii="Book Antiqua" w:hAnsi="Book Antiqua"/>
          <w:b/>
          <w:bCs/>
          <w:color w:val="000000" w:themeColor="text1"/>
          <w:lang w:val="id-ID"/>
        </w:rPr>
      </w:pPr>
    </w:p>
    <w:p w14:paraId="7E704832" w14:textId="77777777" w:rsidR="00196E4B" w:rsidRDefault="00196E4B" w:rsidP="00771BE3">
      <w:pPr>
        <w:jc w:val="both"/>
        <w:rPr>
          <w:rFonts w:ascii="Book Antiqua" w:hAnsi="Book Antiqua"/>
          <w:b/>
          <w:bCs/>
          <w:color w:val="000000" w:themeColor="text1"/>
          <w:lang w:val="id-ID"/>
        </w:rPr>
      </w:pPr>
    </w:p>
    <w:p w14:paraId="2D299337" w14:textId="77777777" w:rsidR="00196E4B" w:rsidRPr="00EB1A9B" w:rsidRDefault="00196E4B" w:rsidP="00771BE3">
      <w:pPr>
        <w:jc w:val="both"/>
        <w:rPr>
          <w:rFonts w:ascii="Book Antiqua" w:hAnsi="Book Antiqua"/>
          <w:b/>
          <w:bCs/>
          <w:color w:val="000000" w:themeColor="text1"/>
          <w:lang w:val="id-ID"/>
        </w:rPr>
      </w:pPr>
    </w:p>
    <w:p w14:paraId="4B58C78F" w14:textId="77777777" w:rsidR="003832E5" w:rsidRPr="00EB1A9B" w:rsidRDefault="00721CE3" w:rsidP="00B73987">
      <w:pPr>
        <w:pStyle w:val="Heading1"/>
        <w:spacing w:before="0"/>
        <w:jc w:val="center"/>
        <w:rPr>
          <w:rFonts w:ascii="Book Antiqua" w:hAnsi="Book Antiqua"/>
          <w:color w:val="000000" w:themeColor="text1"/>
          <w:sz w:val="24"/>
          <w:szCs w:val="20"/>
          <w:lang w:val="id-ID"/>
        </w:rPr>
      </w:pPr>
      <w:bookmarkStart w:id="2" w:name="_Toc238061407"/>
      <w:r w:rsidRPr="00EB1A9B">
        <w:rPr>
          <w:rFonts w:ascii="Book Antiqua" w:hAnsi="Book Antiqua"/>
          <w:color w:val="000000" w:themeColor="text1"/>
          <w:sz w:val="24"/>
          <w:szCs w:val="20"/>
          <w:lang w:val="id-ID"/>
        </w:rPr>
        <w:lastRenderedPageBreak/>
        <w:t>ABSTRAK</w:t>
      </w:r>
      <w:bookmarkEnd w:id="2"/>
    </w:p>
    <w:p w14:paraId="7424527D" w14:textId="77777777" w:rsidR="00B73987" w:rsidRPr="00EB1A9B" w:rsidRDefault="00B73987" w:rsidP="00B73987">
      <w:pPr>
        <w:spacing w:after="0"/>
        <w:jc w:val="both"/>
        <w:rPr>
          <w:rFonts w:ascii="Book Antiqua" w:hAnsi="Book Antiqua"/>
          <w:color w:val="000000" w:themeColor="text1"/>
          <w:sz w:val="22"/>
          <w:szCs w:val="20"/>
          <w:lang w:val="id-ID"/>
        </w:rPr>
      </w:pPr>
    </w:p>
    <w:p w14:paraId="27EC8F7E" w14:textId="2877AF8C" w:rsidR="003832E5" w:rsidRPr="00EB1A9B" w:rsidRDefault="00721CE3" w:rsidP="00AE5235">
      <w:pPr>
        <w:spacing w:after="24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Tuliskan abstrak proposal tugas akhir di sini. Abstrak harus memuat ringkasan singkat mengenai latar belakang permasalahan, tujuan penelitian, metode yang digunakan (seperti pengumpulan data, pemrosesan awal, algoritma pemodelan, dan metode evaluasi), serta hasil/kontribusi yang diharapkan dari penelitian ini. Abstrak ditulis menggunakan format rata kanan-kiri (justified), 1 paragraf, dengan spasi tunggal dan panjang berkisar antara 150 hingga 250 kata.</w:t>
      </w:r>
      <w:r w:rsidR="00AE5235" w:rsidRPr="00EB1A9B">
        <w:rPr>
          <w:rFonts w:ascii="Book Antiqua" w:hAnsi="Book Antiqua"/>
          <w:color w:val="000000" w:themeColor="text1"/>
          <w:sz w:val="22"/>
          <w:szCs w:val="20"/>
          <w:lang w:val="id-ID"/>
        </w:rPr>
        <w:t xml:space="preserve"> Tuliskan 3-5 kata kunci urut abjad.</w:t>
      </w:r>
    </w:p>
    <w:p w14:paraId="3949A6BF" w14:textId="77777777" w:rsidR="003832E5" w:rsidRPr="00B72A3F" w:rsidRDefault="00721CE3">
      <w:pPr>
        <w:spacing w:after="480"/>
        <w:rPr>
          <w:rFonts w:ascii="Book Antiqua" w:hAnsi="Book Antiqua"/>
          <w:color w:val="000000" w:themeColor="text1"/>
          <w:sz w:val="22"/>
          <w:szCs w:val="20"/>
          <w:lang w:val="id-ID"/>
        </w:rPr>
      </w:pPr>
      <w:r w:rsidRPr="00B72A3F">
        <w:rPr>
          <w:rFonts w:ascii="Book Antiqua" w:hAnsi="Book Antiqua"/>
          <w:b/>
          <w:color w:val="000000" w:themeColor="text1"/>
          <w:sz w:val="20"/>
          <w:szCs w:val="20"/>
          <w:lang w:val="id-ID"/>
        </w:rPr>
        <w:t xml:space="preserve">Kata Kunci: </w:t>
      </w:r>
      <w:r w:rsidRPr="00B72A3F">
        <w:rPr>
          <w:rFonts w:ascii="Book Antiqua" w:hAnsi="Book Antiqua"/>
          <w:i/>
          <w:color w:val="000000" w:themeColor="text1"/>
          <w:sz w:val="20"/>
          <w:szCs w:val="20"/>
          <w:lang w:val="id-ID"/>
        </w:rPr>
        <w:t>Sains Data, Machine Learning, Prediksi, Unesa, Proposal Tugas Akhir.</w:t>
      </w:r>
    </w:p>
    <w:p w14:paraId="598EBC49" w14:textId="77777777" w:rsidR="003832E5" w:rsidRPr="00EB1A9B" w:rsidRDefault="00721CE3">
      <w:pPr>
        <w:rPr>
          <w:rFonts w:ascii="Book Antiqua" w:hAnsi="Book Antiqua"/>
          <w:color w:val="000000" w:themeColor="text1"/>
          <w:lang w:val="id-ID"/>
        </w:rPr>
      </w:pPr>
      <w:r w:rsidRPr="00EB1A9B">
        <w:rPr>
          <w:rFonts w:ascii="Book Antiqua" w:hAnsi="Book Antiqua"/>
          <w:color w:val="000000" w:themeColor="text1"/>
          <w:lang w:val="id-ID"/>
        </w:rPr>
        <w:br w:type="page"/>
      </w:r>
    </w:p>
    <w:p w14:paraId="53DA209F" w14:textId="77777777" w:rsidR="003832E5" w:rsidRPr="00EB1A9B" w:rsidRDefault="00721CE3" w:rsidP="00B73987">
      <w:pPr>
        <w:pStyle w:val="Heading1"/>
        <w:spacing w:before="0"/>
        <w:jc w:val="center"/>
        <w:rPr>
          <w:rFonts w:ascii="Book Antiqua" w:hAnsi="Book Antiqua"/>
          <w:color w:val="000000" w:themeColor="text1"/>
          <w:sz w:val="24"/>
          <w:szCs w:val="20"/>
          <w:lang w:val="id-ID"/>
        </w:rPr>
      </w:pPr>
      <w:bookmarkStart w:id="3" w:name="_Toc238061408"/>
      <w:r w:rsidRPr="00EB1A9B">
        <w:rPr>
          <w:rFonts w:ascii="Book Antiqua" w:hAnsi="Book Antiqua"/>
          <w:color w:val="000000" w:themeColor="text1"/>
          <w:sz w:val="24"/>
          <w:szCs w:val="20"/>
          <w:lang w:val="id-ID"/>
        </w:rPr>
        <w:lastRenderedPageBreak/>
        <w:t>DAFTAR ISI</w:t>
      </w:r>
      <w:bookmarkEnd w:id="3"/>
    </w:p>
    <w:sdt>
      <w:sdtPr>
        <w:rPr>
          <w:rFonts w:ascii="Book Antiqua" w:eastAsiaTheme="minorEastAsia" w:hAnsi="Book Antiqua" w:cstheme="minorBidi"/>
          <w:color w:val="333333"/>
          <w:sz w:val="22"/>
          <w:szCs w:val="22"/>
          <w:lang w:val="id-ID"/>
        </w:rPr>
        <w:id w:val="-866136917"/>
        <w:docPartObj>
          <w:docPartGallery w:val="Table of Contents"/>
          <w:docPartUnique/>
        </w:docPartObj>
      </w:sdtPr>
      <w:sdtEndPr>
        <w:rPr>
          <w:noProof/>
        </w:rPr>
      </w:sdtEndPr>
      <w:sdtContent>
        <w:p w14:paraId="4B5597B2" w14:textId="0AC030AA" w:rsidR="00B73987" w:rsidRPr="00BE2B5F" w:rsidRDefault="00B73987" w:rsidP="00B73987">
          <w:pPr>
            <w:pStyle w:val="TOCHeading"/>
            <w:spacing w:before="0"/>
            <w:rPr>
              <w:rFonts w:ascii="Book Antiqua" w:hAnsi="Book Antiqua"/>
              <w:sz w:val="22"/>
              <w:szCs w:val="22"/>
              <w:lang w:val="id-ID"/>
            </w:rPr>
          </w:pPr>
        </w:p>
        <w:p w14:paraId="332EBD8D" w14:textId="493246A2" w:rsidR="003511D2" w:rsidRPr="00BE2B5F" w:rsidRDefault="00B73987">
          <w:pPr>
            <w:pStyle w:val="TOC1"/>
            <w:tabs>
              <w:tab w:val="right" w:leader="dot" w:pos="9307"/>
            </w:tabs>
            <w:rPr>
              <w:rFonts w:ascii="Book Antiqua" w:hAnsi="Book Antiqua"/>
              <w:b/>
              <w:bCs/>
              <w:noProof/>
              <w:color w:val="auto"/>
              <w:kern w:val="2"/>
              <w:sz w:val="22"/>
              <w14:ligatures w14:val="standardContextual"/>
            </w:rPr>
          </w:pPr>
          <w:r w:rsidRPr="00BE2B5F">
            <w:rPr>
              <w:rFonts w:ascii="Book Antiqua" w:hAnsi="Book Antiqua"/>
              <w:b/>
              <w:bCs/>
              <w:sz w:val="22"/>
              <w:lang w:val="id-ID"/>
            </w:rPr>
            <w:fldChar w:fldCharType="begin"/>
          </w:r>
          <w:r w:rsidRPr="00BE2B5F">
            <w:rPr>
              <w:rFonts w:ascii="Book Antiqua" w:hAnsi="Book Antiqua"/>
              <w:b/>
              <w:bCs/>
              <w:sz w:val="22"/>
              <w:lang w:val="id-ID"/>
            </w:rPr>
            <w:instrText xml:space="preserve"> TOC \o "1-3" \h \z \u </w:instrText>
          </w:r>
          <w:r w:rsidRPr="00BE2B5F">
            <w:rPr>
              <w:rFonts w:ascii="Book Antiqua" w:hAnsi="Book Antiqua"/>
              <w:b/>
              <w:bCs/>
              <w:sz w:val="22"/>
              <w:lang w:val="id-ID"/>
            </w:rPr>
            <w:fldChar w:fldCharType="separate"/>
          </w:r>
          <w:hyperlink w:anchor="_Toc238061405" w:history="1">
            <w:r w:rsidR="003511D2" w:rsidRPr="00BE2B5F">
              <w:rPr>
                <w:rStyle w:val="Hyperlink"/>
                <w:rFonts w:ascii="Book Antiqua" w:hAnsi="Book Antiqua"/>
                <w:b/>
                <w:bCs/>
                <w:noProof/>
                <w:sz w:val="22"/>
                <w:lang w:val="id-ID"/>
              </w:rPr>
              <w:t>HALAMAN JUDUL</w:t>
            </w:r>
            <w:r w:rsidR="003511D2" w:rsidRPr="00BE2B5F">
              <w:rPr>
                <w:rFonts w:ascii="Book Antiqua" w:hAnsi="Book Antiqua"/>
                <w:bCs/>
                <w:noProof/>
                <w:webHidden/>
                <w:sz w:val="22"/>
              </w:rPr>
              <w:tab/>
            </w:r>
            <w:r w:rsidR="003511D2" w:rsidRPr="00BE2B5F">
              <w:rPr>
                <w:rFonts w:ascii="Book Antiqua" w:hAnsi="Book Antiqua"/>
                <w:bCs/>
                <w:noProof/>
                <w:webHidden/>
                <w:sz w:val="22"/>
              </w:rPr>
              <w:fldChar w:fldCharType="begin"/>
            </w:r>
            <w:r w:rsidR="003511D2" w:rsidRPr="00BE2B5F">
              <w:rPr>
                <w:rFonts w:ascii="Book Antiqua" w:hAnsi="Book Antiqua"/>
                <w:bCs/>
                <w:noProof/>
                <w:webHidden/>
                <w:sz w:val="22"/>
              </w:rPr>
              <w:instrText xml:space="preserve"> PAGEREF _Toc238061405 \h </w:instrText>
            </w:r>
            <w:r w:rsidR="003511D2" w:rsidRPr="00BE2B5F">
              <w:rPr>
                <w:rFonts w:ascii="Book Antiqua" w:hAnsi="Book Antiqua"/>
                <w:bCs/>
                <w:noProof/>
                <w:webHidden/>
                <w:sz w:val="22"/>
              </w:rPr>
            </w:r>
            <w:r w:rsidR="003511D2" w:rsidRPr="00BE2B5F">
              <w:rPr>
                <w:rFonts w:ascii="Book Antiqua" w:hAnsi="Book Antiqua"/>
                <w:bCs/>
                <w:noProof/>
                <w:webHidden/>
                <w:sz w:val="22"/>
              </w:rPr>
              <w:fldChar w:fldCharType="separate"/>
            </w:r>
            <w:r w:rsidR="009107FA">
              <w:rPr>
                <w:rFonts w:ascii="Book Antiqua" w:hAnsi="Book Antiqua"/>
                <w:bCs/>
                <w:noProof/>
                <w:webHidden/>
                <w:sz w:val="22"/>
              </w:rPr>
              <w:t>i</w:t>
            </w:r>
            <w:r w:rsidR="003511D2" w:rsidRPr="00BE2B5F">
              <w:rPr>
                <w:rFonts w:ascii="Book Antiqua" w:hAnsi="Book Antiqua"/>
                <w:bCs/>
                <w:noProof/>
                <w:webHidden/>
                <w:sz w:val="22"/>
              </w:rPr>
              <w:fldChar w:fldCharType="end"/>
            </w:r>
          </w:hyperlink>
        </w:p>
        <w:p w14:paraId="232AA99C" w14:textId="094FC4B6" w:rsidR="003511D2" w:rsidRPr="00BE2B5F" w:rsidRDefault="003511D2">
          <w:pPr>
            <w:pStyle w:val="TOC1"/>
            <w:tabs>
              <w:tab w:val="right" w:leader="dot" w:pos="9307"/>
            </w:tabs>
            <w:rPr>
              <w:rFonts w:ascii="Book Antiqua" w:hAnsi="Book Antiqua"/>
              <w:b/>
              <w:bCs/>
              <w:noProof/>
              <w:color w:val="auto"/>
              <w:kern w:val="2"/>
              <w:sz w:val="22"/>
              <w14:ligatures w14:val="standardContextual"/>
            </w:rPr>
          </w:pPr>
          <w:hyperlink w:anchor="_Toc238061406" w:history="1">
            <w:r w:rsidRPr="00BE2B5F">
              <w:rPr>
                <w:rStyle w:val="Hyperlink"/>
                <w:rFonts w:ascii="Book Antiqua" w:hAnsi="Book Antiqua"/>
                <w:b/>
                <w:bCs/>
                <w:noProof/>
                <w:sz w:val="22"/>
                <w:lang w:val="id-ID"/>
              </w:rPr>
              <w:t>HALAMAN PERSETUJUAN</w:t>
            </w:r>
            <w:r w:rsidRPr="00BE2B5F">
              <w:rPr>
                <w:rFonts w:ascii="Book Antiqua" w:hAnsi="Book Antiqua"/>
                <w:bCs/>
                <w:noProof/>
                <w:webHidden/>
                <w:sz w:val="22"/>
              </w:rPr>
              <w:tab/>
            </w:r>
            <w:r w:rsidRPr="00BE2B5F">
              <w:rPr>
                <w:rFonts w:ascii="Book Antiqua" w:hAnsi="Book Antiqua"/>
                <w:bCs/>
                <w:noProof/>
                <w:webHidden/>
                <w:sz w:val="22"/>
              </w:rPr>
              <w:fldChar w:fldCharType="begin"/>
            </w:r>
            <w:r w:rsidRPr="00BE2B5F">
              <w:rPr>
                <w:rFonts w:ascii="Book Antiqua" w:hAnsi="Book Antiqua"/>
                <w:bCs/>
                <w:noProof/>
                <w:webHidden/>
                <w:sz w:val="22"/>
              </w:rPr>
              <w:instrText xml:space="preserve"> PAGEREF _Toc238061406 \h </w:instrText>
            </w:r>
            <w:r w:rsidRPr="00BE2B5F">
              <w:rPr>
                <w:rFonts w:ascii="Book Antiqua" w:hAnsi="Book Antiqua"/>
                <w:bCs/>
                <w:noProof/>
                <w:webHidden/>
                <w:sz w:val="22"/>
              </w:rPr>
            </w:r>
            <w:r w:rsidRPr="00BE2B5F">
              <w:rPr>
                <w:rFonts w:ascii="Book Antiqua" w:hAnsi="Book Antiqua"/>
                <w:bCs/>
                <w:noProof/>
                <w:webHidden/>
                <w:sz w:val="22"/>
              </w:rPr>
              <w:fldChar w:fldCharType="separate"/>
            </w:r>
            <w:r w:rsidR="009107FA">
              <w:rPr>
                <w:rFonts w:ascii="Book Antiqua" w:hAnsi="Book Antiqua"/>
                <w:bCs/>
                <w:noProof/>
                <w:webHidden/>
                <w:sz w:val="22"/>
              </w:rPr>
              <w:t>ii</w:t>
            </w:r>
            <w:r w:rsidRPr="00BE2B5F">
              <w:rPr>
                <w:rFonts w:ascii="Book Antiqua" w:hAnsi="Book Antiqua"/>
                <w:bCs/>
                <w:noProof/>
                <w:webHidden/>
                <w:sz w:val="22"/>
              </w:rPr>
              <w:fldChar w:fldCharType="end"/>
            </w:r>
          </w:hyperlink>
        </w:p>
        <w:p w14:paraId="36B981EA" w14:textId="58D6DC2A" w:rsidR="003511D2" w:rsidRPr="00BE2B5F" w:rsidRDefault="003511D2">
          <w:pPr>
            <w:pStyle w:val="TOC1"/>
            <w:tabs>
              <w:tab w:val="right" w:leader="dot" w:pos="9307"/>
            </w:tabs>
            <w:rPr>
              <w:rFonts w:ascii="Book Antiqua" w:hAnsi="Book Antiqua"/>
              <w:b/>
              <w:bCs/>
              <w:noProof/>
              <w:color w:val="auto"/>
              <w:kern w:val="2"/>
              <w:sz w:val="22"/>
              <w14:ligatures w14:val="standardContextual"/>
            </w:rPr>
          </w:pPr>
          <w:hyperlink w:anchor="_Toc238061407" w:history="1">
            <w:r w:rsidRPr="00BE2B5F">
              <w:rPr>
                <w:rStyle w:val="Hyperlink"/>
                <w:rFonts w:ascii="Book Antiqua" w:hAnsi="Book Antiqua"/>
                <w:b/>
                <w:bCs/>
                <w:noProof/>
                <w:sz w:val="22"/>
                <w:lang w:val="id-ID"/>
              </w:rPr>
              <w:t>ABSTRAK</w:t>
            </w:r>
            <w:r w:rsidRPr="00BE2B5F">
              <w:rPr>
                <w:rFonts w:ascii="Book Antiqua" w:hAnsi="Book Antiqua"/>
                <w:bCs/>
                <w:noProof/>
                <w:webHidden/>
                <w:sz w:val="22"/>
              </w:rPr>
              <w:tab/>
            </w:r>
            <w:r w:rsidRPr="00BE2B5F">
              <w:rPr>
                <w:rFonts w:ascii="Book Antiqua" w:hAnsi="Book Antiqua"/>
                <w:bCs/>
                <w:noProof/>
                <w:webHidden/>
                <w:sz w:val="22"/>
              </w:rPr>
              <w:fldChar w:fldCharType="begin"/>
            </w:r>
            <w:r w:rsidRPr="00BE2B5F">
              <w:rPr>
                <w:rFonts w:ascii="Book Antiqua" w:hAnsi="Book Antiqua"/>
                <w:bCs/>
                <w:noProof/>
                <w:webHidden/>
                <w:sz w:val="22"/>
              </w:rPr>
              <w:instrText xml:space="preserve"> PAGEREF _Toc238061407 \h </w:instrText>
            </w:r>
            <w:r w:rsidRPr="00BE2B5F">
              <w:rPr>
                <w:rFonts w:ascii="Book Antiqua" w:hAnsi="Book Antiqua"/>
                <w:bCs/>
                <w:noProof/>
                <w:webHidden/>
                <w:sz w:val="22"/>
              </w:rPr>
            </w:r>
            <w:r w:rsidRPr="00BE2B5F">
              <w:rPr>
                <w:rFonts w:ascii="Book Antiqua" w:hAnsi="Book Antiqua"/>
                <w:bCs/>
                <w:noProof/>
                <w:webHidden/>
                <w:sz w:val="22"/>
              </w:rPr>
              <w:fldChar w:fldCharType="separate"/>
            </w:r>
            <w:r w:rsidR="009107FA">
              <w:rPr>
                <w:rFonts w:ascii="Book Antiqua" w:hAnsi="Book Antiqua"/>
                <w:bCs/>
                <w:noProof/>
                <w:webHidden/>
                <w:sz w:val="22"/>
              </w:rPr>
              <w:t>iii</w:t>
            </w:r>
            <w:r w:rsidRPr="00BE2B5F">
              <w:rPr>
                <w:rFonts w:ascii="Book Antiqua" w:hAnsi="Book Antiqua"/>
                <w:bCs/>
                <w:noProof/>
                <w:webHidden/>
                <w:sz w:val="22"/>
              </w:rPr>
              <w:fldChar w:fldCharType="end"/>
            </w:r>
          </w:hyperlink>
        </w:p>
        <w:p w14:paraId="05B9C959" w14:textId="4D4B81A2" w:rsidR="003511D2" w:rsidRPr="00BE2B5F" w:rsidRDefault="003511D2">
          <w:pPr>
            <w:pStyle w:val="TOC1"/>
            <w:tabs>
              <w:tab w:val="right" w:leader="dot" w:pos="9307"/>
            </w:tabs>
            <w:rPr>
              <w:rFonts w:ascii="Book Antiqua" w:hAnsi="Book Antiqua"/>
              <w:b/>
              <w:bCs/>
              <w:noProof/>
              <w:color w:val="auto"/>
              <w:kern w:val="2"/>
              <w:sz w:val="22"/>
              <w14:ligatures w14:val="standardContextual"/>
            </w:rPr>
          </w:pPr>
          <w:hyperlink w:anchor="_Toc238061408" w:history="1">
            <w:r w:rsidRPr="00BE2B5F">
              <w:rPr>
                <w:rStyle w:val="Hyperlink"/>
                <w:rFonts w:ascii="Book Antiqua" w:hAnsi="Book Antiqua"/>
                <w:b/>
                <w:bCs/>
                <w:noProof/>
                <w:sz w:val="22"/>
                <w:lang w:val="id-ID"/>
              </w:rPr>
              <w:t>DAFTAR ISI</w:t>
            </w:r>
            <w:r w:rsidRPr="00BE2B5F">
              <w:rPr>
                <w:rFonts w:ascii="Book Antiqua" w:hAnsi="Book Antiqua"/>
                <w:bCs/>
                <w:noProof/>
                <w:webHidden/>
                <w:sz w:val="22"/>
              </w:rPr>
              <w:tab/>
            </w:r>
            <w:r w:rsidRPr="00BE2B5F">
              <w:rPr>
                <w:rFonts w:ascii="Book Antiqua" w:hAnsi="Book Antiqua"/>
                <w:bCs/>
                <w:noProof/>
                <w:webHidden/>
                <w:sz w:val="22"/>
              </w:rPr>
              <w:fldChar w:fldCharType="begin"/>
            </w:r>
            <w:r w:rsidRPr="00BE2B5F">
              <w:rPr>
                <w:rFonts w:ascii="Book Antiqua" w:hAnsi="Book Antiqua"/>
                <w:bCs/>
                <w:noProof/>
                <w:webHidden/>
                <w:sz w:val="22"/>
              </w:rPr>
              <w:instrText xml:space="preserve"> PAGEREF _Toc238061408 \h </w:instrText>
            </w:r>
            <w:r w:rsidRPr="00BE2B5F">
              <w:rPr>
                <w:rFonts w:ascii="Book Antiqua" w:hAnsi="Book Antiqua"/>
                <w:bCs/>
                <w:noProof/>
                <w:webHidden/>
                <w:sz w:val="22"/>
              </w:rPr>
            </w:r>
            <w:r w:rsidRPr="00BE2B5F">
              <w:rPr>
                <w:rFonts w:ascii="Book Antiqua" w:hAnsi="Book Antiqua"/>
                <w:bCs/>
                <w:noProof/>
                <w:webHidden/>
                <w:sz w:val="22"/>
              </w:rPr>
              <w:fldChar w:fldCharType="separate"/>
            </w:r>
            <w:r w:rsidR="009107FA">
              <w:rPr>
                <w:rFonts w:ascii="Book Antiqua" w:hAnsi="Book Antiqua"/>
                <w:bCs/>
                <w:noProof/>
                <w:webHidden/>
                <w:sz w:val="22"/>
              </w:rPr>
              <w:t>iv</w:t>
            </w:r>
            <w:r w:rsidRPr="00BE2B5F">
              <w:rPr>
                <w:rFonts w:ascii="Book Antiqua" w:hAnsi="Book Antiqua"/>
                <w:bCs/>
                <w:noProof/>
                <w:webHidden/>
                <w:sz w:val="22"/>
              </w:rPr>
              <w:fldChar w:fldCharType="end"/>
            </w:r>
          </w:hyperlink>
        </w:p>
        <w:p w14:paraId="436E1EEB" w14:textId="291FB302" w:rsidR="003511D2" w:rsidRPr="00BE2B5F" w:rsidRDefault="003511D2">
          <w:pPr>
            <w:pStyle w:val="TOC1"/>
            <w:tabs>
              <w:tab w:val="right" w:leader="dot" w:pos="9307"/>
            </w:tabs>
            <w:rPr>
              <w:rFonts w:ascii="Book Antiqua" w:hAnsi="Book Antiqua"/>
              <w:b/>
              <w:bCs/>
              <w:noProof/>
              <w:color w:val="auto"/>
              <w:kern w:val="2"/>
              <w:sz w:val="22"/>
              <w14:ligatures w14:val="standardContextual"/>
            </w:rPr>
          </w:pPr>
          <w:hyperlink w:anchor="_Toc238061409" w:history="1">
            <w:r w:rsidRPr="00BE2B5F">
              <w:rPr>
                <w:rStyle w:val="Hyperlink"/>
                <w:rFonts w:ascii="Book Antiqua" w:hAnsi="Book Antiqua"/>
                <w:b/>
                <w:bCs/>
                <w:noProof/>
                <w:sz w:val="22"/>
                <w:lang w:val="id-ID"/>
              </w:rPr>
              <w:t>BAB I</w:t>
            </w:r>
            <w:r w:rsidR="00BE2B5F" w:rsidRPr="00BE2B5F">
              <w:rPr>
                <w:rStyle w:val="Hyperlink"/>
                <w:rFonts w:ascii="Book Antiqua" w:hAnsi="Book Antiqua"/>
                <w:b/>
                <w:bCs/>
                <w:noProof/>
                <w:sz w:val="22"/>
                <w:lang w:val="id-ID"/>
              </w:rPr>
              <w:t xml:space="preserve"> PENDAHULUAN</w:t>
            </w:r>
            <w:r w:rsidRPr="00BE2B5F">
              <w:rPr>
                <w:rFonts w:ascii="Book Antiqua" w:hAnsi="Book Antiqua"/>
                <w:bCs/>
                <w:noProof/>
                <w:webHidden/>
                <w:sz w:val="22"/>
              </w:rPr>
              <w:tab/>
            </w:r>
            <w:r w:rsidRPr="00BE2B5F">
              <w:rPr>
                <w:rFonts w:ascii="Book Antiqua" w:hAnsi="Book Antiqua"/>
                <w:bCs/>
                <w:noProof/>
                <w:webHidden/>
                <w:sz w:val="22"/>
              </w:rPr>
              <w:fldChar w:fldCharType="begin"/>
            </w:r>
            <w:r w:rsidRPr="00BE2B5F">
              <w:rPr>
                <w:rFonts w:ascii="Book Antiqua" w:hAnsi="Book Antiqua"/>
                <w:bCs/>
                <w:noProof/>
                <w:webHidden/>
                <w:sz w:val="22"/>
              </w:rPr>
              <w:instrText xml:space="preserve"> PAGEREF _Toc238061409 \h </w:instrText>
            </w:r>
            <w:r w:rsidRPr="00BE2B5F">
              <w:rPr>
                <w:rFonts w:ascii="Book Antiqua" w:hAnsi="Book Antiqua"/>
                <w:bCs/>
                <w:noProof/>
                <w:webHidden/>
                <w:sz w:val="22"/>
              </w:rPr>
            </w:r>
            <w:r w:rsidRPr="00BE2B5F">
              <w:rPr>
                <w:rFonts w:ascii="Book Antiqua" w:hAnsi="Book Antiqua"/>
                <w:bCs/>
                <w:noProof/>
                <w:webHidden/>
                <w:sz w:val="22"/>
              </w:rPr>
              <w:fldChar w:fldCharType="separate"/>
            </w:r>
            <w:r w:rsidR="009107FA">
              <w:rPr>
                <w:rFonts w:ascii="Book Antiqua" w:hAnsi="Book Antiqua"/>
                <w:bCs/>
                <w:noProof/>
                <w:webHidden/>
                <w:sz w:val="22"/>
              </w:rPr>
              <w:t>1</w:t>
            </w:r>
            <w:r w:rsidRPr="00BE2B5F">
              <w:rPr>
                <w:rFonts w:ascii="Book Antiqua" w:hAnsi="Book Antiqua"/>
                <w:bCs/>
                <w:noProof/>
                <w:webHidden/>
                <w:sz w:val="22"/>
              </w:rPr>
              <w:fldChar w:fldCharType="end"/>
            </w:r>
          </w:hyperlink>
        </w:p>
        <w:p w14:paraId="3CC0EEE5" w14:textId="1D114DF5" w:rsidR="003511D2" w:rsidRPr="00BE2B5F" w:rsidRDefault="003511D2">
          <w:pPr>
            <w:pStyle w:val="TOC2"/>
            <w:tabs>
              <w:tab w:val="left" w:pos="960"/>
              <w:tab w:val="right" w:leader="dot" w:pos="9307"/>
            </w:tabs>
            <w:rPr>
              <w:rFonts w:ascii="Book Antiqua" w:hAnsi="Book Antiqua"/>
              <w:noProof/>
              <w:color w:val="auto"/>
              <w:kern w:val="2"/>
              <w:sz w:val="22"/>
              <w14:ligatures w14:val="standardContextual"/>
            </w:rPr>
          </w:pPr>
          <w:hyperlink w:anchor="_Toc238061411" w:history="1">
            <w:r w:rsidRPr="00BE2B5F">
              <w:rPr>
                <w:rStyle w:val="Hyperlink"/>
                <w:rFonts w:ascii="Book Antiqua" w:hAnsi="Book Antiqua"/>
                <w:noProof/>
                <w:sz w:val="22"/>
                <w:lang w:val="id-ID"/>
              </w:rPr>
              <w:t>1.1</w:t>
            </w:r>
            <w:r w:rsidRPr="00BE2B5F">
              <w:rPr>
                <w:rFonts w:ascii="Book Antiqua" w:hAnsi="Book Antiqua"/>
                <w:noProof/>
                <w:color w:val="auto"/>
                <w:kern w:val="2"/>
                <w:sz w:val="22"/>
                <w14:ligatures w14:val="standardContextual"/>
              </w:rPr>
              <w:tab/>
            </w:r>
            <w:r w:rsidRPr="00BE2B5F">
              <w:rPr>
                <w:rStyle w:val="Hyperlink"/>
                <w:rFonts w:ascii="Book Antiqua" w:hAnsi="Book Antiqua"/>
                <w:noProof/>
                <w:sz w:val="22"/>
                <w:lang w:val="id-ID"/>
              </w:rPr>
              <w:t>Latar Belakang</w:t>
            </w:r>
            <w:r w:rsidRPr="00BE2B5F">
              <w:rPr>
                <w:rFonts w:ascii="Book Antiqua" w:hAnsi="Book Antiqua"/>
                <w:noProof/>
                <w:webHidden/>
                <w:sz w:val="22"/>
              </w:rPr>
              <w:tab/>
            </w:r>
            <w:r w:rsidRPr="00BE2B5F">
              <w:rPr>
                <w:rFonts w:ascii="Book Antiqua" w:hAnsi="Book Antiqua"/>
                <w:noProof/>
                <w:webHidden/>
                <w:sz w:val="22"/>
              </w:rPr>
              <w:fldChar w:fldCharType="begin"/>
            </w:r>
            <w:r w:rsidRPr="00BE2B5F">
              <w:rPr>
                <w:rFonts w:ascii="Book Antiqua" w:hAnsi="Book Antiqua"/>
                <w:noProof/>
                <w:webHidden/>
                <w:sz w:val="22"/>
              </w:rPr>
              <w:instrText xml:space="preserve"> PAGEREF _Toc238061411 \h </w:instrText>
            </w:r>
            <w:r w:rsidRPr="00BE2B5F">
              <w:rPr>
                <w:rFonts w:ascii="Book Antiqua" w:hAnsi="Book Antiqua"/>
                <w:noProof/>
                <w:webHidden/>
                <w:sz w:val="22"/>
              </w:rPr>
            </w:r>
            <w:r w:rsidRPr="00BE2B5F">
              <w:rPr>
                <w:rFonts w:ascii="Book Antiqua" w:hAnsi="Book Antiqua"/>
                <w:noProof/>
                <w:webHidden/>
                <w:sz w:val="22"/>
              </w:rPr>
              <w:fldChar w:fldCharType="separate"/>
            </w:r>
            <w:r w:rsidR="009107FA">
              <w:rPr>
                <w:rFonts w:ascii="Book Antiqua" w:hAnsi="Book Antiqua"/>
                <w:noProof/>
                <w:webHidden/>
                <w:sz w:val="22"/>
              </w:rPr>
              <w:t>1</w:t>
            </w:r>
            <w:r w:rsidRPr="00BE2B5F">
              <w:rPr>
                <w:rFonts w:ascii="Book Antiqua" w:hAnsi="Book Antiqua"/>
                <w:noProof/>
                <w:webHidden/>
                <w:sz w:val="22"/>
              </w:rPr>
              <w:fldChar w:fldCharType="end"/>
            </w:r>
          </w:hyperlink>
        </w:p>
        <w:p w14:paraId="5099993D" w14:textId="615F07C3" w:rsidR="003511D2" w:rsidRPr="00BE2B5F" w:rsidRDefault="003511D2">
          <w:pPr>
            <w:pStyle w:val="TOC2"/>
            <w:tabs>
              <w:tab w:val="left" w:pos="960"/>
              <w:tab w:val="right" w:leader="dot" w:pos="9307"/>
            </w:tabs>
            <w:rPr>
              <w:rFonts w:ascii="Book Antiqua" w:hAnsi="Book Antiqua"/>
              <w:noProof/>
              <w:color w:val="auto"/>
              <w:kern w:val="2"/>
              <w:sz w:val="22"/>
              <w14:ligatures w14:val="standardContextual"/>
            </w:rPr>
          </w:pPr>
          <w:hyperlink w:anchor="_Toc238061412" w:history="1">
            <w:r w:rsidRPr="00BE2B5F">
              <w:rPr>
                <w:rStyle w:val="Hyperlink"/>
                <w:rFonts w:ascii="Book Antiqua" w:hAnsi="Book Antiqua"/>
                <w:noProof/>
                <w:sz w:val="22"/>
                <w:lang w:val="id-ID"/>
              </w:rPr>
              <w:t>1.2</w:t>
            </w:r>
            <w:r w:rsidRPr="00BE2B5F">
              <w:rPr>
                <w:rFonts w:ascii="Book Antiqua" w:hAnsi="Book Antiqua"/>
                <w:noProof/>
                <w:color w:val="auto"/>
                <w:kern w:val="2"/>
                <w:sz w:val="22"/>
                <w14:ligatures w14:val="standardContextual"/>
              </w:rPr>
              <w:tab/>
            </w:r>
            <w:r w:rsidRPr="00BE2B5F">
              <w:rPr>
                <w:rStyle w:val="Hyperlink"/>
                <w:rFonts w:ascii="Book Antiqua" w:hAnsi="Book Antiqua"/>
                <w:noProof/>
                <w:sz w:val="22"/>
                <w:lang w:val="id-ID"/>
              </w:rPr>
              <w:t>Rumusan Masalah</w:t>
            </w:r>
            <w:r w:rsidRPr="00BE2B5F">
              <w:rPr>
                <w:rFonts w:ascii="Book Antiqua" w:hAnsi="Book Antiqua"/>
                <w:noProof/>
                <w:webHidden/>
                <w:sz w:val="22"/>
              </w:rPr>
              <w:tab/>
            </w:r>
            <w:r w:rsidRPr="00BE2B5F">
              <w:rPr>
                <w:rFonts w:ascii="Book Antiqua" w:hAnsi="Book Antiqua"/>
                <w:noProof/>
                <w:webHidden/>
                <w:sz w:val="22"/>
              </w:rPr>
              <w:fldChar w:fldCharType="begin"/>
            </w:r>
            <w:r w:rsidRPr="00BE2B5F">
              <w:rPr>
                <w:rFonts w:ascii="Book Antiqua" w:hAnsi="Book Antiqua"/>
                <w:noProof/>
                <w:webHidden/>
                <w:sz w:val="22"/>
              </w:rPr>
              <w:instrText xml:space="preserve"> PAGEREF _Toc238061412 \h </w:instrText>
            </w:r>
            <w:r w:rsidRPr="00BE2B5F">
              <w:rPr>
                <w:rFonts w:ascii="Book Antiqua" w:hAnsi="Book Antiqua"/>
                <w:noProof/>
                <w:webHidden/>
                <w:sz w:val="22"/>
              </w:rPr>
            </w:r>
            <w:r w:rsidRPr="00BE2B5F">
              <w:rPr>
                <w:rFonts w:ascii="Book Antiqua" w:hAnsi="Book Antiqua"/>
                <w:noProof/>
                <w:webHidden/>
                <w:sz w:val="22"/>
              </w:rPr>
              <w:fldChar w:fldCharType="separate"/>
            </w:r>
            <w:r w:rsidR="009107FA">
              <w:rPr>
                <w:rFonts w:ascii="Book Antiqua" w:hAnsi="Book Antiqua"/>
                <w:noProof/>
                <w:webHidden/>
                <w:sz w:val="22"/>
              </w:rPr>
              <w:t>1</w:t>
            </w:r>
            <w:r w:rsidRPr="00BE2B5F">
              <w:rPr>
                <w:rFonts w:ascii="Book Antiqua" w:hAnsi="Book Antiqua"/>
                <w:noProof/>
                <w:webHidden/>
                <w:sz w:val="22"/>
              </w:rPr>
              <w:fldChar w:fldCharType="end"/>
            </w:r>
          </w:hyperlink>
        </w:p>
        <w:p w14:paraId="2F988F08" w14:textId="0F838FA0" w:rsidR="003511D2" w:rsidRPr="00BE2B5F" w:rsidRDefault="003511D2">
          <w:pPr>
            <w:pStyle w:val="TOC2"/>
            <w:tabs>
              <w:tab w:val="left" w:pos="960"/>
              <w:tab w:val="right" w:leader="dot" w:pos="9307"/>
            </w:tabs>
            <w:rPr>
              <w:rFonts w:ascii="Book Antiqua" w:hAnsi="Book Antiqua"/>
              <w:noProof/>
              <w:color w:val="auto"/>
              <w:kern w:val="2"/>
              <w:sz w:val="22"/>
              <w14:ligatures w14:val="standardContextual"/>
            </w:rPr>
          </w:pPr>
          <w:hyperlink w:anchor="_Toc238061413" w:history="1">
            <w:r w:rsidRPr="00BE2B5F">
              <w:rPr>
                <w:rStyle w:val="Hyperlink"/>
                <w:rFonts w:ascii="Book Antiqua" w:hAnsi="Book Antiqua"/>
                <w:noProof/>
                <w:sz w:val="22"/>
                <w:lang w:val="id-ID"/>
              </w:rPr>
              <w:t>1.3</w:t>
            </w:r>
            <w:r w:rsidRPr="00BE2B5F">
              <w:rPr>
                <w:rFonts w:ascii="Book Antiqua" w:hAnsi="Book Antiqua"/>
                <w:noProof/>
                <w:color w:val="auto"/>
                <w:kern w:val="2"/>
                <w:sz w:val="22"/>
                <w14:ligatures w14:val="standardContextual"/>
              </w:rPr>
              <w:tab/>
            </w:r>
            <w:r w:rsidRPr="00BE2B5F">
              <w:rPr>
                <w:rStyle w:val="Hyperlink"/>
                <w:rFonts w:ascii="Book Antiqua" w:hAnsi="Book Antiqua"/>
                <w:noProof/>
                <w:sz w:val="22"/>
                <w:lang w:val="id-ID"/>
              </w:rPr>
              <w:t>Tujuan</w:t>
            </w:r>
            <w:r w:rsidRPr="00BE2B5F">
              <w:rPr>
                <w:rFonts w:ascii="Book Antiqua" w:hAnsi="Book Antiqua"/>
                <w:noProof/>
                <w:webHidden/>
                <w:sz w:val="22"/>
              </w:rPr>
              <w:tab/>
            </w:r>
            <w:r w:rsidRPr="00BE2B5F">
              <w:rPr>
                <w:rFonts w:ascii="Book Antiqua" w:hAnsi="Book Antiqua"/>
                <w:noProof/>
                <w:webHidden/>
                <w:sz w:val="22"/>
              </w:rPr>
              <w:fldChar w:fldCharType="begin"/>
            </w:r>
            <w:r w:rsidRPr="00BE2B5F">
              <w:rPr>
                <w:rFonts w:ascii="Book Antiqua" w:hAnsi="Book Antiqua"/>
                <w:noProof/>
                <w:webHidden/>
                <w:sz w:val="22"/>
              </w:rPr>
              <w:instrText xml:space="preserve"> PAGEREF _Toc238061413 \h </w:instrText>
            </w:r>
            <w:r w:rsidRPr="00BE2B5F">
              <w:rPr>
                <w:rFonts w:ascii="Book Antiqua" w:hAnsi="Book Antiqua"/>
                <w:noProof/>
                <w:webHidden/>
                <w:sz w:val="22"/>
              </w:rPr>
            </w:r>
            <w:r w:rsidRPr="00BE2B5F">
              <w:rPr>
                <w:rFonts w:ascii="Book Antiqua" w:hAnsi="Book Antiqua"/>
                <w:noProof/>
                <w:webHidden/>
                <w:sz w:val="22"/>
              </w:rPr>
              <w:fldChar w:fldCharType="separate"/>
            </w:r>
            <w:r w:rsidR="009107FA">
              <w:rPr>
                <w:rFonts w:ascii="Book Antiqua" w:hAnsi="Book Antiqua"/>
                <w:noProof/>
                <w:webHidden/>
                <w:sz w:val="22"/>
              </w:rPr>
              <w:t>1</w:t>
            </w:r>
            <w:r w:rsidRPr="00BE2B5F">
              <w:rPr>
                <w:rFonts w:ascii="Book Antiqua" w:hAnsi="Book Antiqua"/>
                <w:noProof/>
                <w:webHidden/>
                <w:sz w:val="22"/>
              </w:rPr>
              <w:fldChar w:fldCharType="end"/>
            </w:r>
          </w:hyperlink>
        </w:p>
        <w:p w14:paraId="0AB3DF88" w14:textId="68288F72" w:rsidR="003511D2" w:rsidRPr="00BE2B5F" w:rsidRDefault="003511D2">
          <w:pPr>
            <w:pStyle w:val="TOC2"/>
            <w:tabs>
              <w:tab w:val="left" w:pos="960"/>
              <w:tab w:val="right" w:leader="dot" w:pos="9307"/>
            </w:tabs>
            <w:rPr>
              <w:rFonts w:ascii="Book Antiqua" w:hAnsi="Book Antiqua"/>
              <w:noProof/>
              <w:color w:val="auto"/>
              <w:kern w:val="2"/>
              <w:sz w:val="22"/>
              <w14:ligatures w14:val="standardContextual"/>
            </w:rPr>
          </w:pPr>
          <w:hyperlink w:anchor="_Toc238061414" w:history="1">
            <w:r w:rsidRPr="00BE2B5F">
              <w:rPr>
                <w:rStyle w:val="Hyperlink"/>
                <w:rFonts w:ascii="Book Antiqua" w:hAnsi="Book Antiqua"/>
                <w:noProof/>
                <w:sz w:val="22"/>
                <w:lang w:val="id-ID"/>
              </w:rPr>
              <w:t>1.4</w:t>
            </w:r>
            <w:r w:rsidRPr="00BE2B5F">
              <w:rPr>
                <w:rFonts w:ascii="Book Antiqua" w:hAnsi="Book Antiqua"/>
                <w:noProof/>
                <w:color w:val="auto"/>
                <w:kern w:val="2"/>
                <w:sz w:val="22"/>
                <w14:ligatures w14:val="standardContextual"/>
              </w:rPr>
              <w:tab/>
            </w:r>
            <w:r w:rsidRPr="00BE2B5F">
              <w:rPr>
                <w:rStyle w:val="Hyperlink"/>
                <w:rFonts w:ascii="Book Antiqua" w:hAnsi="Book Antiqua"/>
                <w:noProof/>
                <w:sz w:val="22"/>
                <w:lang w:val="id-ID"/>
              </w:rPr>
              <w:t>Manfaat</w:t>
            </w:r>
            <w:r w:rsidRPr="00BE2B5F">
              <w:rPr>
                <w:rFonts w:ascii="Book Antiqua" w:hAnsi="Book Antiqua"/>
                <w:noProof/>
                <w:webHidden/>
                <w:sz w:val="22"/>
              </w:rPr>
              <w:tab/>
            </w:r>
            <w:r w:rsidRPr="00BE2B5F">
              <w:rPr>
                <w:rFonts w:ascii="Book Antiqua" w:hAnsi="Book Antiqua"/>
                <w:noProof/>
                <w:webHidden/>
                <w:sz w:val="22"/>
              </w:rPr>
              <w:fldChar w:fldCharType="begin"/>
            </w:r>
            <w:r w:rsidRPr="00BE2B5F">
              <w:rPr>
                <w:rFonts w:ascii="Book Antiqua" w:hAnsi="Book Antiqua"/>
                <w:noProof/>
                <w:webHidden/>
                <w:sz w:val="22"/>
              </w:rPr>
              <w:instrText xml:space="preserve"> PAGEREF _Toc238061414 \h </w:instrText>
            </w:r>
            <w:r w:rsidRPr="00BE2B5F">
              <w:rPr>
                <w:rFonts w:ascii="Book Antiqua" w:hAnsi="Book Antiqua"/>
                <w:noProof/>
                <w:webHidden/>
                <w:sz w:val="22"/>
              </w:rPr>
            </w:r>
            <w:r w:rsidRPr="00BE2B5F">
              <w:rPr>
                <w:rFonts w:ascii="Book Antiqua" w:hAnsi="Book Antiqua"/>
                <w:noProof/>
                <w:webHidden/>
                <w:sz w:val="22"/>
              </w:rPr>
              <w:fldChar w:fldCharType="separate"/>
            </w:r>
            <w:r w:rsidR="009107FA">
              <w:rPr>
                <w:rFonts w:ascii="Book Antiqua" w:hAnsi="Book Antiqua"/>
                <w:noProof/>
                <w:webHidden/>
                <w:sz w:val="22"/>
              </w:rPr>
              <w:t>1</w:t>
            </w:r>
            <w:r w:rsidRPr="00BE2B5F">
              <w:rPr>
                <w:rFonts w:ascii="Book Antiqua" w:hAnsi="Book Antiqua"/>
                <w:noProof/>
                <w:webHidden/>
                <w:sz w:val="22"/>
              </w:rPr>
              <w:fldChar w:fldCharType="end"/>
            </w:r>
          </w:hyperlink>
        </w:p>
        <w:p w14:paraId="31930BAB" w14:textId="51BBDF32" w:rsidR="003511D2" w:rsidRPr="00BE2B5F" w:rsidRDefault="003511D2">
          <w:pPr>
            <w:pStyle w:val="TOC2"/>
            <w:tabs>
              <w:tab w:val="left" w:pos="960"/>
              <w:tab w:val="right" w:leader="dot" w:pos="9307"/>
            </w:tabs>
            <w:rPr>
              <w:rFonts w:ascii="Book Antiqua" w:hAnsi="Book Antiqua"/>
              <w:noProof/>
              <w:color w:val="auto"/>
              <w:kern w:val="2"/>
              <w:sz w:val="22"/>
              <w14:ligatures w14:val="standardContextual"/>
            </w:rPr>
          </w:pPr>
          <w:hyperlink w:anchor="_Toc238061415" w:history="1">
            <w:r w:rsidRPr="00BE2B5F">
              <w:rPr>
                <w:rStyle w:val="Hyperlink"/>
                <w:rFonts w:ascii="Book Antiqua" w:hAnsi="Book Antiqua"/>
                <w:noProof/>
                <w:sz w:val="22"/>
                <w:lang w:val="id-ID"/>
              </w:rPr>
              <w:t>1.5</w:t>
            </w:r>
            <w:r w:rsidRPr="00BE2B5F">
              <w:rPr>
                <w:rFonts w:ascii="Book Antiqua" w:hAnsi="Book Antiqua"/>
                <w:noProof/>
                <w:color w:val="auto"/>
                <w:kern w:val="2"/>
                <w:sz w:val="22"/>
                <w14:ligatures w14:val="standardContextual"/>
              </w:rPr>
              <w:tab/>
            </w:r>
            <w:r w:rsidRPr="00BE2B5F">
              <w:rPr>
                <w:rStyle w:val="Hyperlink"/>
                <w:rFonts w:ascii="Book Antiqua" w:hAnsi="Book Antiqua"/>
                <w:noProof/>
                <w:sz w:val="22"/>
                <w:lang w:val="id-ID"/>
              </w:rPr>
              <w:t>Batasan Penelitian</w:t>
            </w:r>
            <w:r w:rsidRPr="00BE2B5F">
              <w:rPr>
                <w:rFonts w:ascii="Book Antiqua" w:hAnsi="Book Antiqua"/>
                <w:noProof/>
                <w:webHidden/>
                <w:sz w:val="22"/>
              </w:rPr>
              <w:tab/>
            </w:r>
            <w:r w:rsidRPr="00BE2B5F">
              <w:rPr>
                <w:rFonts w:ascii="Book Antiqua" w:hAnsi="Book Antiqua"/>
                <w:noProof/>
                <w:webHidden/>
                <w:sz w:val="22"/>
              </w:rPr>
              <w:fldChar w:fldCharType="begin"/>
            </w:r>
            <w:r w:rsidRPr="00BE2B5F">
              <w:rPr>
                <w:rFonts w:ascii="Book Antiqua" w:hAnsi="Book Antiqua"/>
                <w:noProof/>
                <w:webHidden/>
                <w:sz w:val="22"/>
              </w:rPr>
              <w:instrText xml:space="preserve"> PAGEREF _Toc238061415 \h </w:instrText>
            </w:r>
            <w:r w:rsidRPr="00BE2B5F">
              <w:rPr>
                <w:rFonts w:ascii="Book Antiqua" w:hAnsi="Book Antiqua"/>
                <w:noProof/>
                <w:webHidden/>
                <w:sz w:val="22"/>
              </w:rPr>
            </w:r>
            <w:r w:rsidRPr="00BE2B5F">
              <w:rPr>
                <w:rFonts w:ascii="Book Antiqua" w:hAnsi="Book Antiqua"/>
                <w:noProof/>
                <w:webHidden/>
                <w:sz w:val="22"/>
              </w:rPr>
              <w:fldChar w:fldCharType="separate"/>
            </w:r>
            <w:r w:rsidR="009107FA">
              <w:rPr>
                <w:rFonts w:ascii="Book Antiqua" w:hAnsi="Book Antiqua"/>
                <w:noProof/>
                <w:webHidden/>
                <w:sz w:val="22"/>
              </w:rPr>
              <w:t>2</w:t>
            </w:r>
            <w:r w:rsidRPr="00BE2B5F">
              <w:rPr>
                <w:rFonts w:ascii="Book Antiqua" w:hAnsi="Book Antiqua"/>
                <w:noProof/>
                <w:webHidden/>
                <w:sz w:val="22"/>
              </w:rPr>
              <w:fldChar w:fldCharType="end"/>
            </w:r>
          </w:hyperlink>
        </w:p>
        <w:p w14:paraId="71337FDA" w14:textId="3B26DEB0" w:rsidR="003511D2" w:rsidRPr="00BE2B5F" w:rsidRDefault="003511D2">
          <w:pPr>
            <w:pStyle w:val="TOC1"/>
            <w:tabs>
              <w:tab w:val="right" w:leader="dot" w:pos="9307"/>
            </w:tabs>
            <w:rPr>
              <w:rFonts w:ascii="Book Antiqua" w:hAnsi="Book Antiqua"/>
              <w:b/>
              <w:bCs/>
              <w:noProof/>
              <w:color w:val="auto"/>
              <w:kern w:val="2"/>
              <w:sz w:val="22"/>
              <w14:ligatures w14:val="standardContextual"/>
            </w:rPr>
          </w:pPr>
          <w:hyperlink w:anchor="_Toc238061416" w:history="1">
            <w:r w:rsidRPr="00BE2B5F">
              <w:rPr>
                <w:rStyle w:val="Hyperlink"/>
                <w:rFonts w:ascii="Book Antiqua" w:hAnsi="Book Antiqua"/>
                <w:b/>
                <w:bCs/>
                <w:noProof/>
                <w:sz w:val="22"/>
                <w:lang w:val="id-ID"/>
              </w:rPr>
              <w:t>BAB II</w:t>
            </w:r>
            <w:r w:rsidR="00BE2B5F" w:rsidRPr="00BE2B5F">
              <w:rPr>
                <w:rStyle w:val="Hyperlink"/>
                <w:rFonts w:ascii="Book Antiqua" w:hAnsi="Book Antiqua"/>
                <w:b/>
                <w:bCs/>
                <w:noProof/>
                <w:sz w:val="22"/>
                <w:lang w:val="id-ID"/>
              </w:rPr>
              <w:t xml:space="preserve"> KAJIAN PUSTAKA</w:t>
            </w:r>
            <w:r w:rsidRPr="00BE2B5F">
              <w:rPr>
                <w:rFonts w:ascii="Book Antiqua" w:hAnsi="Book Antiqua"/>
                <w:noProof/>
                <w:webHidden/>
                <w:sz w:val="22"/>
              </w:rPr>
              <w:tab/>
            </w:r>
            <w:r w:rsidRPr="00BE2B5F">
              <w:rPr>
                <w:rFonts w:ascii="Book Antiqua" w:hAnsi="Book Antiqua"/>
                <w:noProof/>
                <w:webHidden/>
                <w:sz w:val="22"/>
              </w:rPr>
              <w:fldChar w:fldCharType="begin"/>
            </w:r>
            <w:r w:rsidRPr="00BE2B5F">
              <w:rPr>
                <w:rFonts w:ascii="Book Antiqua" w:hAnsi="Book Antiqua"/>
                <w:noProof/>
                <w:webHidden/>
                <w:sz w:val="22"/>
              </w:rPr>
              <w:instrText xml:space="preserve"> PAGEREF _Toc238061416 \h </w:instrText>
            </w:r>
            <w:r w:rsidRPr="00BE2B5F">
              <w:rPr>
                <w:rFonts w:ascii="Book Antiqua" w:hAnsi="Book Antiqua"/>
                <w:noProof/>
                <w:webHidden/>
                <w:sz w:val="22"/>
              </w:rPr>
            </w:r>
            <w:r w:rsidRPr="00BE2B5F">
              <w:rPr>
                <w:rFonts w:ascii="Book Antiqua" w:hAnsi="Book Antiqua"/>
                <w:noProof/>
                <w:webHidden/>
                <w:sz w:val="22"/>
              </w:rPr>
              <w:fldChar w:fldCharType="separate"/>
            </w:r>
            <w:r w:rsidR="009107FA">
              <w:rPr>
                <w:rFonts w:ascii="Book Antiqua" w:hAnsi="Book Antiqua"/>
                <w:noProof/>
                <w:webHidden/>
                <w:sz w:val="22"/>
              </w:rPr>
              <w:t>3</w:t>
            </w:r>
            <w:r w:rsidRPr="00BE2B5F">
              <w:rPr>
                <w:rFonts w:ascii="Book Antiqua" w:hAnsi="Book Antiqua"/>
                <w:noProof/>
                <w:webHidden/>
                <w:sz w:val="22"/>
              </w:rPr>
              <w:fldChar w:fldCharType="end"/>
            </w:r>
          </w:hyperlink>
        </w:p>
        <w:p w14:paraId="6664321C" w14:textId="0D4289E3" w:rsidR="003511D2" w:rsidRPr="00BE2B5F" w:rsidRDefault="003511D2">
          <w:pPr>
            <w:pStyle w:val="TOC2"/>
            <w:tabs>
              <w:tab w:val="left" w:pos="960"/>
              <w:tab w:val="right" w:leader="dot" w:pos="9307"/>
            </w:tabs>
            <w:rPr>
              <w:rFonts w:ascii="Book Antiqua" w:hAnsi="Book Antiqua"/>
              <w:noProof/>
              <w:color w:val="auto"/>
              <w:kern w:val="2"/>
              <w:sz w:val="22"/>
              <w14:ligatures w14:val="standardContextual"/>
            </w:rPr>
          </w:pPr>
          <w:hyperlink w:anchor="_Toc238061418" w:history="1">
            <w:r w:rsidRPr="00BE2B5F">
              <w:rPr>
                <w:rStyle w:val="Hyperlink"/>
                <w:rFonts w:ascii="Book Antiqua" w:hAnsi="Book Antiqua"/>
                <w:noProof/>
                <w:sz w:val="22"/>
                <w:lang w:val="id-ID"/>
              </w:rPr>
              <w:t>2.1</w:t>
            </w:r>
            <w:r w:rsidRPr="00BE2B5F">
              <w:rPr>
                <w:rFonts w:ascii="Book Antiqua" w:hAnsi="Book Antiqua"/>
                <w:noProof/>
                <w:color w:val="auto"/>
                <w:kern w:val="2"/>
                <w:sz w:val="22"/>
                <w14:ligatures w14:val="standardContextual"/>
              </w:rPr>
              <w:tab/>
            </w:r>
            <w:r w:rsidRPr="00BE2B5F">
              <w:rPr>
                <w:rStyle w:val="Hyperlink"/>
                <w:rFonts w:ascii="Book Antiqua" w:hAnsi="Book Antiqua"/>
                <w:noProof/>
                <w:sz w:val="22"/>
                <w:lang w:val="id-ID"/>
              </w:rPr>
              <w:t>Penelitian Terkait</w:t>
            </w:r>
            <w:r w:rsidRPr="00BE2B5F">
              <w:rPr>
                <w:rFonts w:ascii="Book Antiqua" w:hAnsi="Book Antiqua"/>
                <w:noProof/>
                <w:webHidden/>
                <w:sz w:val="22"/>
              </w:rPr>
              <w:tab/>
            </w:r>
            <w:r w:rsidRPr="00BE2B5F">
              <w:rPr>
                <w:rFonts w:ascii="Book Antiqua" w:hAnsi="Book Antiqua"/>
                <w:noProof/>
                <w:webHidden/>
                <w:sz w:val="22"/>
              </w:rPr>
              <w:fldChar w:fldCharType="begin"/>
            </w:r>
            <w:r w:rsidRPr="00BE2B5F">
              <w:rPr>
                <w:rFonts w:ascii="Book Antiqua" w:hAnsi="Book Antiqua"/>
                <w:noProof/>
                <w:webHidden/>
                <w:sz w:val="22"/>
              </w:rPr>
              <w:instrText xml:space="preserve"> PAGEREF _Toc238061418 \h </w:instrText>
            </w:r>
            <w:r w:rsidRPr="00BE2B5F">
              <w:rPr>
                <w:rFonts w:ascii="Book Antiqua" w:hAnsi="Book Antiqua"/>
                <w:noProof/>
                <w:webHidden/>
                <w:sz w:val="22"/>
              </w:rPr>
            </w:r>
            <w:r w:rsidRPr="00BE2B5F">
              <w:rPr>
                <w:rFonts w:ascii="Book Antiqua" w:hAnsi="Book Antiqua"/>
                <w:noProof/>
                <w:webHidden/>
                <w:sz w:val="22"/>
              </w:rPr>
              <w:fldChar w:fldCharType="separate"/>
            </w:r>
            <w:r w:rsidR="009107FA">
              <w:rPr>
                <w:rFonts w:ascii="Book Antiqua" w:hAnsi="Book Antiqua"/>
                <w:noProof/>
                <w:webHidden/>
                <w:sz w:val="22"/>
              </w:rPr>
              <w:t>3</w:t>
            </w:r>
            <w:r w:rsidRPr="00BE2B5F">
              <w:rPr>
                <w:rFonts w:ascii="Book Antiqua" w:hAnsi="Book Antiqua"/>
                <w:noProof/>
                <w:webHidden/>
                <w:sz w:val="22"/>
              </w:rPr>
              <w:fldChar w:fldCharType="end"/>
            </w:r>
          </w:hyperlink>
        </w:p>
        <w:p w14:paraId="2CE35ACD" w14:textId="29AA7BBE" w:rsidR="003511D2" w:rsidRPr="00BE2B5F" w:rsidRDefault="003511D2">
          <w:pPr>
            <w:pStyle w:val="TOC2"/>
            <w:tabs>
              <w:tab w:val="left" w:pos="960"/>
              <w:tab w:val="right" w:leader="dot" w:pos="9307"/>
            </w:tabs>
            <w:rPr>
              <w:rFonts w:ascii="Book Antiqua" w:hAnsi="Book Antiqua"/>
              <w:noProof/>
              <w:color w:val="auto"/>
              <w:kern w:val="2"/>
              <w:sz w:val="22"/>
              <w14:ligatures w14:val="standardContextual"/>
            </w:rPr>
          </w:pPr>
          <w:hyperlink w:anchor="_Toc238061419" w:history="1">
            <w:r w:rsidRPr="00BE2B5F">
              <w:rPr>
                <w:rStyle w:val="Hyperlink"/>
                <w:rFonts w:ascii="Book Antiqua" w:hAnsi="Book Antiqua"/>
                <w:noProof/>
                <w:sz w:val="22"/>
                <w:lang w:val="id-ID"/>
              </w:rPr>
              <w:t>2.2</w:t>
            </w:r>
            <w:r w:rsidRPr="00BE2B5F">
              <w:rPr>
                <w:rFonts w:ascii="Book Antiqua" w:hAnsi="Book Antiqua"/>
                <w:noProof/>
                <w:color w:val="auto"/>
                <w:kern w:val="2"/>
                <w:sz w:val="22"/>
                <w14:ligatures w14:val="standardContextual"/>
              </w:rPr>
              <w:tab/>
            </w:r>
            <w:r w:rsidRPr="00BE2B5F">
              <w:rPr>
                <w:rStyle w:val="Hyperlink"/>
                <w:rFonts w:ascii="Book Antiqua" w:hAnsi="Book Antiqua"/>
                <w:i/>
                <w:iCs/>
                <w:noProof/>
                <w:sz w:val="22"/>
                <w:lang w:val="id-ID"/>
              </w:rPr>
              <w:t>Convolutional Neural Network</w:t>
            </w:r>
            <w:r w:rsidRPr="00BE2B5F">
              <w:rPr>
                <w:rFonts w:ascii="Book Antiqua" w:hAnsi="Book Antiqua"/>
                <w:noProof/>
                <w:webHidden/>
                <w:sz w:val="22"/>
              </w:rPr>
              <w:tab/>
            </w:r>
            <w:r w:rsidRPr="00BE2B5F">
              <w:rPr>
                <w:rFonts w:ascii="Book Antiqua" w:hAnsi="Book Antiqua"/>
                <w:noProof/>
                <w:webHidden/>
                <w:sz w:val="22"/>
              </w:rPr>
              <w:fldChar w:fldCharType="begin"/>
            </w:r>
            <w:r w:rsidRPr="00BE2B5F">
              <w:rPr>
                <w:rFonts w:ascii="Book Antiqua" w:hAnsi="Book Antiqua"/>
                <w:noProof/>
                <w:webHidden/>
                <w:sz w:val="22"/>
              </w:rPr>
              <w:instrText xml:space="preserve"> PAGEREF _Toc238061419 \h </w:instrText>
            </w:r>
            <w:r w:rsidRPr="00BE2B5F">
              <w:rPr>
                <w:rFonts w:ascii="Book Antiqua" w:hAnsi="Book Antiqua"/>
                <w:noProof/>
                <w:webHidden/>
                <w:sz w:val="22"/>
              </w:rPr>
            </w:r>
            <w:r w:rsidRPr="00BE2B5F">
              <w:rPr>
                <w:rFonts w:ascii="Book Antiqua" w:hAnsi="Book Antiqua"/>
                <w:noProof/>
                <w:webHidden/>
                <w:sz w:val="22"/>
              </w:rPr>
              <w:fldChar w:fldCharType="separate"/>
            </w:r>
            <w:r w:rsidR="009107FA">
              <w:rPr>
                <w:rFonts w:ascii="Book Antiqua" w:hAnsi="Book Antiqua"/>
                <w:noProof/>
                <w:webHidden/>
                <w:sz w:val="22"/>
              </w:rPr>
              <w:t>3</w:t>
            </w:r>
            <w:r w:rsidRPr="00BE2B5F">
              <w:rPr>
                <w:rFonts w:ascii="Book Antiqua" w:hAnsi="Book Antiqua"/>
                <w:noProof/>
                <w:webHidden/>
                <w:sz w:val="22"/>
              </w:rPr>
              <w:fldChar w:fldCharType="end"/>
            </w:r>
          </w:hyperlink>
        </w:p>
        <w:p w14:paraId="291F4344" w14:textId="70ADB37E" w:rsidR="003511D2" w:rsidRPr="00BE2B5F" w:rsidRDefault="003511D2">
          <w:pPr>
            <w:pStyle w:val="TOC2"/>
            <w:tabs>
              <w:tab w:val="left" w:pos="960"/>
              <w:tab w:val="right" w:leader="dot" w:pos="9307"/>
            </w:tabs>
            <w:rPr>
              <w:rFonts w:ascii="Book Antiqua" w:hAnsi="Book Antiqua"/>
              <w:noProof/>
              <w:color w:val="auto"/>
              <w:kern w:val="2"/>
              <w:sz w:val="22"/>
              <w14:ligatures w14:val="standardContextual"/>
            </w:rPr>
          </w:pPr>
          <w:hyperlink w:anchor="_Toc238061420" w:history="1">
            <w:r w:rsidRPr="00BE2B5F">
              <w:rPr>
                <w:rStyle w:val="Hyperlink"/>
                <w:rFonts w:ascii="Book Antiqua" w:hAnsi="Book Antiqua"/>
                <w:noProof/>
                <w:sz w:val="22"/>
                <w:lang w:val="id-ID"/>
              </w:rPr>
              <w:t>2.3</w:t>
            </w:r>
            <w:r w:rsidRPr="00BE2B5F">
              <w:rPr>
                <w:rFonts w:ascii="Book Antiqua" w:hAnsi="Book Antiqua"/>
                <w:noProof/>
                <w:color w:val="auto"/>
                <w:kern w:val="2"/>
                <w:sz w:val="22"/>
                <w14:ligatures w14:val="standardContextual"/>
              </w:rPr>
              <w:tab/>
            </w:r>
            <w:r w:rsidRPr="00BE2B5F">
              <w:rPr>
                <w:rStyle w:val="Hyperlink"/>
                <w:rFonts w:ascii="Book Antiqua" w:hAnsi="Book Antiqua"/>
                <w:i/>
                <w:iCs/>
                <w:noProof/>
                <w:sz w:val="22"/>
                <w:lang w:val="id-ID"/>
              </w:rPr>
              <w:t>Transfer Learning</w:t>
            </w:r>
            <w:r w:rsidRPr="00BE2B5F">
              <w:rPr>
                <w:rFonts w:ascii="Book Antiqua" w:hAnsi="Book Antiqua"/>
                <w:noProof/>
                <w:webHidden/>
                <w:sz w:val="22"/>
              </w:rPr>
              <w:tab/>
            </w:r>
            <w:r w:rsidRPr="00BE2B5F">
              <w:rPr>
                <w:rFonts w:ascii="Book Antiqua" w:hAnsi="Book Antiqua"/>
                <w:noProof/>
                <w:webHidden/>
                <w:sz w:val="22"/>
              </w:rPr>
              <w:fldChar w:fldCharType="begin"/>
            </w:r>
            <w:r w:rsidRPr="00BE2B5F">
              <w:rPr>
                <w:rFonts w:ascii="Book Antiqua" w:hAnsi="Book Antiqua"/>
                <w:noProof/>
                <w:webHidden/>
                <w:sz w:val="22"/>
              </w:rPr>
              <w:instrText xml:space="preserve"> PAGEREF _Toc238061420 \h </w:instrText>
            </w:r>
            <w:r w:rsidRPr="00BE2B5F">
              <w:rPr>
                <w:rFonts w:ascii="Book Antiqua" w:hAnsi="Book Antiqua"/>
                <w:noProof/>
                <w:webHidden/>
                <w:sz w:val="22"/>
              </w:rPr>
            </w:r>
            <w:r w:rsidRPr="00BE2B5F">
              <w:rPr>
                <w:rFonts w:ascii="Book Antiqua" w:hAnsi="Book Antiqua"/>
                <w:noProof/>
                <w:webHidden/>
                <w:sz w:val="22"/>
              </w:rPr>
              <w:fldChar w:fldCharType="separate"/>
            </w:r>
            <w:r w:rsidR="009107FA">
              <w:rPr>
                <w:rFonts w:ascii="Book Antiqua" w:hAnsi="Book Antiqua"/>
                <w:noProof/>
                <w:webHidden/>
                <w:sz w:val="22"/>
              </w:rPr>
              <w:t>3</w:t>
            </w:r>
            <w:r w:rsidRPr="00BE2B5F">
              <w:rPr>
                <w:rFonts w:ascii="Book Antiqua" w:hAnsi="Book Antiqua"/>
                <w:noProof/>
                <w:webHidden/>
                <w:sz w:val="22"/>
              </w:rPr>
              <w:fldChar w:fldCharType="end"/>
            </w:r>
          </w:hyperlink>
        </w:p>
        <w:p w14:paraId="2F64448C" w14:textId="73B59090" w:rsidR="003511D2" w:rsidRPr="00BE2B5F" w:rsidRDefault="003511D2">
          <w:pPr>
            <w:pStyle w:val="TOC2"/>
            <w:tabs>
              <w:tab w:val="left" w:pos="960"/>
              <w:tab w:val="right" w:leader="dot" w:pos="9307"/>
            </w:tabs>
            <w:rPr>
              <w:rFonts w:ascii="Book Antiqua" w:hAnsi="Book Antiqua"/>
              <w:noProof/>
              <w:color w:val="auto"/>
              <w:kern w:val="2"/>
              <w:sz w:val="22"/>
              <w14:ligatures w14:val="standardContextual"/>
            </w:rPr>
          </w:pPr>
          <w:hyperlink w:anchor="_Toc238061421" w:history="1">
            <w:r w:rsidRPr="00BE2B5F">
              <w:rPr>
                <w:rStyle w:val="Hyperlink"/>
                <w:rFonts w:ascii="Book Antiqua" w:hAnsi="Book Antiqua"/>
                <w:noProof/>
                <w:sz w:val="22"/>
                <w:lang w:val="id-ID"/>
              </w:rPr>
              <w:t>2.4</w:t>
            </w:r>
            <w:r w:rsidRPr="00BE2B5F">
              <w:rPr>
                <w:rFonts w:ascii="Book Antiqua" w:hAnsi="Book Antiqua"/>
                <w:noProof/>
                <w:color w:val="auto"/>
                <w:kern w:val="2"/>
                <w:sz w:val="22"/>
                <w14:ligatures w14:val="standardContextual"/>
              </w:rPr>
              <w:tab/>
            </w:r>
            <w:r w:rsidRPr="00BE2B5F">
              <w:rPr>
                <w:rStyle w:val="Hyperlink"/>
                <w:rFonts w:ascii="Book Antiqua" w:hAnsi="Book Antiqua"/>
                <w:noProof/>
                <w:sz w:val="22"/>
                <w:lang w:val="id-ID"/>
              </w:rPr>
              <w:t>Evaluasi Metode</w:t>
            </w:r>
            <w:r w:rsidRPr="00BE2B5F">
              <w:rPr>
                <w:rFonts w:ascii="Book Antiqua" w:hAnsi="Book Antiqua"/>
                <w:noProof/>
                <w:webHidden/>
                <w:sz w:val="22"/>
              </w:rPr>
              <w:tab/>
            </w:r>
            <w:r w:rsidRPr="00BE2B5F">
              <w:rPr>
                <w:rFonts w:ascii="Book Antiqua" w:hAnsi="Book Antiqua"/>
                <w:noProof/>
                <w:webHidden/>
                <w:sz w:val="22"/>
              </w:rPr>
              <w:fldChar w:fldCharType="begin"/>
            </w:r>
            <w:r w:rsidRPr="00BE2B5F">
              <w:rPr>
                <w:rFonts w:ascii="Book Antiqua" w:hAnsi="Book Antiqua"/>
                <w:noProof/>
                <w:webHidden/>
                <w:sz w:val="22"/>
              </w:rPr>
              <w:instrText xml:space="preserve"> PAGEREF _Toc238061421 \h </w:instrText>
            </w:r>
            <w:r w:rsidRPr="00BE2B5F">
              <w:rPr>
                <w:rFonts w:ascii="Book Antiqua" w:hAnsi="Book Antiqua"/>
                <w:noProof/>
                <w:webHidden/>
                <w:sz w:val="22"/>
              </w:rPr>
            </w:r>
            <w:r w:rsidRPr="00BE2B5F">
              <w:rPr>
                <w:rFonts w:ascii="Book Antiqua" w:hAnsi="Book Antiqua"/>
                <w:noProof/>
                <w:webHidden/>
                <w:sz w:val="22"/>
              </w:rPr>
              <w:fldChar w:fldCharType="separate"/>
            </w:r>
            <w:r w:rsidR="009107FA">
              <w:rPr>
                <w:rFonts w:ascii="Book Antiqua" w:hAnsi="Book Antiqua"/>
                <w:noProof/>
                <w:webHidden/>
                <w:sz w:val="22"/>
              </w:rPr>
              <w:t>3</w:t>
            </w:r>
            <w:r w:rsidRPr="00BE2B5F">
              <w:rPr>
                <w:rFonts w:ascii="Book Antiqua" w:hAnsi="Book Antiqua"/>
                <w:noProof/>
                <w:webHidden/>
                <w:sz w:val="22"/>
              </w:rPr>
              <w:fldChar w:fldCharType="end"/>
            </w:r>
          </w:hyperlink>
        </w:p>
        <w:p w14:paraId="34A67538" w14:textId="6E808285" w:rsidR="003511D2" w:rsidRPr="00BE2B5F" w:rsidRDefault="003511D2">
          <w:pPr>
            <w:pStyle w:val="TOC2"/>
            <w:tabs>
              <w:tab w:val="left" w:pos="960"/>
              <w:tab w:val="right" w:leader="dot" w:pos="9307"/>
            </w:tabs>
            <w:rPr>
              <w:rFonts w:ascii="Book Antiqua" w:hAnsi="Book Antiqua"/>
              <w:noProof/>
              <w:color w:val="auto"/>
              <w:kern w:val="2"/>
              <w:sz w:val="22"/>
              <w14:ligatures w14:val="standardContextual"/>
            </w:rPr>
          </w:pPr>
          <w:hyperlink w:anchor="_Toc238061422" w:history="1">
            <w:r w:rsidRPr="00BE2B5F">
              <w:rPr>
                <w:rStyle w:val="Hyperlink"/>
                <w:rFonts w:ascii="Book Antiqua" w:hAnsi="Book Antiqua"/>
                <w:noProof/>
                <w:sz w:val="22"/>
                <w:lang w:val="id-ID"/>
              </w:rPr>
              <w:t>2.5</w:t>
            </w:r>
            <w:r w:rsidRPr="00BE2B5F">
              <w:rPr>
                <w:rFonts w:ascii="Book Antiqua" w:hAnsi="Book Antiqua"/>
                <w:noProof/>
                <w:color w:val="auto"/>
                <w:kern w:val="2"/>
                <w:sz w:val="22"/>
                <w14:ligatures w14:val="standardContextual"/>
              </w:rPr>
              <w:tab/>
            </w:r>
            <w:r w:rsidRPr="00BE2B5F">
              <w:rPr>
                <w:rStyle w:val="Hyperlink"/>
                <w:rFonts w:ascii="Book Antiqua" w:hAnsi="Book Antiqua"/>
                <w:noProof/>
                <w:sz w:val="22"/>
                <w:lang w:val="id-ID"/>
              </w:rPr>
              <w:t>Anatomi dan Citra Medis Paru-Paru</w:t>
            </w:r>
            <w:r w:rsidRPr="00BE2B5F">
              <w:rPr>
                <w:rFonts w:ascii="Book Antiqua" w:hAnsi="Book Antiqua"/>
                <w:noProof/>
                <w:webHidden/>
                <w:sz w:val="22"/>
              </w:rPr>
              <w:tab/>
            </w:r>
            <w:r w:rsidRPr="00BE2B5F">
              <w:rPr>
                <w:rFonts w:ascii="Book Antiqua" w:hAnsi="Book Antiqua"/>
                <w:noProof/>
                <w:webHidden/>
                <w:sz w:val="22"/>
              </w:rPr>
              <w:fldChar w:fldCharType="begin"/>
            </w:r>
            <w:r w:rsidRPr="00BE2B5F">
              <w:rPr>
                <w:rFonts w:ascii="Book Antiqua" w:hAnsi="Book Antiqua"/>
                <w:noProof/>
                <w:webHidden/>
                <w:sz w:val="22"/>
              </w:rPr>
              <w:instrText xml:space="preserve"> PAGEREF _Toc238061422 \h </w:instrText>
            </w:r>
            <w:r w:rsidRPr="00BE2B5F">
              <w:rPr>
                <w:rFonts w:ascii="Book Antiqua" w:hAnsi="Book Antiqua"/>
                <w:noProof/>
                <w:webHidden/>
                <w:sz w:val="22"/>
              </w:rPr>
            </w:r>
            <w:r w:rsidRPr="00BE2B5F">
              <w:rPr>
                <w:rFonts w:ascii="Book Antiqua" w:hAnsi="Book Antiqua"/>
                <w:noProof/>
                <w:webHidden/>
                <w:sz w:val="22"/>
              </w:rPr>
              <w:fldChar w:fldCharType="separate"/>
            </w:r>
            <w:r w:rsidR="009107FA">
              <w:rPr>
                <w:rFonts w:ascii="Book Antiqua" w:hAnsi="Book Antiqua"/>
                <w:noProof/>
                <w:webHidden/>
                <w:sz w:val="22"/>
              </w:rPr>
              <w:t>3</w:t>
            </w:r>
            <w:r w:rsidRPr="00BE2B5F">
              <w:rPr>
                <w:rFonts w:ascii="Book Antiqua" w:hAnsi="Book Antiqua"/>
                <w:noProof/>
                <w:webHidden/>
                <w:sz w:val="22"/>
              </w:rPr>
              <w:fldChar w:fldCharType="end"/>
            </w:r>
          </w:hyperlink>
        </w:p>
        <w:p w14:paraId="70EBAE52" w14:textId="7A53E7BF" w:rsidR="003511D2" w:rsidRPr="00BE2B5F" w:rsidRDefault="003511D2">
          <w:pPr>
            <w:pStyle w:val="TOC1"/>
            <w:tabs>
              <w:tab w:val="right" w:leader="dot" w:pos="9307"/>
            </w:tabs>
            <w:rPr>
              <w:rFonts w:ascii="Book Antiqua" w:hAnsi="Book Antiqua"/>
              <w:b/>
              <w:bCs/>
              <w:noProof/>
              <w:color w:val="auto"/>
              <w:kern w:val="2"/>
              <w:sz w:val="22"/>
              <w14:ligatures w14:val="standardContextual"/>
            </w:rPr>
          </w:pPr>
          <w:hyperlink w:anchor="_Toc238061423" w:history="1">
            <w:r w:rsidRPr="00BE2B5F">
              <w:rPr>
                <w:rStyle w:val="Hyperlink"/>
                <w:rFonts w:ascii="Book Antiqua" w:hAnsi="Book Antiqua"/>
                <w:b/>
                <w:bCs/>
                <w:noProof/>
                <w:sz w:val="22"/>
                <w:lang w:val="id-ID"/>
              </w:rPr>
              <w:t>BAB III</w:t>
            </w:r>
            <w:r w:rsidR="00BE2B5F" w:rsidRPr="00BE2B5F">
              <w:rPr>
                <w:rStyle w:val="Hyperlink"/>
                <w:rFonts w:ascii="Book Antiqua" w:hAnsi="Book Antiqua"/>
                <w:b/>
                <w:bCs/>
                <w:noProof/>
                <w:sz w:val="22"/>
                <w:lang w:val="id-ID"/>
              </w:rPr>
              <w:t xml:space="preserve"> METODE PENELITIAN</w:t>
            </w:r>
            <w:r w:rsidRPr="00BE2B5F">
              <w:rPr>
                <w:rFonts w:ascii="Book Antiqua" w:hAnsi="Book Antiqua"/>
                <w:noProof/>
                <w:webHidden/>
                <w:sz w:val="22"/>
              </w:rPr>
              <w:tab/>
            </w:r>
            <w:r w:rsidRPr="00BE2B5F">
              <w:rPr>
                <w:rFonts w:ascii="Book Antiqua" w:hAnsi="Book Antiqua"/>
                <w:noProof/>
                <w:webHidden/>
                <w:sz w:val="22"/>
              </w:rPr>
              <w:fldChar w:fldCharType="begin"/>
            </w:r>
            <w:r w:rsidRPr="00BE2B5F">
              <w:rPr>
                <w:rFonts w:ascii="Book Antiqua" w:hAnsi="Book Antiqua"/>
                <w:noProof/>
                <w:webHidden/>
                <w:sz w:val="22"/>
              </w:rPr>
              <w:instrText xml:space="preserve"> PAGEREF _Toc238061423 \h </w:instrText>
            </w:r>
            <w:r w:rsidRPr="00BE2B5F">
              <w:rPr>
                <w:rFonts w:ascii="Book Antiqua" w:hAnsi="Book Antiqua"/>
                <w:noProof/>
                <w:webHidden/>
                <w:sz w:val="22"/>
              </w:rPr>
            </w:r>
            <w:r w:rsidRPr="00BE2B5F">
              <w:rPr>
                <w:rFonts w:ascii="Book Antiqua" w:hAnsi="Book Antiqua"/>
                <w:noProof/>
                <w:webHidden/>
                <w:sz w:val="22"/>
              </w:rPr>
              <w:fldChar w:fldCharType="separate"/>
            </w:r>
            <w:r w:rsidR="009107FA">
              <w:rPr>
                <w:rFonts w:ascii="Book Antiqua" w:hAnsi="Book Antiqua"/>
                <w:noProof/>
                <w:webHidden/>
                <w:sz w:val="22"/>
              </w:rPr>
              <w:t>4</w:t>
            </w:r>
            <w:r w:rsidRPr="00BE2B5F">
              <w:rPr>
                <w:rFonts w:ascii="Book Antiqua" w:hAnsi="Book Antiqua"/>
                <w:noProof/>
                <w:webHidden/>
                <w:sz w:val="22"/>
              </w:rPr>
              <w:fldChar w:fldCharType="end"/>
            </w:r>
          </w:hyperlink>
        </w:p>
        <w:p w14:paraId="2E414A74" w14:textId="7D72B2BC" w:rsidR="003511D2" w:rsidRPr="00BE2B5F" w:rsidRDefault="003511D2">
          <w:pPr>
            <w:pStyle w:val="TOC2"/>
            <w:tabs>
              <w:tab w:val="left" w:pos="960"/>
              <w:tab w:val="right" w:leader="dot" w:pos="9307"/>
            </w:tabs>
            <w:rPr>
              <w:rFonts w:ascii="Book Antiqua" w:hAnsi="Book Antiqua"/>
              <w:noProof/>
              <w:color w:val="auto"/>
              <w:kern w:val="2"/>
              <w:sz w:val="22"/>
              <w14:ligatures w14:val="standardContextual"/>
            </w:rPr>
          </w:pPr>
          <w:hyperlink w:anchor="_Toc238061425" w:history="1">
            <w:r w:rsidRPr="00BE2B5F">
              <w:rPr>
                <w:rStyle w:val="Hyperlink"/>
                <w:rFonts w:ascii="Book Antiqua" w:hAnsi="Book Antiqua"/>
                <w:noProof/>
                <w:sz w:val="22"/>
                <w:lang w:val="id-ID"/>
              </w:rPr>
              <w:t>3.1</w:t>
            </w:r>
            <w:r w:rsidRPr="00BE2B5F">
              <w:rPr>
                <w:rFonts w:ascii="Book Antiqua" w:hAnsi="Book Antiqua"/>
                <w:noProof/>
                <w:color w:val="auto"/>
                <w:kern w:val="2"/>
                <w:sz w:val="22"/>
                <w14:ligatures w14:val="standardContextual"/>
              </w:rPr>
              <w:tab/>
            </w:r>
            <w:r w:rsidRPr="00BE2B5F">
              <w:rPr>
                <w:rStyle w:val="Hyperlink"/>
                <w:rFonts w:ascii="Book Antiqua" w:hAnsi="Book Antiqua"/>
                <w:noProof/>
                <w:sz w:val="22"/>
                <w:lang w:val="id-ID"/>
              </w:rPr>
              <w:t>Sumber Data</w:t>
            </w:r>
            <w:r w:rsidRPr="00BE2B5F">
              <w:rPr>
                <w:rFonts w:ascii="Book Antiqua" w:hAnsi="Book Antiqua"/>
                <w:noProof/>
                <w:webHidden/>
                <w:sz w:val="22"/>
              </w:rPr>
              <w:tab/>
            </w:r>
            <w:r w:rsidRPr="00BE2B5F">
              <w:rPr>
                <w:rFonts w:ascii="Book Antiqua" w:hAnsi="Book Antiqua"/>
                <w:noProof/>
                <w:webHidden/>
                <w:sz w:val="22"/>
              </w:rPr>
              <w:fldChar w:fldCharType="begin"/>
            </w:r>
            <w:r w:rsidRPr="00BE2B5F">
              <w:rPr>
                <w:rFonts w:ascii="Book Antiqua" w:hAnsi="Book Antiqua"/>
                <w:noProof/>
                <w:webHidden/>
                <w:sz w:val="22"/>
              </w:rPr>
              <w:instrText xml:space="preserve"> PAGEREF _Toc238061425 \h </w:instrText>
            </w:r>
            <w:r w:rsidRPr="00BE2B5F">
              <w:rPr>
                <w:rFonts w:ascii="Book Antiqua" w:hAnsi="Book Antiqua"/>
                <w:noProof/>
                <w:webHidden/>
                <w:sz w:val="22"/>
              </w:rPr>
            </w:r>
            <w:r w:rsidRPr="00BE2B5F">
              <w:rPr>
                <w:rFonts w:ascii="Book Antiqua" w:hAnsi="Book Antiqua"/>
                <w:noProof/>
                <w:webHidden/>
                <w:sz w:val="22"/>
              </w:rPr>
              <w:fldChar w:fldCharType="separate"/>
            </w:r>
            <w:r w:rsidR="009107FA">
              <w:rPr>
                <w:rFonts w:ascii="Book Antiqua" w:hAnsi="Book Antiqua"/>
                <w:noProof/>
                <w:webHidden/>
                <w:sz w:val="22"/>
              </w:rPr>
              <w:t>4</w:t>
            </w:r>
            <w:r w:rsidRPr="00BE2B5F">
              <w:rPr>
                <w:rFonts w:ascii="Book Antiqua" w:hAnsi="Book Antiqua"/>
                <w:noProof/>
                <w:webHidden/>
                <w:sz w:val="22"/>
              </w:rPr>
              <w:fldChar w:fldCharType="end"/>
            </w:r>
          </w:hyperlink>
        </w:p>
        <w:p w14:paraId="19D211C5" w14:textId="0E994F52" w:rsidR="003511D2" w:rsidRPr="00BE2B5F" w:rsidRDefault="003511D2">
          <w:pPr>
            <w:pStyle w:val="TOC2"/>
            <w:tabs>
              <w:tab w:val="left" w:pos="960"/>
              <w:tab w:val="right" w:leader="dot" w:pos="9307"/>
            </w:tabs>
            <w:rPr>
              <w:rFonts w:ascii="Book Antiqua" w:hAnsi="Book Antiqua"/>
              <w:noProof/>
              <w:color w:val="auto"/>
              <w:kern w:val="2"/>
              <w:sz w:val="22"/>
              <w14:ligatures w14:val="standardContextual"/>
            </w:rPr>
          </w:pPr>
          <w:hyperlink w:anchor="_Toc238061426" w:history="1">
            <w:r w:rsidRPr="00BE2B5F">
              <w:rPr>
                <w:rStyle w:val="Hyperlink"/>
                <w:rFonts w:ascii="Book Antiqua" w:hAnsi="Book Antiqua"/>
                <w:noProof/>
                <w:sz w:val="22"/>
                <w:lang w:val="id-ID"/>
              </w:rPr>
              <w:t>3.2</w:t>
            </w:r>
            <w:r w:rsidRPr="00BE2B5F">
              <w:rPr>
                <w:rFonts w:ascii="Book Antiqua" w:hAnsi="Book Antiqua"/>
                <w:noProof/>
                <w:color w:val="auto"/>
                <w:kern w:val="2"/>
                <w:sz w:val="22"/>
                <w14:ligatures w14:val="standardContextual"/>
              </w:rPr>
              <w:tab/>
            </w:r>
            <w:r w:rsidRPr="00BE2B5F">
              <w:rPr>
                <w:rStyle w:val="Hyperlink"/>
                <w:rFonts w:ascii="Book Antiqua" w:hAnsi="Book Antiqua"/>
                <w:noProof/>
                <w:sz w:val="22"/>
                <w:lang w:val="id-ID"/>
              </w:rPr>
              <w:t>Variabel Penelitian dan Struktur Data</w:t>
            </w:r>
            <w:r w:rsidRPr="00BE2B5F">
              <w:rPr>
                <w:rFonts w:ascii="Book Antiqua" w:hAnsi="Book Antiqua"/>
                <w:noProof/>
                <w:webHidden/>
                <w:sz w:val="22"/>
              </w:rPr>
              <w:tab/>
            </w:r>
            <w:r w:rsidRPr="00BE2B5F">
              <w:rPr>
                <w:rFonts w:ascii="Book Antiqua" w:hAnsi="Book Antiqua"/>
                <w:noProof/>
                <w:webHidden/>
                <w:sz w:val="22"/>
              </w:rPr>
              <w:fldChar w:fldCharType="begin"/>
            </w:r>
            <w:r w:rsidRPr="00BE2B5F">
              <w:rPr>
                <w:rFonts w:ascii="Book Antiqua" w:hAnsi="Book Antiqua"/>
                <w:noProof/>
                <w:webHidden/>
                <w:sz w:val="22"/>
              </w:rPr>
              <w:instrText xml:space="preserve"> PAGEREF _Toc238061426 \h </w:instrText>
            </w:r>
            <w:r w:rsidRPr="00BE2B5F">
              <w:rPr>
                <w:rFonts w:ascii="Book Antiqua" w:hAnsi="Book Antiqua"/>
                <w:noProof/>
                <w:webHidden/>
                <w:sz w:val="22"/>
              </w:rPr>
            </w:r>
            <w:r w:rsidRPr="00BE2B5F">
              <w:rPr>
                <w:rFonts w:ascii="Book Antiqua" w:hAnsi="Book Antiqua"/>
                <w:noProof/>
                <w:webHidden/>
                <w:sz w:val="22"/>
              </w:rPr>
              <w:fldChar w:fldCharType="separate"/>
            </w:r>
            <w:r w:rsidR="009107FA">
              <w:rPr>
                <w:rFonts w:ascii="Book Antiqua" w:hAnsi="Book Antiqua"/>
                <w:noProof/>
                <w:webHidden/>
                <w:sz w:val="22"/>
              </w:rPr>
              <w:t>4</w:t>
            </w:r>
            <w:r w:rsidRPr="00BE2B5F">
              <w:rPr>
                <w:rFonts w:ascii="Book Antiqua" w:hAnsi="Book Antiqua"/>
                <w:noProof/>
                <w:webHidden/>
                <w:sz w:val="22"/>
              </w:rPr>
              <w:fldChar w:fldCharType="end"/>
            </w:r>
          </w:hyperlink>
        </w:p>
        <w:p w14:paraId="2B006CF0" w14:textId="416D7B3A" w:rsidR="003511D2" w:rsidRPr="00BE2B5F" w:rsidRDefault="003511D2">
          <w:pPr>
            <w:pStyle w:val="TOC2"/>
            <w:tabs>
              <w:tab w:val="left" w:pos="960"/>
              <w:tab w:val="right" w:leader="dot" w:pos="9307"/>
            </w:tabs>
            <w:rPr>
              <w:rFonts w:ascii="Book Antiqua" w:hAnsi="Book Antiqua"/>
              <w:noProof/>
              <w:color w:val="auto"/>
              <w:kern w:val="2"/>
              <w:sz w:val="22"/>
              <w14:ligatures w14:val="standardContextual"/>
            </w:rPr>
          </w:pPr>
          <w:hyperlink w:anchor="_Toc238061427" w:history="1">
            <w:r w:rsidRPr="00BE2B5F">
              <w:rPr>
                <w:rStyle w:val="Hyperlink"/>
                <w:rFonts w:ascii="Book Antiqua" w:hAnsi="Book Antiqua"/>
                <w:noProof/>
                <w:sz w:val="22"/>
                <w:lang w:val="id-ID"/>
              </w:rPr>
              <w:t>3.3</w:t>
            </w:r>
            <w:r w:rsidRPr="00BE2B5F">
              <w:rPr>
                <w:rFonts w:ascii="Book Antiqua" w:hAnsi="Book Antiqua"/>
                <w:noProof/>
                <w:color w:val="auto"/>
                <w:kern w:val="2"/>
                <w:sz w:val="22"/>
                <w14:ligatures w14:val="standardContextual"/>
              </w:rPr>
              <w:tab/>
            </w:r>
            <w:r w:rsidRPr="00BE2B5F">
              <w:rPr>
                <w:rStyle w:val="Hyperlink"/>
                <w:rFonts w:ascii="Book Antiqua" w:hAnsi="Book Antiqua"/>
                <w:noProof/>
                <w:sz w:val="22"/>
                <w:lang w:val="id-ID"/>
              </w:rPr>
              <w:t>Langkah-Langkah Penelitian</w:t>
            </w:r>
            <w:r w:rsidRPr="00BE2B5F">
              <w:rPr>
                <w:rFonts w:ascii="Book Antiqua" w:hAnsi="Book Antiqua"/>
                <w:noProof/>
                <w:webHidden/>
                <w:sz w:val="22"/>
              </w:rPr>
              <w:tab/>
            </w:r>
            <w:r w:rsidRPr="00BE2B5F">
              <w:rPr>
                <w:rFonts w:ascii="Book Antiqua" w:hAnsi="Book Antiqua"/>
                <w:noProof/>
                <w:webHidden/>
                <w:sz w:val="22"/>
              </w:rPr>
              <w:fldChar w:fldCharType="begin"/>
            </w:r>
            <w:r w:rsidRPr="00BE2B5F">
              <w:rPr>
                <w:rFonts w:ascii="Book Antiqua" w:hAnsi="Book Antiqua"/>
                <w:noProof/>
                <w:webHidden/>
                <w:sz w:val="22"/>
              </w:rPr>
              <w:instrText xml:space="preserve"> PAGEREF _Toc238061427 \h </w:instrText>
            </w:r>
            <w:r w:rsidRPr="00BE2B5F">
              <w:rPr>
                <w:rFonts w:ascii="Book Antiqua" w:hAnsi="Book Antiqua"/>
                <w:noProof/>
                <w:webHidden/>
                <w:sz w:val="22"/>
              </w:rPr>
            </w:r>
            <w:r w:rsidRPr="00BE2B5F">
              <w:rPr>
                <w:rFonts w:ascii="Book Antiqua" w:hAnsi="Book Antiqua"/>
                <w:noProof/>
                <w:webHidden/>
                <w:sz w:val="22"/>
              </w:rPr>
              <w:fldChar w:fldCharType="separate"/>
            </w:r>
            <w:r w:rsidR="009107FA">
              <w:rPr>
                <w:rFonts w:ascii="Book Antiqua" w:hAnsi="Book Antiqua"/>
                <w:noProof/>
                <w:webHidden/>
                <w:sz w:val="22"/>
              </w:rPr>
              <w:t>4</w:t>
            </w:r>
            <w:r w:rsidRPr="00BE2B5F">
              <w:rPr>
                <w:rFonts w:ascii="Book Antiqua" w:hAnsi="Book Antiqua"/>
                <w:noProof/>
                <w:webHidden/>
                <w:sz w:val="22"/>
              </w:rPr>
              <w:fldChar w:fldCharType="end"/>
            </w:r>
          </w:hyperlink>
        </w:p>
        <w:p w14:paraId="4A5FF9C5" w14:textId="1AE1E13A" w:rsidR="003511D2" w:rsidRPr="00BE2B5F" w:rsidRDefault="003511D2">
          <w:pPr>
            <w:pStyle w:val="TOC2"/>
            <w:tabs>
              <w:tab w:val="left" w:pos="960"/>
              <w:tab w:val="right" w:leader="dot" w:pos="9307"/>
            </w:tabs>
            <w:rPr>
              <w:rFonts w:ascii="Book Antiqua" w:hAnsi="Book Antiqua"/>
              <w:noProof/>
              <w:color w:val="auto"/>
              <w:kern w:val="2"/>
              <w:sz w:val="22"/>
              <w14:ligatures w14:val="standardContextual"/>
            </w:rPr>
          </w:pPr>
          <w:hyperlink w:anchor="_Toc238061428" w:history="1">
            <w:r w:rsidRPr="00BE2B5F">
              <w:rPr>
                <w:rStyle w:val="Hyperlink"/>
                <w:rFonts w:ascii="Book Antiqua" w:hAnsi="Book Antiqua"/>
                <w:noProof/>
                <w:sz w:val="22"/>
                <w:lang w:val="id-ID"/>
              </w:rPr>
              <w:t>3.4</w:t>
            </w:r>
            <w:r w:rsidRPr="00BE2B5F">
              <w:rPr>
                <w:rFonts w:ascii="Book Antiqua" w:hAnsi="Book Antiqua"/>
                <w:noProof/>
                <w:color w:val="auto"/>
                <w:kern w:val="2"/>
                <w:sz w:val="22"/>
                <w14:ligatures w14:val="standardContextual"/>
              </w:rPr>
              <w:tab/>
            </w:r>
            <w:r w:rsidRPr="00BE2B5F">
              <w:rPr>
                <w:rStyle w:val="Hyperlink"/>
                <w:rFonts w:ascii="Book Antiqua" w:hAnsi="Book Antiqua"/>
                <w:noProof/>
                <w:sz w:val="22"/>
                <w:lang w:val="id-ID"/>
              </w:rPr>
              <w:t>Diagram Alir</w:t>
            </w:r>
            <w:r w:rsidRPr="00BE2B5F">
              <w:rPr>
                <w:rFonts w:ascii="Book Antiqua" w:hAnsi="Book Antiqua"/>
                <w:noProof/>
                <w:webHidden/>
                <w:sz w:val="22"/>
              </w:rPr>
              <w:tab/>
            </w:r>
            <w:r w:rsidRPr="00BE2B5F">
              <w:rPr>
                <w:rFonts w:ascii="Book Antiqua" w:hAnsi="Book Antiqua"/>
                <w:noProof/>
                <w:webHidden/>
                <w:sz w:val="22"/>
              </w:rPr>
              <w:fldChar w:fldCharType="begin"/>
            </w:r>
            <w:r w:rsidRPr="00BE2B5F">
              <w:rPr>
                <w:rFonts w:ascii="Book Antiqua" w:hAnsi="Book Antiqua"/>
                <w:noProof/>
                <w:webHidden/>
                <w:sz w:val="22"/>
              </w:rPr>
              <w:instrText xml:space="preserve"> PAGEREF _Toc238061428 \h </w:instrText>
            </w:r>
            <w:r w:rsidRPr="00BE2B5F">
              <w:rPr>
                <w:rFonts w:ascii="Book Antiqua" w:hAnsi="Book Antiqua"/>
                <w:noProof/>
                <w:webHidden/>
                <w:sz w:val="22"/>
              </w:rPr>
            </w:r>
            <w:r w:rsidRPr="00BE2B5F">
              <w:rPr>
                <w:rFonts w:ascii="Book Antiqua" w:hAnsi="Book Antiqua"/>
                <w:noProof/>
                <w:webHidden/>
                <w:sz w:val="22"/>
              </w:rPr>
              <w:fldChar w:fldCharType="separate"/>
            </w:r>
            <w:r w:rsidR="009107FA">
              <w:rPr>
                <w:rFonts w:ascii="Book Antiqua" w:hAnsi="Book Antiqua"/>
                <w:noProof/>
                <w:webHidden/>
                <w:sz w:val="22"/>
              </w:rPr>
              <w:t>4</w:t>
            </w:r>
            <w:r w:rsidRPr="00BE2B5F">
              <w:rPr>
                <w:rFonts w:ascii="Book Antiqua" w:hAnsi="Book Antiqua"/>
                <w:noProof/>
                <w:webHidden/>
                <w:sz w:val="22"/>
              </w:rPr>
              <w:fldChar w:fldCharType="end"/>
            </w:r>
          </w:hyperlink>
        </w:p>
        <w:p w14:paraId="5EFDD873" w14:textId="5D5DDC36" w:rsidR="003511D2" w:rsidRPr="00BE2B5F" w:rsidRDefault="003511D2">
          <w:pPr>
            <w:pStyle w:val="TOC2"/>
            <w:tabs>
              <w:tab w:val="left" w:pos="960"/>
              <w:tab w:val="right" w:leader="dot" w:pos="9307"/>
            </w:tabs>
            <w:rPr>
              <w:rFonts w:ascii="Book Antiqua" w:hAnsi="Book Antiqua"/>
              <w:noProof/>
              <w:color w:val="auto"/>
              <w:kern w:val="2"/>
              <w:sz w:val="22"/>
              <w14:ligatures w14:val="standardContextual"/>
            </w:rPr>
          </w:pPr>
          <w:hyperlink w:anchor="_Toc238061429" w:history="1">
            <w:r w:rsidRPr="00BE2B5F">
              <w:rPr>
                <w:rStyle w:val="Hyperlink"/>
                <w:rFonts w:ascii="Book Antiqua" w:hAnsi="Book Antiqua"/>
                <w:noProof/>
                <w:sz w:val="22"/>
                <w:lang w:val="id-ID"/>
              </w:rPr>
              <w:t>3.5</w:t>
            </w:r>
            <w:r w:rsidRPr="00BE2B5F">
              <w:rPr>
                <w:rFonts w:ascii="Book Antiqua" w:hAnsi="Book Antiqua"/>
                <w:noProof/>
                <w:color w:val="auto"/>
                <w:kern w:val="2"/>
                <w:sz w:val="22"/>
                <w14:ligatures w14:val="standardContextual"/>
              </w:rPr>
              <w:tab/>
            </w:r>
            <w:r w:rsidRPr="00BE2B5F">
              <w:rPr>
                <w:rStyle w:val="Hyperlink"/>
                <w:rFonts w:ascii="Book Antiqua" w:hAnsi="Book Antiqua"/>
                <w:noProof/>
                <w:sz w:val="22"/>
                <w:lang w:val="id-ID"/>
              </w:rPr>
              <w:t>Jadwal Kegiatan</w:t>
            </w:r>
            <w:r w:rsidRPr="00BE2B5F">
              <w:rPr>
                <w:rFonts w:ascii="Book Antiqua" w:hAnsi="Book Antiqua"/>
                <w:noProof/>
                <w:webHidden/>
                <w:sz w:val="22"/>
              </w:rPr>
              <w:tab/>
            </w:r>
            <w:r w:rsidRPr="00BE2B5F">
              <w:rPr>
                <w:rFonts w:ascii="Book Antiqua" w:hAnsi="Book Antiqua"/>
                <w:noProof/>
                <w:webHidden/>
                <w:sz w:val="22"/>
              </w:rPr>
              <w:fldChar w:fldCharType="begin"/>
            </w:r>
            <w:r w:rsidRPr="00BE2B5F">
              <w:rPr>
                <w:rFonts w:ascii="Book Antiqua" w:hAnsi="Book Antiqua"/>
                <w:noProof/>
                <w:webHidden/>
                <w:sz w:val="22"/>
              </w:rPr>
              <w:instrText xml:space="preserve"> PAGEREF _Toc238061429 \h </w:instrText>
            </w:r>
            <w:r w:rsidRPr="00BE2B5F">
              <w:rPr>
                <w:rFonts w:ascii="Book Antiqua" w:hAnsi="Book Antiqua"/>
                <w:noProof/>
                <w:webHidden/>
                <w:sz w:val="22"/>
              </w:rPr>
            </w:r>
            <w:r w:rsidRPr="00BE2B5F">
              <w:rPr>
                <w:rFonts w:ascii="Book Antiqua" w:hAnsi="Book Antiqua"/>
                <w:noProof/>
                <w:webHidden/>
                <w:sz w:val="22"/>
              </w:rPr>
              <w:fldChar w:fldCharType="separate"/>
            </w:r>
            <w:r w:rsidR="009107FA">
              <w:rPr>
                <w:rFonts w:ascii="Book Antiqua" w:hAnsi="Book Antiqua"/>
                <w:noProof/>
                <w:webHidden/>
                <w:sz w:val="22"/>
              </w:rPr>
              <w:t>5</w:t>
            </w:r>
            <w:r w:rsidRPr="00BE2B5F">
              <w:rPr>
                <w:rFonts w:ascii="Book Antiqua" w:hAnsi="Book Antiqua"/>
                <w:noProof/>
                <w:webHidden/>
                <w:sz w:val="22"/>
              </w:rPr>
              <w:fldChar w:fldCharType="end"/>
            </w:r>
          </w:hyperlink>
        </w:p>
        <w:p w14:paraId="4B65A478" w14:textId="4B2D8838" w:rsidR="003511D2" w:rsidRPr="00BE2B5F" w:rsidRDefault="003511D2">
          <w:pPr>
            <w:pStyle w:val="TOC1"/>
            <w:tabs>
              <w:tab w:val="right" w:leader="dot" w:pos="9307"/>
            </w:tabs>
            <w:rPr>
              <w:rFonts w:ascii="Book Antiqua" w:hAnsi="Book Antiqua"/>
              <w:b/>
              <w:bCs/>
              <w:noProof/>
              <w:color w:val="auto"/>
              <w:kern w:val="2"/>
              <w:sz w:val="22"/>
              <w14:ligatures w14:val="standardContextual"/>
            </w:rPr>
          </w:pPr>
          <w:hyperlink w:anchor="_Toc238061430" w:history="1">
            <w:r w:rsidRPr="00BE2B5F">
              <w:rPr>
                <w:rStyle w:val="Hyperlink"/>
                <w:rFonts w:ascii="Book Antiqua" w:hAnsi="Book Antiqua"/>
                <w:b/>
                <w:bCs/>
                <w:noProof/>
                <w:sz w:val="22"/>
                <w:lang w:val="id-ID"/>
              </w:rPr>
              <w:t>DAFTAR PUSTAKA</w:t>
            </w:r>
            <w:r w:rsidRPr="00BE2B5F">
              <w:rPr>
                <w:rFonts w:ascii="Book Antiqua" w:hAnsi="Book Antiqua"/>
                <w:noProof/>
                <w:webHidden/>
                <w:sz w:val="22"/>
              </w:rPr>
              <w:tab/>
            </w:r>
            <w:r w:rsidRPr="00BE2B5F">
              <w:rPr>
                <w:rFonts w:ascii="Book Antiqua" w:hAnsi="Book Antiqua"/>
                <w:noProof/>
                <w:webHidden/>
                <w:sz w:val="22"/>
              </w:rPr>
              <w:fldChar w:fldCharType="begin"/>
            </w:r>
            <w:r w:rsidRPr="00BE2B5F">
              <w:rPr>
                <w:rFonts w:ascii="Book Antiqua" w:hAnsi="Book Antiqua"/>
                <w:noProof/>
                <w:webHidden/>
                <w:sz w:val="22"/>
              </w:rPr>
              <w:instrText xml:space="preserve"> PAGEREF _Toc238061430 \h </w:instrText>
            </w:r>
            <w:r w:rsidRPr="00BE2B5F">
              <w:rPr>
                <w:rFonts w:ascii="Book Antiqua" w:hAnsi="Book Antiqua"/>
                <w:noProof/>
                <w:webHidden/>
                <w:sz w:val="22"/>
              </w:rPr>
            </w:r>
            <w:r w:rsidRPr="00BE2B5F">
              <w:rPr>
                <w:rFonts w:ascii="Book Antiqua" w:hAnsi="Book Antiqua"/>
                <w:noProof/>
                <w:webHidden/>
                <w:sz w:val="22"/>
              </w:rPr>
              <w:fldChar w:fldCharType="separate"/>
            </w:r>
            <w:r w:rsidR="009107FA">
              <w:rPr>
                <w:rFonts w:ascii="Book Antiqua" w:hAnsi="Book Antiqua"/>
                <w:noProof/>
                <w:webHidden/>
                <w:sz w:val="22"/>
              </w:rPr>
              <w:t>6</w:t>
            </w:r>
            <w:r w:rsidRPr="00BE2B5F">
              <w:rPr>
                <w:rFonts w:ascii="Book Antiqua" w:hAnsi="Book Antiqua"/>
                <w:noProof/>
                <w:webHidden/>
                <w:sz w:val="22"/>
              </w:rPr>
              <w:fldChar w:fldCharType="end"/>
            </w:r>
          </w:hyperlink>
        </w:p>
        <w:p w14:paraId="2DA95704" w14:textId="156370A1" w:rsidR="00B73987" w:rsidRPr="00EB1A9B" w:rsidRDefault="00B73987" w:rsidP="00B73987">
          <w:pPr>
            <w:rPr>
              <w:rFonts w:ascii="Book Antiqua" w:hAnsi="Book Antiqua"/>
              <w:b/>
              <w:bCs/>
              <w:sz w:val="22"/>
              <w:lang w:val="id-ID"/>
            </w:rPr>
          </w:pPr>
          <w:r w:rsidRPr="00BE2B5F">
            <w:rPr>
              <w:rFonts w:ascii="Book Antiqua" w:hAnsi="Book Antiqua"/>
              <w:b/>
              <w:bCs/>
              <w:noProof/>
              <w:sz w:val="22"/>
              <w:lang w:val="id-ID"/>
            </w:rPr>
            <w:fldChar w:fldCharType="end"/>
          </w:r>
        </w:p>
      </w:sdtContent>
    </w:sdt>
    <w:p w14:paraId="43B25D0C" w14:textId="3C8CA22A" w:rsidR="003832E5" w:rsidRPr="00EB1A9B" w:rsidRDefault="003832E5">
      <w:pPr>
        <w:spacing w:after="60"/>
        <w:rPr>
          <w:rFonts w:ascii="Book Antiqua" w:hAnsi="Book Antiqua"/>
          <w:b/>
          <w:color w:val="000000" w:themeColor="text1"/>
          <w:sz w:val="22"/>
          <w:lang w:val="id-ID"/>
        </w:rPr>
      </w:pPr>
    </w:p>
    <w:p w14:paraId="5274741F" w14:textId="77777777" w:rsidR="00401B68" w:rsidRPr="00EB1A9B" w:rsidRDefault="00401B68">
      <w:pPr>
        <w:spacing w:after="60"/>
        <w:rPr>
          <w:rFonts w:ascii="Book Antiqua" w:hAnsi="Book Antiqua"/>
          <w:b/>
          <w:color w:val="000000" w:themeColor="text1"/>
          <w:sz w:val="22"/>
          <w:lang w:val="id-ID"/>
        </w:rPr>
      </w:pPr>
    </w:p>
    <w:p w14:paraId="4C5BCDFD" w14:textId="77777777" w:rsidR="00401B68" w:rsidRPr="00EB1A9B" w:rsidRDefault="00401B68">
      <w:pPr>
        <w:spacing w:after="60"/>
        <w:rPr>
          <w:rFonts w:ascii="Book Antiqua" w:hAnsi="Book Antiqua"/>
          <w:b/>
          <w:color w:val="000000" w:themeColor="text1"/>
          <w:sz w:val="22"/>
          <w:lang w:val="id-ID"/>
        </w:rPr>
      </w:pPr>
    </w:p>
    <w:p w14:paraId="324A0B50" w14:textId="77777777" w:rsidR="00401B68" w:rsidRPr="00EB1A9B" w:rsidRDefault="00401B68">
      <w:pPr>
        <w:spacing w:after="60"/>
        <w:rPr>
          <w:rFonts w:ascii="Book Antiqua" w:hAnsi="Book Antiqua"/>
          <w:b/>
          <w:color w:val="000000" w:themeColor="text1"/>
          <w:sz w:val="22"/>
          <w:lang w:val="id-ID"/>
        </w:rPr>
      </w:pPr>
    </w:p>
    <w:p w14:paraId="65043FD4" w14:textId="77777777" w:rsidR="00401B68" w:rsidRPr="00EB1A9B" w:rsidRDefault="00401B68">
      <w:pPr>
        <w:spacing w:after="60"/>
        <w:rPr>
          <w:rFonts w:ascii="Book Antiqua" w:hAnsi="Book Antiqua"/>
          <w:color w:val="000000" w:themeColor="text1"/>
          <w:lang w:val="id-ID"/>
        </w:rPr>
        <w:sectPr w:rsidR="00401B68" w:rsidRPr="00EB1A9B" w:rsidSect="003D6EB9">
          <w:footerReference w:type="default" r:id="rId9"/>
          <w:pgSz w:w="11909" w:h="16834"/>
          <w:pgMar w:top="1440" w:right="1152" w:bottom="1440" w:left="1440" w:header="720" w:footer="720" w:gutter="0"/>
          <w:pgNumType w:fmt="lowerRoman"/>
          <w:cols w:space="720"/>
          <w:titlePg/>
          <w:docGrid w:linePitch="360"/>
        </w:sectPr>
      </w:pPr>
    </w:p>
    <w:p w14:paraId="0B047394" w14:textId="410C9AF8" w:rsidR="00AE5235" w:rsidRPr="00EB1A9B" w:rsidRDefault="00721CE3" w:rsidP="00401B68">
      <w:pPr>
        <w:pStyle w:val="Heading1"/>
        <w:spacing w:before="0"/>
        <w:jc w:val="center"/>
        <w:rPr>
          <w:rFonts w:ascii="Book Antiqua" w:hAnsi="Book Antiqua"/>
          <w:color w:val="000000" w:themeColor="text1"/>
          <w:szCs w:val="20"/>
          <w:lang w:val="id-ID"/>
        </w:rPr>
      </w:pPr>
      <w:bookmarkStart w:id="4" w:name="_Toc238061409"/>
      <w:r w:rsidRPr="00EB1A9B">
        <w:rPr>
          <w:rFonts w:ascii="Book Antiqua" w:hAnsi="Book Antiqua"/>
          <w:color w:val="000000" w:themeColor="text1"/>
          <w:sz w:val="24"/>
          <w:szCs w:val="20"/>
          <w:lang w:val="id-ID"/>
        </w:rPr>
        <w:lastRenderedPageBreak/>
        <w:t xml:space="preserve">BAB </w:t>
      </w:r>
      <w:r w:rsidR="003A4E6B">
        <w:rPr>
          <w:rFonts w:ascii="Book Antiqua" w:hAnsi="Book Antiqua"/>
          <w:color w:val="000000" w:themeColor="text1"/>
          <w:sz w:val="24"/>
          <w:szCs w:val="20"/>
          <w:lang w:val="id-ID"/>
        </w:rPr>
        <w:t>I</w:t>
      </w:r>
      <w:bookmarkEnd w:id="4"/>
    </w:p>
    <w:p w14:paraId="55CA1D2C" w14:textId="00B06AF9" w:rsidR="003832E5" w:rsidRPr="00EB1A9B" w:rsidRDefault="00721CE3" w:rsidP="00401B68">
      <w:pPr>
        <w:pStyle w:val="Heading1"/>
        <w:spacing w:before="0"/>
        <w:jc w:val="center"/>
        <w:rPr>
          <w:rFonts w:ascii="Book Antiqua" w:hAnsi="Book Antiqua"/>
          <w:color w:val="000000" w:themeColor="text1"/>
          <w:sz w:val="22"/>
          <w:szCs w:val="20"/>
          <w:lang w:val="id-ID"/>
        </w:rPr>
      </w:pPr>
      <w:bookmarkStart w:id="5" w:name="_Toc237985823"/>
      <w:bookmarkStart w:id="6" w:name="_Toc237993861"/>
      <w:bookmarkStart w:id="7" w:name="_Toc238061410"/>
      <w:r w:rsidRPr="00EB1A9B">
        <w:rPr>
          <w:rFonts w:ascii="Book Antiqua" w:hAnsi="Book Antiqua"/>
          <w:color w:val="000000" w:themeColor="text1"/>
          <w:sz w:val="24"/>
          <w:szCs w:val="20"/>
          <w:lang w:val="id-ID"/>
        </w:rPr>
        <w:t>PENDAHULUAN</w:t>
      </w:r>
      <w:bookmarkEnd w:id="5"/>
      <w:bookmarkEnd w:id="6"/>
      <w:bookmarkEnd w:id="7"/>
    </w:p>
    <w:p w14:paraId="45CDFAC0" w14:textId="0A2228C7" w:rsidR="003832E5" w:rsidRPr="00EB1A9B" w:rsidRDefault="00721CE3" w:rsidP="00401B68">
      <w:pPr>
        <w:pStyle w:val="ListParagraph"/>
        <w:keepNext/>
        <w:numPr>
          <w:ilvl w:val="1"/>
          <w:numId w:val="11"/>
        </w:numPr>
        <w:spacing w:before="240" w:after="0"/>
        <w:ind w:left="720" w:hanging="720"/>
        <w:contextualSpacing w:val="0"/>
        <w:outlineLvl w:val="1"/>
        <w:rPr>
          <w:rFonts w:ascii="Book Antiqua" w:hAnsi="Book Antiqua"/>
          <w:color w:val="000000" w:themeColor="text1"/>
          <w:sz w:val="22"/>
          <w:szCs w:val="20"/>
          <w:lang w:val="id-ID"/>
        </w:rPr>
      </w:pPr>
      <w:bookmarkStart w:id="8" w:name="_Toc238061411"/>
      <w:r w:rsidRPr="00EB1A9B">
        <w:rPr>
          <w:rFonts w:ascii="Book Antiqua" w:hAnsi="Book Antiqua"/>
          <w:b/>
          <w:color w:val="000000" w:themeColor="text1"/>
          <w:sz w:val="22"/>
          <w:szCs w:val="20"/>
          <w:lang w:val="id-ID"/>
        </w:rPr>
        <w:t>Latar Belakang</w:t>
      </w:r>
      <w:bookmarkEnd w:id="8"/>
    </w:p>
    <w:p w14:paraId="17247232" w14:textId="77777777" w:rsidR="00AE5235" w:rsidRPr="00EB1A9B" w:rsidRDefault="00721CE3" w:rsidP="00AE5235">
      <w:pPr>
        <w:spacing w:after="0"/>
        <w:ind w:firstLine="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Perkembangan teknologi informasi dan komunikasi yang pesat pada era digital saat ini telah menghasilkan eksponensialitas pertumbuhan volume data dari berbagai sektor. Di ranah akademis dan industri, pemanfaatan teknik Sains Data menjadi kunci utama dalam mengekstrak wawasan (insights) yang berguna bagi pengambilan keputusan strategis. FMIPA Universitas Negeri Surabaya (Unesa) mendasarkan kurikulum Sains Data untuk menjawab tantangan pemrosesan data kompleks ini melalui pendekatan analitikal modern.</w:t>
      </w:r>
    </w:p>
    <w:p w14:paraId="0AE2D9A8" w14:textId="49D0A2DB" w:rsidR="003832E5" w:rsidRPr="00EB1A9B" w:rsidRDefault="00721CE3" w:rsidP="00AE5235">
      <w:pPr>
        <w:spacing w:after="0"/>
        <w:ind w:firstLine="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Permasalahan utama yang melatarbelakangi penelitian ini adalah perlunya optimalisasi model analitikal dalam memprediksi tren masa depan secara akurat. Banyak metode konvensional mengalami keterbatasan saat berhadapan dengan data berdimensi tinggi atau terstruktur kompleks</w:t>
      </w:r>
      <w:r w:rsidR="00AF34EA" w:rsidRPr="00EB1A9B">
        <w:rPr>
          <w:rFonts w:ascii="Book Antiqua" w:hAnsi="Book Antiqua"/>
          <w:color w:val="000000" w:themeColor="text1"/>
          <w:sz w:val="22"/>
          <w:szCs w:val="20"/>
          <w:lang w:val="id-ID"/>
        </w:rPr>
        <w:t xml:space="preserve"> (Walpole, 2025)</w:t>
      </w:r>
      <w:r w:rsidRPr="00EB1A9B">
        <w:rPr>
          <w:rFonts w:ascii="Book Antiqua" w:hAnsi="Book Antiqua"/>
          <w:color w:val="000000" w:themeColor="text1"/>
          <w:sz w:val="22"/>
          <w:szCs w:val="20"/>
          <w:lang w:val="id-ID"/>
        </w:rPr>
        <w:t>. Oleh karena itu, penelitian tugas akhir ini mengusulkan sebuah kerangka kerja berbasis komputasi modern yang mengombinasikan pra-pemrosesan data tingkat lanjut dan pemodelan analitis terstruktur.</w:t>
      </w:r>
    </w:p>
    <w:p w14:paraId="3BC4A985" w14:textId="7122EC07" w:rsidR="003832E5" w:rsidRPr="00EB1A9B" w:rsidRDefault="00721CE3" w:rsidP="00401B68">
      <w:pPr>
        <w:pStyle w:val="ListParagraph"/>
        <w:keepNext/>
        <w:numPr>
          <w:ilvl w:val="1"/>
          <w:numId w:val="11"/>
        </w:numPr>
        <w:spacing w:before="240" w:after="0"/>
        <w:ind w:left="720" w:hanging="720"/>
        <w:contextualSpacing w:val="0"/>
        <w:outlineLvl w:val="1"/>
        <w:rPr>
          <w:rFonts w:ascii="Book Antiqua" w:hAnsi="Book Antiqua"/>
          <w:b/>
          <w:color w:val="000000" w:themeColor="text1"/>
          <w:sz w:val="22"/>
          <w:szCs w:val="20"/>
          <w:lang w:val="id-ID"/>
        </w:rPr>
      </w:pPr>
      <w:bookmarkStart w:id="9" w:name="_Toc238061412"/>
      <w:r w:rsidRPr="00EB1A9B">
        <w:rPr>
          <w:rFonts w:ascii="Book Antiqua" w:hAnsi="Book Antiqua"/>
          <w:b/>
          <w:color w:val="000000" w:themeColor="text1"/>
          <w:sz w:val="22"/>
          <w:szCs w:val="20"/>
          <w:lang w:val="id-ID"/>
        </w:rPr>
        <w:t>Rumusan Masalah</w:t>
      </w:r>
      <w:bookmarkEnd w:id="9"/>
    </w:p>
    <w:p w14:paraId="02A82298" w14:textId="77777777" w:rsidR="003832E5" w:rsidRPr="00EB1A9B" w:rsidRDefault="00721CE3" w:rsidP="00AF34EA">
      <w:pPr>
        <w:spacing w:after="0"/>
        <w:ind w:firstLine="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Berdasarkan latar belakang yang telah dipaparkan, rumusan masalah dalam penelitian ini adalah sebagai berikut:</w:t>
      </w:r>
    </w:p>
    <w:p w14:paraId="1ED1A1BF" w14:textId="77777777" w:rsidR="00AF34EA" w:rsidRPr="00EB1A9B" w:rsidRDefault="00721CE3" w:rsidP="00AF34EA">
      <w:pPr>
        <w:pStyle w:val="ListParagraph"/>
        <w:numPr>
          <w:ilvl w:val="0"/>
          <w:numId w:val="13"/>
        </w:numPr>
        <w:spacing w:after="0"/>
        <w:ind w:left="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Bagaimana melakukan pra-pemrosesan data dan pembersihan noise pada dataset yang digunakan?</w:t>
      </w:r>
    </w:p>
    <w:p w14:paraId="04F7A751" w14:textId="77777777" w:rsidR="00AF34EA" w:rsidRPr="00EB1A9B" w:rsidRDefault="00721CE3" w:rsidP="00AF34EA">
      <w:pPr>
        <w:pStyle w:val="ListParagraph"/>
        <w:numPr>
          <w:ilvl w:val="0"/>
          <w:numId w:val="13"/>
        </w:numPr>
        <w:spacing w:after="0"/>
        <w:ind w:left="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Bagaimana performa algoritma yang diusulkan dalam melakukan prediksi / klasifikasi target penelitian?</w:t>
      </w:r>
    </w:p>
    <w:p w14:paraId="0743DB71" w14:textId="021544A9" w:rsidR="003832E5" w:rsidRPr="00EB1A9B" w:rsidRDefault="00721CE3" w:rsidP="00AF34EA">
      <w:pPr>
        <w:pStyle w:val="ListParagraph"/>
        <w:numPr>
          <w:ilvl w:val="0"/>
          <w:numId w:val="13"/>
        </w:numPr>
        <w:spacing w:after="0"/>
        <w:ind w:left="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Bagaimana interpretasi hasil evaluasi model untuk memberikan rekomendasi berbasis data?</w:t>
      </w:r>
    </w:p>
    <w:p w14:paraId="514636B3" w14:textId="36D8CB8E" w:rsidR="003832E5" w:rsidRPr="00EB1A9B" w:rsidRDefault="00721CE3" w:rsidP="00401B68">
      <w:pPr>
        <w:pStyle w:val="ListParagraph"/>
        <w:keepNext/>
        <w:numPr>
          <w:ilvl w:val="1"/>
          <w:numId w:val="11"/>
        </w:numPr>
        <w:spacing w:before="240" w:after="0"/>
        <w:ind w:left="720" w:hanging="720"/>
        <w:contextualSpacing w:val="0"/>
        <w:outlineLvl w:val="1"/>
        <w:rPr>
          <w:rFonts w:ascii="Book Antiqua" w:hAnsi="Book Antiqua"/>
          <w:b/>
          <w:color w:val="000000" w:themeColor="text1"/>
          <w:sz w:val="22"/>
          <w:szCs w:val="20"/>
          <w:lang w:val="id-ID"/>
        </w:rPr>
      </w:pPr>
      <w:bookmarkStart w:id="10" w:name="_Toc238061413"/>
      <w:r w:rsidRPr="00EB1A9B">
        <w:rPr>
          <w:rFonts w:ascii="Book Antiqua" w:hAnsi="Book Antiqua"/>
          <w:b/>
          <w:color w:val="000000" w:themeColor="text1"/>
          <w:sz w:val="22"/>
          <w:szCs w:val="20"/>
          <w:lang w:val="id-ID"/>
        </w:rPr>
        <w:t>Tujuan</w:t>
      </w:r>
      <w:bookmarkEnd w:id="10"/>
    </w:p>
    <w:p w14:paraId="0DAD47CA" w14:textId="1528BD0B" w:rsidR="003832E5" w:rsidRPr="00EB1A9B" w:rsidRDefault="00AF34EA" w:rsidP="00324457">
      <w:pPr>
        <w:spacing w:after="0"/>
        <w:ind w:firstLine="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Pada sub bab Tujuan menjawab rumusan masalah. Apabila terdapat 3 rumusan masalah, maka terdapat 3 tujuan. Contoh, Tujuan yang ingin dicapai melalui pelaksanaan penelitian Tugas Akhir ini antara lain:</w:t>
      </w:r>
    </w:p>
    <w:p w14:paraId="39517724" w14:textId="77777777" w:rsidR="00AF34EA" w:rsidRPr="00EB1A9B" w:rsidRDefault="00721CE3" w:rsidP="00AF34EA">
      <w:pPr>
        <w:pStyle w:val="ListParagraph"/>
        <w:numPr>
          <w:ilvl w:val="0"/>
          <w:numId w:val="15"/>
        </w:numPr>
        <w:spacing w:after="0"/>
        <w:ind w:left="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Menerapkan tahapan data preprocessing secara optimal pada dataset penelitian.</w:t>
      </w:r>
    </w:p>
    <w:p w14:paraId="7CF8B8B2" w14:textId="77777777" w:rsidR="00AF34EA" w:rsidRPr="00EB1A9B" w:rsidRDefault="00721CE3" w:rsidP="00AF34EA">
      <w:pPr>
        <w:pStyle w:val="ListParagraph"/>
        <w:numPr>
          <w:ilvl w:val="0"/>
          <w:numId w:val="15"/>
        </w:numPr>
        <w:spacing w:after="0"/>
        <w:ind w:left="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Mengembangkan dan melatih model komputasi berbasis data sesuai dengan arsitektur yang direncanakan.</w:t>
      </w:r>
    </w:p>
    <w:p w14:paraId="4BA7C19C" w14:textId="540FCB57" w:rsidR="003832E5" w:rsidRPr="00EB1A9B" w:rsidRDefault="00721CE3" w:rsidP="00AF34EA">
      <w:pPr>
        <w:pStyle w:val="ListParagraph"/>
        <w:numPr>
          <w:ilvl w:val="0"/>
          <w:numId w:val="15"/>
        </w:numPr>
        <w:spacing w:after="0"/>
        <w:ind w:left="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Menganalisis dan mengukur akurasi serta efisiensi model menggunakan kriteria evaluasi standar Sains Data.</w:t>
      </w:r>
    </w:p>
    <w:p w14:paraId="7DBB6478" w14:textId="52C102F5" w:rsidR="003832E5" w:rsidRPr="00EB1A9B" w:rsidRDefault="00721CE3" w:rsidP="00401B68">
      <w:pPr>
        <w:pStyle w:val="ListParagraph"/>
        <w:keepNext/>
        <w:numPr>
          <w:ilvl w:val="1"/>
          <w:numId w:val="11"/>
        </w:numPr>
        <w:spacing w:before="240" w:after="0"/>
        <w:ind w:left="720" w:hanging="720"/>
        <w:contextualSpacing w:val="0"/>
        <w:outlineLvl w:val="1"/>
        <w:rPr>
          <w:rFonts w:ascii="Book Antiqua" w:hAnsi="Book Antiqua"/>
          <w:b/>
          <w:color w:val="000000" w:themeColor="text1"/>
          <w:sz w:val="22"/>
          <w:szCs w:val="20"/>
          <w:lang w:val="id-ID"/>
        </w:rPr>
      </w:pPr>
      <w:bookmarkStart w:id="11" w:name="_Toc238061414"/>
      <w:r w:rsidRPr="00EB1A9B">
        <w:rPr>
          <w:rFonts w:ascii="Book Antiqua" w:hAnsi="Book Antiqua"/>
          <w:b/>
          <w:color w:val="000000" w:themeColor="text1"/>
          <w:sz w:val="22"/>
          <w:szCs w:val="20"/>
          <w:lang w:val="id-ID"/>
        </w:rPr>
        <w:t>Manfaat</w:t>
      </w:r>
      <w:bookmarkEnd w:id="11"/>
    </w:p>
    <w:p w14:paraId="190A57E4" w14:textId="77777777" w:rsidR="003832E5" w:rsidRPr="00EB1A9B" w:rsidRDefault="00721CE3" w:rsidP="00324457">
      <w:pPr>
        <w:spacing w:after="0"/>
        <w:ind w:firstLine="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Hasil dari penelitian ini diharapkan dapat memberikan manfaat sebagai berikut:</w:t>
      </w:r>
    </w:p>
    <w:p w14:paraId="3171471D" w14:textId="77777777" w:rsidR="00AF34EA" w:rsidRPr="00EB1A9B" w:rsidRDefault="00721CE3" w:rsidP="00AF34EA">
      <w:pPr>
        <w:pStyle w:val="ListParagraph"/>
        <w:numPr>
          <w:ilvl w:val="0"/>
          <w:numId w:val="17"/>
        </w:numPr>
        <w:spacing w:after="0"/>
        <w:ind w:left="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 xml:space="preserve">Manfaat </w:t>
      </w:r>
      <w:r w:rsidR="00AF34EA" w:rsidRPr="00EB1A9B">
        <w:rPr>
          <w:rFonts w:ascii="Book Antiqua" w:hAnsi="Book Antiqua"/>
          <w:color w:val="000000" w:themeColor="text1"/>
          <w:sz w:val="22"/>
          <w:szCs w:val="20"/>
          <w:lang w:val="id-ID"/>
        </w:rPr>
        <w:t>Teoritis</w:t>
      </w:r>
      <w:r w:rsidRPr="00EB1A9B">
        <w:rPr>
          <w:rFonts w:ascii="Book Antiqua" w:hAnsi="Book Antiqua"/>
          <w:color w:val="000000" w:themeColor="text1"/>
          <w:sz w:val="22"/>
          <w:szCs w:val="20"/>
          <w:lang w:val="id-ID"/>
        </w:rPr>
        <w:t>: Menjadi referensi ilmiah dan memperkaya literatur di bidang Sains Data FMIPA Unesa.</w:t>
      </w:r>
    </w:p>
    <w:p w14:paraId="3CDA88E4" w14:textId="127BC640" w:rsidR="003832E5" w:rsidRPr="00EB1A9B" w:rsidRDefault="00721CE3" w:rsidP="00AF34EA">
      <w:pPr>
        <w:pStyle w:val="ListParagraph"/>
        <w:numPr>
          <w:ilvl w:val="0"/>
          <w:numId w:val="17"/>
        </w:numPr>
        <w:spacing w:after="0"/>
        <w:ind w:left="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Manfaat Praktis: Memberikan solusi atau alternatif metode berbasis data yang dapat dimanfaatkan oleh instansi terkait.</w:t>
      </w:r>
    </w:p>
    <w:p w14:paraId="26C25C1C" w14:textId="698BB765" w:rsidR="003832E5" w:rsidRPr="00EB1A9B" w:rsidRDefault="00721CE3" w:rsidP="00401B68">
      <w:pPr>
        <w:pStyle w:val="ListParagraph"/>
        <w:keepNext/>
        <w:numPr>
          <w:ilvl w:val="1"/>
          <w:numId w:val="11"/>
        </w:numPr>
        <w:spacing w:before="240" w:after="0"/>
        <w:ind w:left="720" w:hanging="720"/>
        <w:contextualSpacing w:val="0"/>
        <w:outlineLvl w:val="1"/>
        <w:rPr>
          <w:rFonts w:ascii="Book Antiqua" w:hAnsi="Book Antiqua"/>
          <w:b/>
          <w:color w:val="000000" w:themeColor="text1"/>
          <w:sz w:val="22"/>
          <w:szCs w:val="20"/>
          <w:lang w:val="id-ID"/>
        </w:rPr>
      </w:pPr>
      <w:bookmarkStart w:id="12" w:name="_Toc238061415"/>
      <w:r w:rsidRPr="00EB1A9B">
        <w:rPr>
          <w:rFonts w:ascii="Book Antiqua" w:hAnsi="Book Antiqua"/>
          <w:b/>
          <w:color w:val="000000" w:themeColor="text1"/>
          <w:sz w:val="22"/>
          <w:szCs w:val="20"/>
          <w:lang w:val="id-ID"/>
        </w:rPr>
        <w:lastRenderedPageBreak/>
        <w:t xml:space="preserve">Batasan </w:t>
      </w:r>
      <w:r w:rsidR="00AF34EA" w:rsidRPr="00EB1A9B">
        <w:rPr>
          <w:rFonts w:ascii="Book Antiqua" w:hAnsi="Book Antiqua"/>
          <w:b/>
          <w:color w:val="000000" w:themeColor="text1"/>
          <w:sz w:val="22"/>
          <w:szCs w:val="20"/>
          <w:lang w:val="id-ID"/>
        </w:rPr>
        <w:t>Penelitian</w:t>
      </w:r>
      <w:bookmarkEnd w:id="12"/>
    </w:p>
    <w:p w14:paraId="09546A61" w14:textId="114257BD" w:rsidR="003832E5" w:rsidRPr="00EB1A9B" w:rsidRDefault="00AF34EA" w:rsidP="00324457">
      <w:pPr>
        <w:spacing w:after="0"/>
        <w:ind w:firstLine="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 xml:space="preserve">Batasan Penelitian yakni penetapan masalah (dari berbagai masalah yang teridentifikasi) dengan mempertimbangkan berbagai aspek metodologis, kelayakan untuk diteliti, serta keterbatasan peneliti tanpa mengorbankan kebermaknaan arti, konsep, atau topik yang diteliti. Contoh: </w:t>
      </w:r>
    </w:p>
    <w:p w14:paraId="77F80B3F" w14:textId="77777777" w:rsidR="00AF34EA" w:rsidRPr="00EB1A9B" w:rsidRDefault="00721CE3" w:rsidP="00AF34EA">
      <w:pPr>
        <w:pStyle w:val="ListParagraph"/>
        <w:numPr>
          <w:ilvl w:val="0"/>
          <w:numId w:val="19"/>
        </w:numPr>
        <w:spacing w:after="0"/>
        <w:ind w:left="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Dataset yang digunakan bersumber dari [Sebutkan Sumber Data / Periode].</w:t>
      </w:r>
    </w:p>
    <w:p w14:paraId="360ECB40" w14:textId="77777777" w:rsidR="00324457" w:rsidRPr="00EB1A9B" w:rsidRDefault="00721CE3" w:rsidP="00324457">
      <w:pPr>
        <w:pStyle w:val="ListParagraph"/>
        <w:numPr>
          <w:ilvl w:val="0"/>
          <w:numId w:val="19"/>
        </w:numPr>
        <w:spacing w:after="0"/>
        <w:ind w:left="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Algoritma yang diimplementasikan terbatas pada [Sebutkan Metode / Algoritma</w:t>
      </w:r>
      <w:r w:rsidR="00AF34EA" w:rsidRPr="00EB1A9B">
        <w:rPr>
          <w:rFonts w:ascii="Book Antiqua" w:hAnsi="Book Antiqua"/>
          <w:color w:val="000000" w:themeColor="text1"/>
          <w:sz w:val="22"/>
          <w:szCs w:val="20"/>
          <w:lang w:val="id-ID"/>
        </w:rPr>
        <w:t xml:space="preserve"> / parameter</w:t>
      </w:r>
      <w:r w:rsidRPr="00EB1A9B">
        <w:rPr>
          <w:rFonts w:ascii="Book Antiqua" w:hAnsi="Book Antiqua"/>
          <w:color w:val="000000" w:themeColor="text1"/>
          <w:sz w:val="22"/>
          <w:szCs w:val="20"/>
          <w:lang w:val="id-ID"/>
        </w:rPr>
        <w:t>].</w:t>
      </w:r>
    </w:p>
    <w:p w14:paraId="106671ED" w14:textId="77777777" w:rsidR="00324457" w:rsidRPr="00EB1A9B" w:rsidRDefault="00324457" w:rsidP="00324457">
      <w:pPr>
        <w:spacing w:after="0"/>
        <w:jc w:val="both"/>
        <w:rPr>
          <w:rFonts w:ascii="Book Antiqua" w:hAnsi="Book Antiqua"/>
          <w:b/>
          <w:color w:val="000000" w:themeColor="text1"/>
          <w:sz w:val="28"/>
          <w:lang w:val="id-ID"/>
        </w:rPr>
      </w:pPr>
    </w:p>
    <w:p w14:paraId="736A9B8E" w14:textId="77777777" w:rsidR="00324457" w:rsidRPr="00EB1A9B" w:rsidRDefault="00324457" w:rsidP="00324457">
      <w:pPr>
        <w:spacing w:after="0"/>
        <w:jc w:val="both"/>
        <w:rPr>
          <w:rFonts w:ascii="Book Antiqua" w:hAnsi="Book Antiqua"/>
          <w:b/>
          <w:color w:val="000000" w:themeColor="text1"/>
          <w:sz w:val="28"/>
          <w:lang w:val="id-ID"/>
        </w:rPr>
      </w:pPr>
    </w:p>
    <w:p w14:paraId="056853D7" w14:textId="77777777" w:rsidR="00324457" w:rsidRPr="00EB1A9B" w:rsidRDefault="00324457" w:rsidP="00324457">
      <w:pPr>
        <w:spacing w:after="0"/>
        <w:jc w:val="both"/>
        <w:rPr>
          <w:rFonts w:ascii="Book Antiqua" w:hAnsi="Book Antiqua"/>
          <w:b/>
          <w:color w:val="000000" w:themeColor="text1"/>
          <w:sz w:val="28"/>
          <w:lang w:val="id-ID"/>
        </w:rPr>
      </w:pPr>
    </w:p>
    <w:p w14:paraId="57138976" w14:textId="77777777" w:rsidR="00324457" w:rsidRPr="00EB1A9B" w:rsidRDefault="00324457" w:rsidP="00324457">
      <w:pPr>
        <w:spacing w:after="0"/>
        <w:jc w:val="both"/>
        <w:rPr>
          <w:rFonts w:ascii="Book Antiqua" w:hAnsi="Book Antiqua"/>
          <w:b/>
          <w:color w:val="000000" w:themeColor="text1"/>
          <w:sz w:val="28"/>
          <w:lang w:val="id-ID"/>
        </w:rPr>
      </w:pPr>
    </w:p>
    <w:p w14:paraId="03155A73" w14:textId="77777777" w:rsidR="00324457" w:rsidRPr="00EB1A9B" w:rsidRDefault="00324457" w:rsidP="00324457">
      <w:pPr>
        <w:spacing w:after="0"/>
        <w:jc w:val="both"/>
        <w:rPr>
          <w:rFonts w:ascii="Book Antiqua" w:hAnsi="Book Antiqua"/>
          <w:b/>
          <w:color w:val="000000" w:themeColor="text1"/>
          <w:sz w:val="28"/>
          <w:lang w:val="id-ID"/>
        </w:rPr>
      </w:pPr>
    </w:p>
    <w:p w14:paraId="3C6C635D" w14:textId="77777777" w:rsidR="00324457" w:rsidRPr="00EB1A9B" w:rsidRDefault="00324457" w:rsidP="00324457">
      <w:pPr>
        <w:spacing w:after="0"/>
        <w:jc w:val="both"/>
        <w:rPr>
          <w:rFonts w:ascii="Book Antiqua" w:hAnsi="Book Antiqua"/>
          <w:b/>
          <w:color w:val="000000" w:themeColor="text1"/>
          <w:sz w:val="28"/>
          <w:lang w:val="id-ID"/>
        </w:rPr>
      </w:pPr>
    </w:p>
    <w:p w14:paraId="41E94028" w14:textId="77777777" w:rsidR="00324457" w:rsidRPr="00EB1A9B" w:rsidRDefault="00324457" w:rsidP="00324457">
      <w:pPr>
        <w:spacing w:after="0"/>
        <w:jc w:val="both"/>
        <w:rPr>
          <w:rFonts w:ascii="Book Antiqua" w:hAnsi="Book Antiqua"/>
          <w:b/>
          <w:color w:val="000000" w:themeColor="text1"/>
          <w:sz w:val="28"/>
          <w:lang w:val="id-ID"/>
        </w:rPr>
      </w:pPr>
    </w:p>
    <w:p w14:paraId="733E30F9" w14:textId="77777777" w:rsidR="00324457" w:rsidRPr="00EB1A9B" w:rsidRDefault="00324457" w:rsidP="00324457">
      <w:pPr>
        <w:spacing w:after="0"/>
        <w:jc w:val="both"/>
        <w:rPr>
          <w:rFonts w:ascii="Book Antiqua" w:hAnsi="Book Antiqua"/>
          <w:b/>
          <w:color w:val="000000" w:themeColor="text1"/>
          <w:sz w:val="28"/>
          <w:lang w:val="id-ID"/>
        </w:rPr>
      </w:pPr>
    </w:p>
    <w:p w14:paraId="25F34EC9" w14:textId="77777777" w:rsidR="00324457" w:rsidRPr="00EB1A9B" w:rsidRDefault="00324457" w:rsidP="00324457">
      <w:pPr>
        <w:spacing w:after="0"/>
        <w:jc w:val="both"/>
        <w:rPr>
          <w:rFonts w:ascii="Book Antiqua" w:hAnsi="Book Antiqua"/>
          <w:b/>
          <w:color w:val="000000" w:themeColor="text1"/>
          <w:sz w:val="28"/>
          <w:lang w:val="id-ID"/>
        </w:rPr>
      </w:pPr>
    </w:p>
    <w:p w14:paraId="77D68F7F" w14:textId="77777777" w:rsidR="00324457" w:rsidRPr="00EB1A9B" w:rsidRDefault="00324457" w:rsidP="00324457">
      <w:pPr>
        <w:spacing w:after="0"/>
        <w:jc w:val="both"/>
        <w:rPr>
          <w:rFonts w:ascii="Book Antiqua" w:hAnsi="Book Antiqua"/>
          <w:b/>
          <w:color w:val="000000" w:themeColor="text1"/>
          <w:sz w:val="28"/>
          <w:lang w:val="id-ID"/>
        </w:rPr>
      </w:pPr>
    </w:p>
    <w:p w14:paraId="681E3408" w14:textId="77777777" w:rsidR="00324457" w:rsidRPr="00EB1A9B" w:rsidRDefault="00324457" w:rsidP="00324457">
      <w:pPr>
        <w:spacing w:after="0"/>
        <w:jc w:val="both"/>
        <w:rPr>
          <w:rFonts w:ascii="Book Antiqua" w:hAnsi="Book Antiqua"/>
          <w:b/>
          <w:color w:val="000000" w:themeColor="text1"/>
          <w:sz w:val="28"/>
          <w:lang w:val="id-ID"/>
        </w:rPr>
      </w:pPr>
    </w:p>
    <w:p w14:paraId="6228A761" w14:textId="77777777" w:rsidR="00324457" w:rsidRPr="00EB1A9B" w:rsidRDefault="00324457" w:rsidP="00324457">
      <w:pPr>
        <w:spacing w:after="0"/>
        <w:jc w:val="both"/>
        <w:rPr>
          <w:rFonts w:ascii="Book Antiqua" w:hAnsi="Book Antiqua"/>
          <w:b/>
          <w:color w:val="000000" w:themeColor="text1"/>
          <w:sz w:val="28"/>
          <w:lang w:val="id-ID"/>
        </w:rPr>
      </w:pPr>
    </w:p>
    <w:p w14:paraId="335DE1C4" w14:textId="77777777" w:rsidR="00324457" w:rsidRPr="00EB1A9B" w:rsidRDefault="00324457" w:rsidP="00324457">
      <w:pPr>
        <w:spacing w:after="0"/>
        <w:jc w:val="both"/>
        <w:rPr>
          <w:rFonts w:ascii="Book Antiqua" w:hAnsi="Book Antiqua"/>
          <w:b/>
          <w:color w:val="000000" w:themeColor="text1"/>
          <w:sz w:val="28"/>
          <w:lang w:val="id-ID"/>
        </w:rPr>
      </w:pPr>
    </w:p>
    <w:p w14:paraId="3EE7AA1A" w14:textId="77777777" w:rsidR="00324457" w:rsidRPr="00EB1A9B" w:rsidRDefault="00324457" w:rsidP="00324457">
      <w:pPr>
        <w:spacing w:after="0"/>
        <w:jc w:val="both"/>
        <w:rPr>
          <w:rFonts w:ascii="Book Antiqua" w:hAnsi="Book Antiqua"/>
          <w:b/>
          <w:color w:val="000000" w:themeColor="text1"/>
          <w:sz w:val="28"/>
          <w:lang w:val="id-ID"/>
        </w:rPr>
      </w:pPr>
    </w:p>
    <w:p w14:paraId="2EB421C7" w14:textId="77777777" w:rsidR="00324457" w:rsidRPr="00EB1A9B" w:rsidRDefault="00324457" w:rsidP="00324457">
      <w:pPr>
        <w:spacing w:after="0"/>
        <w:jc w:val="both"/>
        <w:rPr>
          <w:rFonts w:ascii="Book Antiqua" w:hAnsi="Book Antiqua"/>
          <w:b/>
          <w:color w:val="000000" w:themeColor="text1"/>
          <w:sz w:val="28"/>
          <w:lang w:val="id-ID"/>
        </w:rPr>
      </w:pPr>
    </w:p>
    <w:p w14:paraId="16AE85F9" w14:textId="77777777" w:rsidR="00324457" w:rsidRPr="00EB1A9B" w:rsidRDefault="00324457" w:rsidP="00324457">
      <w:pPr>
        <w:spacing w:after="0"/>
        <w:jc w:val="both"/>
        <w:rPr>
          <w:rFonts w:ascii="Book Antiqua" w:hAnsi="Book Antiqua"/>
          <w:b/>
          <w:color w:val="000000" w:themeColor="text1"/>
          <w:sz w:val="28"/>
          <w:lang w:val="id-ID"/>
        </w:rPr>
      </w:pPr>
    </w:p>
    <w:p w14:paraId="4DB70775" w14:textId="77777777" w:rsidR="00324457" w:rsidRPr="00EB1A9B" w:rsidRDefault="00324457" w:rsidP="00324457">
      <w:pPr>
        <w:spacing w:after="0"/>
        <w:jc w:val="both"/>
        <w:rPr>
          <w:rFonts w:ascii="Book Antiqua" w:hAnsi="Book Antiqua"/>
          <w:b/>
          <w:color w:val="000000" w:themeColor="text1"/>
          <w:sz w:val="28"/>
          <w:lang w:val="id-ID"/>
        </w:rPr>
      </w:pPr>
    </w:p>
    <w:p w14:paraId="56BFCCEE" w14:textId="77777777" w:rsidR="00324457" w:rsidRPr="00EB1A9B" w:rsidRDefault="00324457" w:rsidP="00324457">
      <w:pPr>
        <w:spacing w:after="0"/>
        <w:jc w:val="both"/>
        <w:rPr>
          <w:rFonts w:ascii="Book Antiqua" w:hAnsi="Book Antiqua"/>
          <w:b/>
          <w:color w:val="000000" w:themeColor="text1"/>
          <w:sz w:val="28"/>
          <w:lang w:val="id-ID"/>
        </w:rPr>
      </w:pPr>
    </w:p>
    <w:p w14:paraId="1CF8DF47" w14:textId="77777777" w:rsidR="00324457" w:rsidRPr="00EB1A9B" w:rsidRDefault="00324457" w:rsidP="00324457">
      <w:pPr>
        <w:spacing w:after="0"/>
        <w:jc w:val="both"/>
        <w:rPr>
          <w:rFonts w:ascii="Book Antiqua" w:hAnsi="Book Antiqua"/>
          <w:b/>
          <w:color w:val="000000" w:themeColor="text1"/>
          <w:sz w:val="28"/>
          <w:lang w:val="id-ID"/>
        </w:rPr>
      </w:pPr>
    </w:p>
    <w:p w14:paraId="4A824CD4" w14:textId="77777777" w:rsidR="00324457" w:rsidRPr="00EB1A9B" w:rsidRDefault="00324457" w:rsidP="00324457">
      <w:pPr>
        <w:spacing w:after="0"/>
        <w:jc w:val="both"/>
        <w:rPr>
          <w:rFonts w:ascii="Book Antiqua" w:hAnsi="Book Antiqua"/>
          <w:b/>
          <w:color w:val="000000" w:themeColor="text1"/>
          <w:sz w:val="28"/>
          <w:lang w:val="id-ID"/>
        </w:rPr>
      </w:pPr>
    </w:p>
    <w:p w14:paraId="7F691EED" w14:textId="77777777" w:rsidR="00324457" w:rsidRDefault="00324457" w:rsidP="00324457">
      <w:pPr>
        <w:spacing w:after="0"/>
        <w:jc w:val="both"/>
        <w:rPr>
          <w:rFonts w:ascii="Book Antiqua" w:hAnsi="Book Antiqua"/>
          <w:b/>
          <w:color w:val="000000" w:themeColor="text1"/>
          <w:sz w:val="28"/>
          <w:lang w:val="id-ID"/>
        </w:rPr>
      </w:pPr>
    </w:p>
    <w:p w14:paraId="715DBE8E" w14:textId="77777777" w:rsidR="00A34F9A" w:rsidRDefault="00A34F9A" w:rsidP="00324457">
      <w:pPr>
        <w:spacing w:after="0"/>
        <w:jc w:val="both"/>
        <w:rPr>
          <w:rFonts w:ascii="Book Antiqua" w:hAnsi="Book Antiqua"/>
          <w:b/>
          <w:color w:val="000000" w:themeColor="text1"/>
          <w:sz w:val="28"/>
          <w:lang w:val="id-ID"/>
        </w:rPr>
      </w:pPr>
    </w:p>
    <w:p w14:paraId="3A84E569" w14:textId="77777777" w:rsidR="00A34F9A" w:rsidRPr="00EB1A9B" w:rsidRDefault="00A34F9A" w:rsidP="00324457">
      <w:pPr>
        <w:spacing w:after="0"/>
        <w:jc w:val="both"/>
        <w:rPr>
          <w:rFonts w:ascii="Book Antiqua" w:hAnsi="Book Antiqua"/>
          <w:b/>
          <w:color w:val="000000" w:themeColor="text1"/>
          <w:sz w:val="28"/>
          <w:lang w:val="id-ID"/>
        </w:rPr>
      </w:pPr>
    </w:p>
    <w:p w14:paraId="3640FAD2" w14:textId="77777777" w:rsidR="00324457" w:rsidRPr="00EB1A9B" w:rsidRDefault="00324457" w:rsidP="00324457">
      <w:pPr>
        <w:spacing w:after="0"/>
        <w:jc w:val="both"/>
        <w:rPr>
          <w:rFonts w:ascii="Book Antiqua" w:hAnsi="Book Antiqua"/>
          <w:b/>
          <w:color w:val="000000" w:themeColor="text1"/>
          <w:sz w:val="28"/>
          <w:lang w:val="id-ID"/>
        </w:rPr>
      </w:pPr>
    </w:p>
    <w:p w14:paraId="25415F6C" w14:textId="77777777" w:rsidR="00324457" w:rsidRPr="00EB1A9B" w:rsidRDefault="00324457" w:rsidP="00324457">
      <w:pPr>
        <w:spacing w:after="0"/>
        <w:jc w:val="both"/>
        <w:rPr>
          <w:rFonts w:ascii="Book Antiqua" w:hAnsi="Book Antiqua"/>
          <w:b/>
          <w:color w:val="000000" w:themeColor="text1"/>
          <w:sz w:val="28"/>
          <w:lang w:val="id-ID"/>
        </w:rPr>
      </w:pPr>
    </w:p>
    <w:p w14:paraId="16D52844" w14:textId="6C08F0EF" w:rsidR="00324457" w:rsidRPr="00EB1A9B" w:rsidRDefault="00721CE3" w:rsidP="00401B68">
      <w:pPr>
        <w:pStyle w:val="Heading1"/>
        <w:spacing w:before="0"/>
        <w:jc w:val="center"/>
        <w:rPr>
          <w:rFonts w:ascii="Book Antiqua" w:hAnsi="Book Antiqua"/>
          <w:color w:val="000000" w:themeColor="text1"/>
          <w:sz w:val="24"/>
          <w:szCs w:val="20"/>
          <w:lang w:val="id-ID"/>
        </w:rPr>
      </w:pPr>
      <w:bookmarkStart w:id="13" w:name="_Toc238061416"/>
      <w:r w:rsidRPr="00EB1A9B">
        <w:rPr>
          <w:rFonts w:ascii="Book Antiqua" w:hAnsi="Book Antiqua"/>
          <w:color w:val="000000" w:themeColor="text1"/>
          <w:sz w:val="24"/>
          <w:szCs w:val="20"/>
          <w:lang w:val="id-ID"/>
        </w:rPr>
        <w:lastRenderedPageBreak/>
        <w:t xml:space="preserve">BAB </w:t>
      </w:r>
      <w:r w:rsidR="003A4E6B">
        <w:rPr>
          <w:rFonts w:ascii="Book Antiqua" w:hAnsi="Book Antiqua"/>
          <w:color w:val="000000" w:themeColor="text1"/>
          <w:sz w:val="24"/>
          <w:szCs w:val="20"/>
          <w:lang w:val="id-ID"/>
        </w:rPr>
        <w:t>II</w:t>
      </w:r>
      <w:bookmarkEnd w:id="13"/>
    </w:p>
    <w:p w14:paraId="38EEB621" w14:textId="69770A5B" w:rsidR="003832E5" w:rsidRPr="00EB1A9B" w:rsidRDefault="00721CE3" w:rsidP="00401B68">
      <w:pPr>
        <w:pStyle w:val="Heading1"/>
        <w:spacing w:before="0"/>
        <w:jc w:val="center"/>
        <w:rPr>
          <w:rFonts w:ascii="Book Antiqua" w:hAnsi="Book Antiqua"/>
          <w:color w:val="000000" w:themeColor="text1"/>
          <w:sz w:val="24"/>
          <w:szCs w:val="20"/>
          <w:lang w:val="id-ID"/>
        </w:rPr>
      </w:pPr>
      <w:bookmarkStart w:id="14" w:name="_Toc237985830"/>
      <w:bookmarkStart w:id="15" w:name="_Toc237993868"/>
      <w:bookmarkStart w:id="16" w:name="_Toc238061417"/>
      <w:r w:rsidRPr="00EB1A9B">
        <w:rPr>
          <w:rFonts w:ascii="Book Antiqua" w:hAnsi="Book Antiqua"/>
          <w:color w:val="000000" w:themeColor="text1"/>
          <w:sz w:val="24"/>
          <w:szCs w:val="20"/>
          <w:lang w:val="id-ID"/>
        </w:rPr>
        <w:t>KAJIAN PUSTAKA</w:t>
      </w:r>
      <w:bookmarkEnd w:id="14"/>
      <w:bookmarkEnd w:id="15"/>
      <w:bookmarkEnd w:id="16"/>
    </w:p>
    <w:p w14:paraId="38CDE6C2" w14:textId="4A883930" w:rsidR="003832E5" w:rsidRPr="00EB1A9B" w:rsidRDefault="00721CE3" w:rsidP="00401B68">
      <w:pPr>
        <w:pStyle w:val="ListParagraph"/>
        <w:keepNext/>
        <w:numPr>
          <w:ilvl w:val="1"/>
          <w:numId w:val="19"/>
        </w:numPr>
        <w:spacing w:before="240" w:after="0"/>
        <w:ind w:left="720" w:hanging="720"/>
        <w:jc w:val="both"/>
        <w:outlineLvl w:val="1"/>
        <w:rPr>
          <w:rFonts w:ascii="Book Antiqua" w:hAnsi="Book Antiqua"/>
          <w:color w:val="000000" w:themeColor="text1"/>
          <w:sz w:val="22"/>
          <w:szCs w:val="20"/>
          <w:lang w:val="id-ID"/>
        </w:rPr>
      </w:pPr>
      <w:bookmarkStart w:id="17" w:name="_Toc238061418"/>
      <w:r w:rsidRPr="00EB1A9B">
        <w:rPr>
          <w:rFonts w:ascii="Book Antiqua" w:hAnsi="Book Antiqua"/>
          <w:b/>
          <w:color w:val="000000" w:themeColor="text1"/>
          <w:sz w:val="22"/>
          <w:szCs w:val="20"/>
          <w:lang w:val="id-ID"/>
        </w:rPr>
        <w:t>Penelitian Terkait</w:t>
      </w:r>
      <w:bookmarkEnd w:id="17"/>
    </w:p>
    <w:p w14:paraId="4E1A60FD" w14:textId="4890C09B" w:rsidR="003832E5" w:rsidRPr="00EB1A9B" w:rsidRDefault="00721CE3" w:rsidP="00EA3E73">
      <w:pPr>
        <w:spacing w:after="0"/>
        <w:ind w:firstLine="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 xml:space="preserve">Penelitian ini disusun berdasarkan acuan dan studi banding dari beberapa penelitian terdahulu yang relevan </w:t>
      </w:r>
      <w:r w:rsidR="0063320B" w:rsidRPr="00EB1A9B">
        <w:rPr>
          <w:rFonts w:ascii="Book Antiqua" w:hAnsi="Book Antiqua"/>
          <w:color w:val="000000" w:themeColor="text1"/>
          <w:sz w:val="22"/>
          <w:szCs w:val="20"/>
          <w:lang w:val="id-ID"/>
        </w:rPr>
        <w:t>terkait penelitian saudara</w:t>
      </w:r>
      <w:r w:rsidRPr="00EB1A9B">
        <w:rPr>
          <w:rFonts w:ascii="Book Antiqua" w:hAnsi="Book Antiqua"/>
          <w:color w:val="000000" w:themeColor="text1"/>
          <w:sz w:val="22"/>
          <w:szCs w:val="20"/>
          <w:lang w:val="id-ID"/>
        </w:rPr>
        <w:t>. Tabel 2.1 menyajikan pemetaan komparatif antara penelitian terdahulu dengan penelitian yang diusulkan.</w:t>
      </w:r>
    </w:p>
    <w:p w14:paraId="51FA6E37" w14:textId="3AD34AAD" w:rsidR="00324457" w:rsidRPr="00EB1A9B" w:rsidRDefault="00324457" w:rsidP="00401B68">
      <w:pPr>
        <w:pStyle w:val="Caption"/>
        <w:keepNext/>
        <w:spacing w:before="120" w:after="60"/>
        <w:jc w:val="center"/>
        <w:rPr>
          <w:b w:val="0"/>
          <w:bCs w:val="0"/>
          <w:color w:val="000000" w:themeColor="text1"/>
          <w:sz w:val="20"/>
          <w:szCs w:val="20"/>
          <w:lang w:val="id-ID"/>
        </w:rPr>
      </w:pPr>
      <w:r w:rsidRPr="00EB1A9B">
        <w:rPr>
          <w:color w:val="000000" w:themeColor="text1"/>
          <w:sz w:val="20"/>
          <w:szCs w:val="20"/>
          <w:lang w:val="id-ID"/>
        </w:rPr>
        <w:t>Tabel 2.</w:t>
      </w:r>
      <w:r w:rsidRPr="00EB1A9B">
        <w:rPr>
          <w:color w:val="000000" w:themeColor="text1"/>
          <w:sz w:val="20"/>
          <w:szCs w:val="20"/>
          <w:lang w:val="id-ID"/>
        </w:rPr>
        <w:fldChar w:fldCharType="begin"/>
      </w:r>
      <w:r w:rsidRPr="00EB1A9B">
        <w:rPr>
          <w:color w:val="000000" w:themeColor="text1"/>
          <w:sz w:val="20"/>
          <w:szCs w:val="20"/>
          <w:lang w:val="id-ID"/>
        </w:rPr>
        <w:instrText xml:space="preserve"> SEQ Tabel_2. \* ARABIC </w:instrText>
      </w:r>
      <w:r w:rsidRPr="00EB1A9B">
        <w:rPr>
          <w:color w:val="000000" w:themeColor="text1"/>
          <w:sz w:val="20"/>
          <w:szCs w:val="20"/>
          <w:lang w:val="id-ID"/>
        </w:rPr>
        <w:fldChar w:fldCharType="separate"/>
      </w:r>
      <w:r w:rsidR="009107FA">
        <w:rPr>
          <w:noProof/>
          <w:color w:val="000000" w:themeColor="text1"/>
          <w:sz w:val="20"/>
          <w:szCs w:val="20"/>
          <w:lang w:val="id-ID"/>
        </w:rPr>
        <w:t>1</w:t>
      </w:r>
      <w:r w:rsidRPr="00EB1A9B">
        <w:rPr>
          <w:color w:val="000000" w:themeColor="text1"/>
          <w:sz w:val="20"/>
          <w:szCs w:val="20"/>
          <w:lang w:val="id-ID"/>
        </w:rPr>
        <w:fldChar w:fldCharType="end"/>
      </w:r>
      <w:r w:rsidRPr="00EB1A9B">
        <w:rPr>
          <w:b w:val="0"/>
          <w:bCs w:val="0"/>
          <w:color w:val="000000" w:themeColor="text1"/>
          <w:sz w:val="20"/>
          <w:szCs w:val="20"/>
          <w:lang w:val="id-ID"/>
        </w:rPr>
        <w:t xml:space="preserve"> Penelitian Terkait</w:t>
      </w:r>
    </w:p>
    <w:tbl>
      <w:tblPr>
        <w:tblStyle w:val="TableGrid"/>
        <w:tblW w:w="7920" w:type="dxa"/>
        <w:jc w:val="center"/>
        <w:tblLayout w:type="fixed"/>
        <w:tblLook w:val="04A0" w:firstRow="1" w:lastRow="0" w:firstColumn="1" w:lastColumn="0" w:noHBand="0" w:noVBand="1"/>
      </w:tblPr>
      <w:tblGrid>
        <w:gridCol w:w="1260"/>
        <w:gridCol w:w="2070"/>
        <w:gridCol w:w="2250"/>
        <w:gridCol w:w="2340"/>
      </w:tblGrid>
      <w:tr w:rsidR="003832E5" w:rsidRPr="001C4E8D" w14:paraId="3AC2175C" w14:textId="77777777" w:rsidTr="00A014DF">
        <w:trPr>
          <w:trHeight w:val="20"/>
          <w:jc w:val="center"/>
        </w:trPr>
        <w:tc>
          <w:tcPr>
            <w:tcW w:w="1260" w:type="dxa"/>
          </w:tcPr>
          <w:p w14:paraId="6507B2CF" w14:textId="77777777" w:rsidR="003832E5" w:rsidRPr="001C4E8D" w:rsidRDefault="00721CE3" w:rsidP="00A97ADF">
            <w:pPr>
              <w:pStyle w:val="NoSpacing"/>
              <w:jc w:val="center"/>
              <w:rPr>
                <w:rFonts w:ascii="Book Antiqua" w:hAnsi="Book Antiqua"/>
                <w:b/>
                <w:bCs/>
                <w:sz w:val="20"/>
                <w:szCs w:val="20"/>
                <w:lang w:val="id-ID"/>
              </w:rPr>
            </w:pPr>
            <w:r w:rsidRPr="001C4E8D">
              <w:rPr>
                <w:rFonts w:ascii="Book Antiqua" w:hAnsi="Book Antiqua"/>
                <w:b/>
                <w:bCs/>
                <w:sz w:val="20"/>
                <w:szCs w:val="20"/>
                <w:lang w:val="id-ID"/>
              </w:rPr>
              <w:t>Peneliti &amp; Tahun</w:t>
            </w:r>
          </w:p>
        </w:tc>
        <w:tc>
          <w:tcPr>
            <w:tcW w:w="2070" w:type="dxa"/>
          </w:tcPr>
          <w:p w14:paraId="7363946D" w14:textId="77777777" w:rsidR="003832E5" w:rsidRPr="001C4E8D" w:rsidRDefault="00721CE3" w:rsidP="00A97ADF">
            <w:pPr>
              <w:pStyle w:val="NoSpacing"/>
              <w:jc w:val="center"/>
              <w:rPr>
                <w:rFonts w:ascii="Book Antiqua" w:hAnsi="Book Antiqua"/>
                <w:b/>
                <w:bCs/>
                <w:sz w:val="20"/>
                <w:szCs w:val="20"/>
                <w:lang w:val="id-ID"/>
              </w:rPr>
            </w:pPr>
            <w:r w:rsidRPr="001C4E8D">
              <w:rPr>
                <w:rFonts w:ascii="Book Antiqua" w:hAnsi="Book Antiqua"/>
                <w:b/>
                <w:bCs/>
                <w:sz w:val="20"/>
                <w:szCs w:val="20"/>
                <w:lang w:val="id-ID"/>
              </w:rPr>
              <w:t>Judul Penelitian</w:t>
            </w:r>
          </w:p>
        </w:tc>
        <w:tc>
          <w:tcPr>
            <w:tcW w:w="2250" w:type="dxa"/>
          </w:tcPr>
          <w:p w14:paraId="4E4202A6" w14:textId="77777777" w:rsidR="003832E5" w:rsidRPr="001C4E8D" w:rsidRDefault="00721CE3" w:rsidP="00A97ADF">
            <w:pPr>
              <w:pStyle w:val="NoSpacing"/>
              <w:jc w:val="center"/>
              <w:rPr>
                <w:rFonts w:ascii="Book Antiqua" w:hAnsi="Book Antiqua"/>
                <w:b/>
                <w:bCs/>
                <w:sz w:val="20"/>
                <w:szCs w:val="20"/>
                <w:lang w:val="id-ID"/>
              </w:rPr>
            </w:pPr>
            <w:r w:rsidRPr="001C4E8D">
              <w:rPr>
                <w:rFonts w:ascii="Book Antiqua" w:hAnsi="Book Antiqua"/>
                <w:b/>
                <w:bCs/>
                <w:sz w:val="20"/>
                <w:szCs w:val="20"/>
                <w:lang w:val="id-ID"/>
              </w:rPr>
              <w:t>Metode yang Digunakan</w:t>
            </w:r>
          </w:p>
        </w:tc>
        <w:tc>
          <w:tcPr>
            <w:tcW w:w="2340" w:type="dxa"/>
          </w:tcPr>
          <w:p w14:paraId="556C6741" w14:textId="77777777" w:rsidR="003832E5" w:rsidRPr="001C4E8D" w:rsidRDefault="00721CE3" w:rsidP="00A97ADF">
            <w:pPr>
              <w:pStyle w:val="NoSpacing"/>
              <w:jc w:val="center"/>
              <w:rPr>
                <w:rFonts w:ascii="Book Antiqua" w:hAnsi="Book Antiqua"/>
                <w:b/>
                <w:bCs/>
                <w:sz w:val="20"/>
                <w:szCs w:val="20"/>
                <w:lang w:val="id-ID"/>
              </w:rPr>
            </w:pPr>
            <w:r w:rsidRPr="001C4E8D">
              <w:rPr>
                <w:rFonts w:ascii="Book Antiqua" w:hAnsi="Book Antiqua"/>
                <w:b/>
                <w:bCs/>
                <w:sz w:val="20"/>
                <w:szCs w:val="20"/>
                <w:lang w:val="id-ID"/>
              </w:rPr>
              <w:t>Hasil Utama / Kontribusi</w:t>
            </w:r>
          </w:p>
        </w:tc>
      </w:tr>
      <w:tr w:rsidR="003832E5" w:rsidRPr="001C4E8D" w14:paraId="4313352A" w14:textId="77777777" w:rsidTr="00A014DF">
        <w:trPr>
          <w:trHeight w:val="20"/>
          <w:jc w:val="center"/>
        </w:trPr>
        <w:tc>
          <w:tcPr>
            <w:tcW w:w="1260" w:type="dxa"/>
          </w:tcPr>
          <w:p w14:paraId="4306E9BB" w14:textId="77777777" w:rsidR="003832E5" w:rsidRPr="001C4E8D" w:rsidRDefault="00721CE3" w:rsidP="00324457">
            <w:pPr>
              <w:pStyle w:val="NoSpacing"/>
              <w:rPr>
                <w:rFonts w:ascii="Book Antiqua" w:hAnsi="Book Antiqua"/>
                <w:sz w:val="20"/>
                <w:szCs w:val="20"/>
                <w:lang w:val="id-ID"/>
              </w:rPr>
            </w:pPr>
            <w:r w:rsidRPr="001C4E8D">
              <w:rPr>
                <w:rFonts w:ascii="Book Antiqua" w:hAnsi="Book Antiqua"/>
                <w:sz w:val="20"/>
                <w:szCs w:val="20"/>
                <w:lang w:val="id-ID"/>
              </w:rPr>
              <w:t>Pratama et al. (2023)</w:t>
            </w:r>
          </w:p>
        </w:tc>
        <w:tc>
          <w:tcPr>
            <w:tcW w:w="2070" w:type="dxa"/>
          </w:tcPr>
          <w:p w14:paraId="7B418572" w14:textId="77777777" w:rsidR="003832E5" w:rsidRPr="001C4E8D" w:rsidRDefault="00721CE3" w:rsidP="00324457">
            <w:pPr>
              <w:pStyle w:val="NoSpacing"/>
              <w:rPr>
                <w:rFonts w:ascii="Book Antiqua" w:hAnsi="Book Antiqua"/>
                <w:sz w:val="20"/>
                <w:szCs w:val="20"/>
                <w:lang w:val="id-ID"/>
              </w:rPr>
            </w:pPr>
            <w:r w:rsidRPr="001C4E8D">
              <w:rPr>
                <w:rFonts w:ascii="Book Antiqua" w:hAnsi="Book Antiqua"/>
                <w:sz w:val="20"/>
                <w:szCs w:val="20"/>
                <w:lang w:val="id-ID"/>
              </w:rPr>
              <w:t>Analisis Prediksi Klasifikasi Data Terstruktur</w:t>
            </w:r>
          </w:p>
        </w:tc>
        <w:tc>
          <w:tcPr>
            <w:tcW w:w="2250" w:type="dxa"/>
          </w:tcPr>
          <w:p w14:paraId="1BA95071" w14:textId="77777777" w:rsidR="003832E5" w:rsidRPr="001C4E8D" w:rsidRDefault="00721CE3" w:rsidP="00324457">
            <w:pPr>
              <w:pStyle w:val="NoSpacing"/>
              <w:rPr>
                <w:rFonts w:ascii="Book Antiqua" w:hAnsi="Book Antiqua"/>
                <w:sz w:val="20"/>
                <w:szCs w:val="20"/>
                <w:lang w:val="id-ID"/>
              </w:rPr>
            </w:pPr>
            <w:r w:rsidRPr="001C4E8D">
              <w:rPr>
                <w:rFonts w:ascii="Book Antiqua" w:hAnsi="Book Antiqua"/>
                <w:sz w:val="20"/>
                <w:szCs w:val="20"/>
                <w:lang w:val="id-ID"/>
              </w:rPr>
              <w:t>Random Forest, XGBoost</w:t>
            </w:r>
          </w:p>
        </w:tc>
        <w:tc>
          <w:tcPr>
            <w:tcW w:w="2340" w:type="dxa"/>
          </w:tcPr>
          <w:p w14:paraId="497FB36D" w14:textId="77777777" w:rsidR="003832E5" w:rsidRPr="001C4E8D" w:rsidRDefault="00721CE3" w:rsidP="00324457">
            <w:pPr>
              <w:pStyle w:val="NoSpacing"/>
              <w:rPr>
                <w:rFonts w:ascii="Book Antiqua" w:hAnsi="Book Antiqua"/>
                <w:sz w:val="20"/>
                <w:szCs w:val="20"/>
                <w:lang w:val="id-ID"/>
              </w:rPr>
            </w:pPr>
            <w:r w:rsidRPr="001C4E8D">
              <w:rPr>
                <w:rFonts w:ascii="Book Antiqua" w:hAnsi="Book Antiqua"/>
                <w:sz w:val="20"/>
                <w:szCs w:val="20"/>
                <w:lang w:val="id-ID"/>
              </w:rPr>
              <w:t>Akurasi model mencapai 88.5% pada dataset publik.</w:t>
            </w:r>
          </w:p>
        </w:tc>
      </w:tr>
      <w:tr w:rsidR="003832E5" w:rsidRPr="001C4E8D" w14:paraId="33752949" w14:textId="77777777" w:rsidTr="00A014DF">
        <w:trPr>
          <w:trHeight w:val="20"/>
          <w:jc w:val="center"/>
        </w:trPr>
        <w:tc>
          <w:tcPr>
            <w:tcW w:w="1260" w:type="dxa"/>
          </w:tcPr>
          <w:p w14:paraId="52EB5A8F" w14:textId="77777777" w:rsidR="003832E5" w:rsidRPr="001C4E8D" w:rsidRDefault="00721CE3" w:rsidP="00324457">
            <w:pPr>
              <w:pStyle w:val="NoSpacing"/>
              <w:rPr>
                <w:rFonts w:ascii="Book Antiqua" w:hAnsi="Book Antiqua"/>
                <w:sz w:val="20"/>
                <w:szCs w:val="20"/>
                <w:lang w:val="id-ID"/>
              </w:rPr>
            </w:pPr>
            <w:r w:rsidRPr="001C4E8D">
              <w:rPr>
                <w:rFonts w:ascii="Book Antiqua" w:hAnsi="Book Antiqua"/>
                <w:sz w:val="20"/>
                <w:szCs w:val="20"/>
                <w:lang w:val="id-ID"/>
              </w:rPr>
              <w:t>Wijaya &amp; Susanti (2024)</w:t>
            </w:r>
          </w:p>
        </w:tc>
        <w:tc>
          <w:tcPr>
            <w:tcW w:w="2070" w:type="dxa"/>
          </w:tcPr>
          <w:p w14:paraId="29FDF2AC" w14:textId="77777777" w:rsidR="003832E5" w:rsidRPr="001C4E8D" w:rsidRDefault="00721CE3" w:rsidP="00324457">
            <w:pPr>
              <w:pStyle w:val="NoSpacing"/>
              <w:rPr>
                <w:rFonts w:ascii="Book Antiqua" w:hAnsi="Book Antiqua"/>
                <w:sz w:val="20"/>
                <w:szCs w:val="20"/>
                <w:lang w:val="id-ID"/>
              </w:rPr>
            </w:pPr>
            <w:r w:rsidRPr="001C4E8D">
              <w:rPr>
                <w:rFonts w:ascii="Book Antiqua" w:hAnsi="Book Antiqua"/>
                <w:sz w:val="20"/>
                <w:szCs w:val="20"/>
                <w:lang w:val="id-ID"/>
              </w:rPr>
              <w:t>Penerapan Neural Network pada Time Series</w:t>
            </w:r>
          </w:p>
        </w:tc>
        <w:tc>
          <w:tcPr>
            <w:tcW w:w="2250" w:type="dxa"/>
          </w:tcPr>
          <w:p w14:paraId="0E537858" w14:textId="77777777" w:rsidR="003832E5" w:rsidRPr="001C4E8D" w:rsidRDefault="00721CE3" w:rsidP="00324457">
            <w:pPr>
              <w:pStyle w:val="NoSpacing"/>
              <w:rPr>
                <w:rFonts w:ascii="Book Antiqua" w:hAnsi="Book Antiqua"/>
                <w:sz w:val="20"/>
                <w:szCs w:val="20"/>
                <w:lang w:val="id-ID"/>
              </w:rPr>
            </w:pPr>
            <w:r w:rsidRPr="001C4E8D">
              <w:rPr>
                <w:rFonts w:ascii="Book Antiqua" w:hAnsi="Book Antiqua"/>
                <w:sz w:val="20"/>
                <w:szCs w:val="20"/>
                <w:lang w:val="id-ID"/>
              </w:rPr>
              <w:t>LSTM, GRU</w:t>
            </w:r>
          </w:p>
        </w:tc>
        <w:tc>
          <w:tcPr>
            <w:tcW w:w="2340" w:type="dxa"/>
          </w:tcPr>
          <w:p w14:paraId="333C82DD" w14:textId="77777777" w:rsidR="003832E5" w:rsidRPr="001C4E8D" w:rsidRDefault="00721CE3" w:rsidP="00324457">
            <w:pPr>
              <w:pStyle w:val="NoSpacing"/>
              <w:rPr>
                <w:rFonts w:ascii="Book Antiqua" w:hAnsi="Book Antiqua"/>
                <w:sz w:val="20"/>
                <w:szCs w:val="20"/>
                <w:lang w:val="id-ID"/>
              </w:rPr>
            </w:pPr>
            <w:r w:rsidRPr="001C4E8D">
              <w:rPr>
                <w:rFonts w:ascii="Book Antiqua" w:hAnsi="Book Antiqua"/>
                <w:sz w:val="20"/>
                <w:szCs w:val="20"/>
                <w:lang w:val="id-ID"/>
              </w:rPr>
              <w:t>Metode GRU menghasilkan nilai RMSE terendah.</w:t>
            </w:r>
          </w:p>
        </w:tc>
      </w:tr>
      <w:tr w:rsidR="003832E5" w:rsidRPr="001C4E8D" w14:paraId="644DC569" w14:textId="77777777" w:rsidTr="00A014DF">
        <w:trPr>
          <w:trHeight w:val="20"/>
          <w:jc w:val="center"/>
        </w:trPr>
        <w:tc>
          <w:tcPr>
            <w:tcW w:w="1260" w:type="dxa"/>
          </w:tcPr>
          <w:p w14:paraId="30BD968F" w14:textId="77777777" w:rsidR="003832E5" w:rsidRPr="001C4E8D" w:rsidRDefault="00721CE3" w:rsidP="00324457">
            <w:pPr>
              <w:pStyle w:val="NoSpacing"/>
              <w:rPr>
                <w:rFonts w:ascii="Book Antiqua" w:hAnsi="Book Antiqua"/>
                <w:sz w:val="20"/>
                <w:szCs w:val="20"/>
                <w:lang w:val="id-ID"/>
              </w:rPr>
            </w:pPr>
            <w:r w:rsidRPr="001C4E8D">
              <w:rPr>
                <w:rFonts w:ascii="Book Antiqua" w:hAnsi="Book Antiqua"/>
                <w:sz w:val="20"/>
                <w:szCs w:val="20"/>
                <w:lang w:val="id-ID"/>
              </w:rPr>
              <w:t>Penelitian Usulan (2026)</w:t>
            </w:r>
          </w:p>
        </w:tc>
        <w:tc>
          <w:tcPr>
            <w:tcW w:w="2070" w:type="dxa"/>
          </w:tcPr>
          <w:p w14:paraId="7445B8E6" w14:textId="77777777" w:rsidR="003832E5" w:rsidRPr="001C4E8D" w:rsidRDefault="00721CE3" w:rsidP="00324457">
            <w:pPr>
              <w:pStyle w:val="NoSpacing"/>
              <w:rPr>
                <w:rFonts w:ascii="Book Antiqua" w:hAnsi="Book Antiqua"/>
                <w:sz w:val="20"/>
                <w:szCs w:val="20"/>
                <w:lang w:val="id-ID"/>
              </w:rPr>
            </w:pPr>
            <w:r w:rsidRPr="001C4E8D">
              <w:rPr>
                <w:rFonts w:ascii="Book Antiqua" w:hAnsi="Book Antiqua"/>
                <w:sz w:val="20"/>
                <w:szCs w:val="20"/>
                <w:lang w:val="id-ID"/>
              </w:rPr>
              <w:t>Rancang Bangun Model Prediksi Multivariat</w:t>
            </w:r>
          </w:p>
        </w:tc>
        <w:tc>
          <w:tcPr>
            <w:tcW w:w="2250" w:type="dxa"/>
          </w:tcPr>
          <w:p w14:paraId="31D33E4D" w14:textId="77777777" w:rsidR="003832E5" w:rsidRPr="001C4E8D" w:rsidRDefault="00721CE3" w:rsidP="00324457">
            <w:pPr>
              <w:pStyle w:val="NoSpacing"/>
              <w:rPr>
                <w:rFonts w:ascii="Book Antiqua" w:hAnsi="Book Antiqua"/>
                <w:sz w:val="20"/>
                <w:szCs w:val="20"/>
                <w:lang w:val="id-ID"/>
              </w:rPr>
            </w:pPr>
            <w:r w:rsidRPr="001C4E8D">
              <w:rPr>
                <w:rFonts w:ascii="Book Antiqua" w:hAnsi="Book Antiqua"/>
                <w:sz w:val="20"/>
                <w:szCs w:val="20"/>
                <w:lang w:val="id-ID"/>
              </w:rPr>
              <w:t>Hybrid Learning / Ensemble</w:t>
            </w:r>
          </w:p>
        </w:tc>
        <w:tc>
          <w:tcPr>
            <w:tcW w:w="2340" w:type="dxa"/>
          </w:tcPr>
          <w:p w14:paraId="1009D56F" w14:textId="77777777" w:rsidR="003832E5" w:rsidRPr="001C4E8D" w:rsidRDefault="00721CE3" w:rsidP="00324457">
            <w:pPr>
              <w:pStyle w:val="NoSpacing"/>
              <w:rPr>
                <w:rFonts w:ascii="Book Antiqua" w:hAnsi="Book Antiqua"/>
                <w:sz w:val="20"/>
                <w:szCs w:val="20"/>
                <w:lang w:val="id-ID"/>
              </w:rPr>
            </w:pPr>
            <w:r w:rsidRPr="001C4E8D">
              <w:rPr>
                <w:rFonts w:ascii="Book Antiqua" w:hAnsi="Book Antiqua"/>
                <w:sz w:val="20"/>
                <w:szCs w:val="20"/>
                <w:lang w:val="id-ID"/>
              </w:rPr>
              <w:t>Diharapkan meningkatkan presisi dan efisiensi model.</w:t>
            </w:r>
          </w:p>
        </w:tc>
      </w:tr>
    </w:tbl>
    <w:p w14:paraId="4C9A0D25" w14:textId="1F2107B7" w:rsidR="003832E5" w:rsidRPr="00EB1A9B" w:rsidRDefault="00A97ADF" w:rsidP="002B736E">
      <w:pPr>
        <w:spacing w:after="0"/>
        <w:ind w:firstLine="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Pada sub bab selanjutnya, memuat landasan konseptual dan matematis mengenai metode serta tools yang digunakan dalam penelitian ini. Landasan ini menjadi pegangan ilmiah dalam pemrosesan dan analisis data.</w:t>
      </w:r>
    </w:p>
    <w:p w14:paraId="313FD063" w14:textId="2108FC3B" w:rsidR="003832E5" w:rsidRPr="00EB1A9B" w:rsidRDefault="0063320B" w:rsidP="00401B68">
      <w:pPr>
        <w:pStyle w:val="ListParagraph"/>
        <w:keepNext/>
        <w:numPr>
          <w:ilvl w:val="1"/>
          <w:numId w:val="19"/>
        </w:numPr>
        <w:spacing w:before="240" w:after="0"/>
        <w:ind w:left="720" w:hanging="720"/>
        <w:jc w:val="both"/>
        <w:outlineLvl w:val="1"/>
        <w:rPr>
          <w:rFonts w:ascii="Book Antiqua" w:hAnsi="Book Antiqua"/>
          <w:b/>
          <w:i/>
          <w:iCs/>
          <w:color w:val="000000" w:themeColor="text1"/>
          <w:sz w:val="22"/>
          <w:szCs w:val="20"/>
          <w:lang w:val="id-ID"/>
        </w:rPr>
      </w:pPr>
      <w:bookmarkStart w:id="18" w:name="_Toc238061419"/>
      <w:r w:rsidRPr="00EB1A9B">
        <w:rPr>
          <w:rFonts w:ascii="Book Antiqua" w:hAnsi="Book Antiqua"/>
          <w:b/>
          <w:i/>
          <w:iCs/>
          <w:color w:val="000000" w:themeColor="text1"/>
          <w:sz w:val="22"/>
          <w:szCs w:val="20"/>
          <w:lang w:val="id-ID"/>
        </w:rPr>
        <w:t>Convolutional Neural Network</w:t>
      </w:r>
      <w:bookmarkEnd w:id="18"/>
    </w:p>
    <w:p w14:paraId="782A2739" w14:textId="77777777" w:rsidR="003832E5" w:rsidRPr="00EB1A9B" w:rsidRDefault="00721CE3" w:rsidP="0063320B">
      <w:pPr>
        <w:spacing w:after="0"/>
        <w:ind w:firstLine="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Pemodelan dilakukan menggunakan teknik machine learning terawasi (supervised learning) dengan formulasi dasar persamaan berikut:</w:t>
      </w:r>
    </w:p>
    <w:p w14:paraId="3C4DA6A9" w14:textId="7426A17C" w:rsidR="0063320B" w:rsidRPr="00EB1A9B" w:rsidRDefault="0063320B" w:rsidP="0063320B">
      <w:pPr>
        <w:spacing w:after="0"/>
        <w:ind w:firstLine="576"/>
        <w:jc w:val="right"/>
        <w:rPr>
          <w:rFonts w:ascii="Book Antiqua" w:hAnsi="Book Antiqua"/>
          <w:color w:val="000000" w:themeColor="text1"/>
          <w:sz w:val="22"/>
          <w:szCs w:val="20"/>
          <w:lang w:val="id-ID"/>
        </w:rPr>
      </w:pPr>
      <m:oMath>
        <m:r>
          <w:rPr>
            <w:rFonts w:ascii="Cambria Math" w:hAnsi="Cambria Math"/>
            <w:color w:val="000000" w:themeColor="text1"/>
            <w:sz w:val="22"/>
            <w:szCs w:val="20"/>
            <w:lang w:val="id-ID"/>
          </w:rPr>
          <m:t>y=f</m:t>
        </m:r>
        <m:d>
          <m:dPr>
            <m:ctrlPr>
              <w:rPr>
                <w:rFonts w:ascii="Cambria Math" w:hAnsi="Cambria Math"/>
                <w:i/>
                <w:color w:val="000000" w:themeColor="text1"/>
                <w:sz w:val="22"/>
                <w:szCs w:val="20"/>
                <w:lang w:val="id-ID"/>
              </w:rPr>
            </m:ctrlPr>
          </m:dPr>
          <m:e>
            <m:r>
              <w:rPr>
                <w:rFonts w:ascii="Cambria Math" w:hAnsi="Cambria Math"/>
                <w:color w:val="000000" w:themeColor="text1"/>
                <w:sz w:val="22"/>
                <w:szCs w:val="20"/>
                <w:lang w:val="id-ID"/>
              </w:rPr>
              <m:t>x</m:t>
            </m:r>
          </m:e>
        </m:d>
        <m:r>
          <w:rPr>
            <w:rFonts w:ascii="Cambria Math" w:hAnsi="Cambria Math"/>
            <w:color w:val="000000" w:themeColor="text1"/>
            <w:sz w:val="22"/>
            <w:szCs w:val="20"/>
            <w:lang w:val="id-ID"/>
          </w:rPr>
          <m:t>+ε</m:t>
        </m:r>
      </m:oMath>
      <w:r w:rsidRPr="00EB1A9B">
        <w:rPr>
          <w:rFonts w:ascii="Book Antiqua" w:hAnsi="Book Antiqua"/>
          <w:color w:val="000000" w:themeColor="text1"/>
          <w:sz w:val="22"/>
          <w:szCs w:val="20"/>
          <w:lang w:val="id-ID"/>
        </w:rPr>
        <w:tab/>
      </w:r>
      <w:r w:rsidRPr="00EB1A9B">
        <w:rPr>
          <w:rFonts w:ascii="Book Antiqua" w:hAnsi="Book Antiqua"/>
          <w:color w:val="000000" w:themeColor="text1"/>
          <w:sz w:val="22"/>
          <w:szCs w:val="20"/>
          <w:lang w:val="id-ID"/>
        </w:rPr>
        <w:tab/>
      </w:r>
      <w:r w:rsidRPr="00EB1A9B">
        <w:rPr>
          <w:rFonts w:ascii="Book Antiqua" w:hAnsi="Book Antiqua"/>
          <w:color w:val="000000" w:themeColor="text1"/>
          <w:sz w:val="22"/>
          <w:szCs w:val="20"/>
          <w:lang w:val="id-ID"/>
        </w:rPr>
        <w:tab/>
      </w:r>
      <w:r w:rsidRPr="00EB1A9B">
        <w:rPr>
          <w:rFonts w:ascii="Book Antiqua" w:hAnsi="Book Antiqua"/>
          <w:color w:val="000000" w:themeColor="text1"/>
          <w:sz w:val="22"/>
          <w:szCs w:val="20"/>
          <w:lang w:val="id-ID"/>
        </w:rPr>
        <w:tab/>
      </w:r>
      <w:r w:rsidRPr="00EB1A9B">
        <w:rPr>
          <w:rFonts w:ascii="Book Antiqua" w:hAnsi="Book Antiqua"/>
          <w:color w:val="000000" w:themeColor="text1"/>
          <w:sz w:val="22"/>
          <w:szCs w:val="20"/>
          <w:lang w:val="id-ID"/>
        </w:rPr>
        <w:tab/>
        <w:t>(2.1)</w:t>
      </w:r>
    </w:p>
    <w:p w14:paraId="042FBDEE" w14:textId="34461F89" w:rsidR="003832E5" w:rsidRPr="00EB1A9B" w:rsidRDefault="0063320B" w:rsidP="0063320B">
      <w:pPr>
        <w:spacing w:before="120" w:after="0"/>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 xml:space="preserve">dimana </w:t>
      </w:r>
      <m:oMath>
        <m:r>
          <w:rPr>
            <w:rFonts w:ascii="Cambria Math" w:hAnsi="Cambria Math"/>
            <w:color w:val="000000" w:themeColor="text1"/>
            <w:sz w:val="22"/>
            <w:szCs w:val="20"/>
            <w:lang w:val="id-ID"/>
          </w:rPr>
          <m:t>f</m:t>
        </m:r>
        <m:d>
          <m:dPr>
            <m:ctrlPr>
              <w:rPr>
                <w:rFonts w:ascii="Cambria Math" w:hAnsi="Cambria Math"/>
                <w:i/>
                <w:color w:val="000000" w:themeColor="text1"/>
                <w:sz w:val="22"/>
                <w:szCs w:val="20"/>
                <w:lang w:val="id-ID"/>
              </w:rPr>
            </m:ctrlPr>
          </m:dPr>
          <m:e>
            <m:r>
              <w:rPr>
                <w:rFonts w:ascii="Cambria Math" w:hAnsi="Cambria Math"/>
                <w:color w:val="000000" w:themeColor="text1"/>
                <w:sz w:val="22"/>
                <w:szCs w:val="20"/>
                <w:lang w:val="id-ID"/>
              </w:rPr>
              <m:t>x</m:t>
            </m:r>
          </m:e>
        </m:d>
      </m:oMath>
      <w:r w:rsidRPr="00EB1A9B">
        <w:rPr>
          <w:rFonts w:ascii="Book Antiqua" w:hAnsi="Book Antiqua"/>
          <w:color w:val="000000" w:themeColor="text1"/>
          <w:sz w:val="22"/>
          <w:szCs w:val="20"/>
          <w:lang w:val="id-ID"/>
        </w:rPr>
        <w:t xml:space="preserve"> merupakan fungsi.</w:t>
      </w:r>
    </w:p>
    <w:p w14:paraId="5C552DF7" w14:textId="38699A2B" w:rsidR="0063320B" w:rsidRPr="00EB1A9B" w:rsidRDefault="0063320B" w:rsidP="00401B68">
      <w:pPr>
        <w:pStyle w:val="ListParagraph"/>
        <w:keepNext/>
        <w:numPr>
          <w:ilvl w:val="1"/>
          <w:numId w:val="19"/>
        </w:numPr>
        <w:spacing w:before="240" w:after="0"/>
        <w:ind w:left="720" w:hanging="720"/>
        <w:jc w:val="both"/>
        <w:outlineLvl w:val="1"/>
        <w:rPr>
          <w:rFonts w:ascii="Book Antiqua" w:hAnsi="Book Antiqua"/>
          <w:i/>
          <w:iCs/>
          <w:color w:val="000000" w:themeColor="text1"/>
          <w:sz w:val="22"/>
          <w:szCs w:val="20"/>
          <w:lang w:val="id-ID"/>
        </w:rPr>
      </w:pPr>
      <w:bookmarkStart w:id="19" w:name="_Toc238061420"/>
      <w:r w:rsidRPr="00EB1A9B">
        <w:rPr>
          <w:rFonts w:ascii="Book Antiqua" w:hAnsi="Book Antiqua"/>
          <w:b/>
          <w:i/>
          <w:iCs/>
          <w:color w:val="000000" w:themeColor="text1"/>
          <w:sz w:val="22"/>
          <w:szCs w:val="20"/>
          <w:lang w:val="id-ID"/>
        </w:rPr>
        <w:t>Transfer Learning</w:t>
      </w:r>
      <w:bookmarkEnd w:id="19"/>
    </w:p>
    <w:p w14:paraId="4AD145DB" w14:textId="77777777" w:rsidR="0063320B" w:rsidRPr="00EB1A9B" w:rsidRDefault="0063320B" w:rsidP="0063320B">
      <w:pPr>
        <w:spacing w:after="0"/>
        <w:ind w:firstLine="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Pemodelan dilakukan menggunakan teknik machine learning terawasi (supervised learning) dengan formulasi dasar persamaan berikut:</w:t>
      </w:r>
    </w:p>
    <w:p w14:paraId="5971B654" w14:textId="4753607C" w:rsidR="0063320B" w:rsidRPr="00EB1A9B" w:rsidRDefault="0063320B" w:rsidP="0063320B">
      <w:pPr>
        <w:spacing w:after="0"/>
        <w:ind w:firstLine="576"/>
        <w:jc w:val="right"/>
        <w:rPr>
          <w:rFonts w:ascii="Book Antiqua" w:hAnsi="Book Antiqua"/>
          <w:color w:val="000000" w:themeColor="text1"/>
          <w:sz w:val="22"/>
          <w:szCs w:val="20"/>
          <w:lang w:val="id-ID"/>
        </w:rPr>
      </w:pPr>
      <m:oMath>
        <m:r>
          <w:rPr>
            <w:rFonts w:ascii="Cambria Math" w:hAnsi="Cambria Math"/>
            <w:color w:val="000000" w:themeColor="text1"/>
            <w:sz w:val="22"/>
            <w:szCs w:val="20"/>
            <w:lang w:val="id-ID"/>
          </w:rPr>
          <m:t>y=f</m:t>
        </m:r>
        <m:d>
          <m:dPr>
            <m:ctrlPr>
              <w:rPr>
                <w:rFonts w:ascii="Cambria Math" w:hAnsi="Cambria Math"/>
                <w:i/>
                <w:color w:val="000000" w:themeColor="text1"/>
                <w:sz w:val="22"/>
                <w:szCs w:val="20"/>
                <w:lang w:val="id-ID"/>
              </w:rPr>
            </m:ctrlPr>
          </m:dPr>
          <m:e>
            <m:r>
              <w:rPr>
                <w:rFonts w:ascii="Cambria Math" w:hAnsi="Cambria Math"/>
                <w:color w:val="000000" w:themeColor="text1"/>
                <w:sz w:val="22"/>
                <w:szCs w:val="20"/>
                <w:lang w:val="id-ID"/>
              </w:rPr>
              <m:t>x</m:t>
            </m:r>
          </m:e>
        </m:d>
        <m:r>
          <w:rPr>
            <w:rFonts w:ascii="Cambria Math" w:hAnsi="Cambria Math"/>
            <w:color w:val="000000" w:themeColor="text1"/>
            <w:sz w:val="22"/>
            <w:szCs w:val="20"/>
            <w:lang w:val="id-ID"/>
          </w:rPr>
          <m:t>+ε</m:t>
        </m:r>
      </m:oMath>
      <w:r w:rsidRPr="00EB1A9B">
        <w:rPr>
          <w:rFonts w:ascii="Book Antiqua" w:hAnsi="Book Antiqua"/>
          <w:color w:val="000000" w:themeColor="text1"/>
          <w:sz w:val="22"/>
          <w:szCs w:val="20"/>
          <w:lang w:val="id-ID"/>
        </w:rPr>
        <w:tab/>
      </w:r>
      <w:r w:rsidRPr="00EB1A9B">
        <w:rPr>
          <w:rFonts w:ascii="Book Antiqua" w:hAnsi="Book Antiqua"/>
          <w:color w:val="000000" w:themeColor="text1"/>
          <w:sz w:val="22"/>
          <w:szCs w:val="20"/>
          <w:lang w:val="id-ID"/>
        </w:rPr>
        <w:tab/>
      </w:r>
      <w:r w:rsidRPr="00EB1A9B">
        <w:rPr>
          <w:rFonts w:ascii="Book Antiqua" w:hAnsi="Book Antiqua"/>
          <w:color w:val="000000" w:themeColor="text1"/>
          <w:sz w:val="22"/>
          <w:szCs w:val="20"/>
          <w:lang w:val="id-ID"/>
        </w:rPr>
        <w:tab/>
      </w:r>
      <w:r w:rsidRPr="00EB1A9B">
        <w:rPr>
          <w:rFonts w:ascii="Book Antiqua" w:hAnsi="Book Antiqua"/>
          <w:color w:val="000000" w:themeColor="text1"/>
          <w:sz w:val="22"/>
          <w:szCs w:val="20"/>
          <w:lang w:val="id-ID"/>
        </w:rPr>
        <w:tab/>
      </w:r>
      <w:r w:rsidRPr="00EB1A9B">
        <w:rPr>
          <w:rFonts w:ascii="Book Antiqua" w:hAnsi="Book Antiqua"/>
          <w:color w:val="000000" w:themeColor="text1"/>
          <w:sz w:val="22"/>
          <w:szCs w:val="20"/>
          <w:lang w:val="id-ID"/>
        </w:rPr>
        <w:tab/>
        <w:t>(2.2)</w:t>
      </w:r>
    </w:p>
    <w:p w14:paraId="7A6C9133" w14:textId="2D449532" w:rsidR="0063320B" w:rsidRPr="00EB1A9B" w:rsidRDefault="0063320B" w:rsidP="0063320B">
      <w:pPr>
        <w:spacing w:before="120" w:after="0"/>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 xml:space="preserve">dimana </w:t>
      </w:r>
      <m:oMath>
        <m:r>
          <w:rPr>
            <w:rFonts w:ascii="Cambria Math" w:hAnsi="Cambria Math"/>
            <w:color w:val="000000" w:themeColor="text1"/>
            <w:sz w:val="22"/>
            <w:szCs w:val="20"/>
            <w:lang w:val="id-ID"/>
          </w:rPr>
          <m:t>f</m:t>
        </m:r>
        <m:d>
          <m:dPr>
            <m:ctrlPr>
              <w:rPr>
                <w:rFonts w:ascii="Cambria Math" w:hAnsi="Cambria Math"/>
                <w:i/>
                <w:color w:val="000000" w:themeColor="text1"/>
                <w:sz w:val="22"/>
                <w:szCs w:val="20"/>
                <w:lang w:val="id-ID"/>
              </w:rPr>
            </m:ctrlPr>
          </m:dPr>
          <m:e>
            <m:r>
              <w:rPr>
                <w:rFonts w:ascii="Cambria Math" w:hAnsi="Cambria Math"/>
                <w:color w:val="000000" w:themeColor="text1"/>
                <w:sz w:val="22"/>
                <w:szCs w:val="20"/>
                <w:lang w:val="id-ID"/>
              </w:rPr>
              <m:t>x</m:t>
            </m:r>
          </m:e>
        </m:d>
      </m:oMath>
      <w:r w:rsidR="00CA3910">
        <w:rPr>
          <w:rFonts w:ascii="Book Antiqua" w:hAnsi="Book Antiqua"/>
          <w:color w:val="000000" w:themeColor="text1"/>
          <w:sz w:val="22"/>
          <w:szCs w:val="20"/>
          <w:lang w:val="id-ID"/>
        </w:rPr>
        <w:t xml:space="preserve"> </w:t>
      </w:r>
      <w:r w:rsidRPr="00EB1A9B">
        <w:rPr>
          <w:rFonts w:ascii="Book Antiqua" w:hAnsi="Book Antiqua"/>
          <w:color w:val="000000" w:themeColor="text1"/>
          <w:sz w:val="22"/>
          <w:szCs w:val="20"/>
          <w:lang w:val="id-ID"/>
        </w:rPr>
        <w:t>merupakan fungsi.</w:t>
      </w:r>
    </w:p>
    <w:p w14:paraId="77FA324B" w14:textId="251065B2" w:rsidR="00EA3E73" w:rsidRPr="00EB1A9B" w:rsidRDefault="00EA3E73" w:rsidP="00401B68">
      <w:pPr>
        <w:pStyle w:val="ListParagraph"/>
        <w:keepNext/>
        <w:numPr>
          <w:ilvl w:val="1"/>
          <w:numId w:val="19"/>
        </w:numPr>
        <w:spacing w:before="240" w:after="0"/>
        <w:ind w:left="720" w:hanging="720"/>
        <w:jc w:val="both"/>
        <w:outlineLvl w:val="1"/>
        <w:rPr>
          <w:rFonts w:ascii="Book Antiqua" w:hAnsi="Book Antiqua"/>
          <w:color w:val="000000" w:themeColor="text1"/>
          <w:sz w:val="22"/>
          <w:szCs w:val="20"/>
          <w:lang w:val="id-ID"/>
        </w:rPr>
      </w:pPr>
      <w:bookmarkStart w:id="20" w:name="_Toc238061421"/>
      <w:r w:rsidRPr="00EB1A9B">
        <w:rPr>
          <w:rFonts w:ascii="Book Antiqua" w:hAnsi="Book Antiqua"/>
          <w:b/>
          <w:color w:val="000000" w:themeColor="text1"/>
          <w:sz w:val="22"/>
          <w:szCs w:val="20"/>
          <w:lang w:val="id-ID"/>
        </w:rPr>
        <w:t>Evaluasi Metode</w:t>
      </w:r>
      <w:bookmarkEnd w:id="20"/>
    </w:p>
    <w:p w14:paraId="546867BF" w14:textId="43D35AF5" w:rsidR="00EA3E73" w:rsidRPr="00EB1A9B" w:rsidRDefault="00EA3E73" w:rsidP="00EA3E73">
      <w:pPr>
        <w:spacing w:after="0"/>
        <w:ind w:firstLine="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Penjelasan metrik evaluasi yang digunakan pada penelitian ini.</w:t>
      </w:r>
    </w:p>
    <w:p w14:paraId="5D92F17C" w14:textId="7BAD50DB" w:rsidR="00EA3E73" w:rsidRPr="00EB1A9B" w:rsidRDefault="00EA3E73" w:rsidP="00401B68">
      <w:pPr>
        <w:pStyle w:val="ListParagraph"/>
        <w:keepNext/>
        <w:numPr>
          <w:ilvl w:val="1"/>
          <w:numId w:val="19"/>
        </w:numPr>
        <w:spacing w:before="240" w:after="0"/>
        <w:ind w:left="720" w:hanging="720"/>
        <w:jc w:val="both"/>
        <w:outlineLvl w:val="1"/>
        <w:rPr>
          <w:rFonts w:ascii="Book Antiqua" w:hAnsi="Book Antiqua"/>
          <w:b/>
          <w:color w:val="000000" w:themeColor="text1"/>
          <w:sz w:val="22"/>
          <w:szCs w:val="20"/>
          <w:lang w:val="id-ID"/>
        </w:rPr>
      </w:pPr>
      <w:bookmarkStart w:id="21" w:name="_Toc238061422"/>
      <w:r w:rsidRPr="00EB1A9B">
        <w:rPr>
          <w:rFonts w:ascii="Book Antiqua" w:hAnsi="Book Antiqua"/>
          <w:b/>
          <w:color w:val="000000" w:themeColor="text1"/>
          <w:sz w:val="22"/>
          <w:szCs w:val="20"/>
          <w:lang w:val="id-ID"/>
        </w:rPr>
        <w:t>Anatomi dan Citra Medis Paru-Paru</w:t>
      </w:r>
      <w:bookmarkEnd w:id="21"/>
    </w:p>
    <w:p w14:paraId="4180909D" w14:textId="60D6612F" w:rsidR="00EA3E73" w:rsidRPr="00EB1A9B" w:rsidRDefault="00EA3E73" w:rsidP="00EA3E73">
      <w:pPr>
        <w:spacing w:after="0"/>
        <w:ind w:firstLine="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Penjelasan ringkas mengenai organ paru-paru dan jenis-jenis penyakit paru-paru umum yang dideteksi (misalnya: Pneumonia, Tuberculosis, COVID-19, dan sebagainya).</w:t>
      </w:r>
    </w:p>
    <w:p w14:paraId="14DC3F56" w14:textId="77777777" w:rsidR="00EA3E73" w:rsidRDefault="00EA3E73" w:rsidP="0063320B">
      <w:pPr>
        <w:spacing w:before="120" w:after="0"/>
        <w:rPr>
          <w:rFonts w:ascii="Book Antiqua" w:hAnsi="Book Antiqua"/>
          <w:color w:val="000000" w:themeColor="text1"/>
          <w:sz w:val="22"/>
          <w:szCs w:val="20"/>
          <w:lang w:val="id-ID"/>
        </w:rPr>
      </w:pPr>
    </w:p>
    <w:p w14:paraId="55C8F205" w14:textId="77777777" w:rsidR="00A34F9A" w:rsidRDefault="00A34F9A" w:rsidP="0063320B">
      <w:pPr>
        <w:spacing w:before="120" w:after="0"/>
        <w:rPr>
          <w:rFonts w:ascii="Book Antiqua" w:hAnsi="Book Antiqua"/>
          <w:color w:val="000000" w:themeColor="text1"/>
          <w:sz w:val="22"/>
          <w:szCs w:val="20"/>
          <w:lang w:val="id-ID"/>
        </w:rPr>
      </w:pPr>
    </w:p>
    <w:p w14:paraId="35FAA430" w14:textId="77777777" w:rsidR="00A34F9A" w:rsidRDefault="00A34F9A" w:rsidP="0063320B">
      <w:pPr>
        <w:spacing w:before="120" w:after="0"/>
        <w:rPr>
          <w:rFonts w:ascii="Book Antiqua" w:hAnsi="Book Antiqua"/>
          <w:color w:val="000000" w:themeColor="text1"/>
          <w:sz w:val="22"/>
          <w:szCs w:val="20"/>
          <w:lang w:val="id-ID"/>
        </w:rPr>
      </w:pPr>
    </w:p>
    <w:p w14:paraId="61F63F19" w14:textId="77777777" w:rsidR="00A34F9A" w:rsidRDefault="00A34F9A" w:rsidP="0063320B">
      <w:pPr>
        <w:spacing w:before="120" w:after="0"/>
        <w:rPr>
          <w:rFonts w:ascii="Book Antiqua" w:hAnsi="Book Antiqua"/>
          <w:color w:val="000000" w:themeColor="text1"/>
          <w:sz w:val="22"/>
          <w:szCs w:val="20"/>
          <w:lang w:val="id-ID"/>
        </w:rPr>
      </w:pPr>
    </w:p>
    <w:p w14:paraId="45129AB2" w14:textId="02C5A0BE" w:rsidR="00EA3E73" w:rsidRPr="00EB1A9B" w:rsidRDefault="00721CE3" w:rsidP="00401B68">
      <w:pPr>
        <w:pStyle w:val="Heading1"/>
        <w:spacing w:before="0"/>
        <w:jc w:val="center"/>
        <w:rPr>
          <w:rFonts w:ascii="Book Antiqua" w:hAnsi="Book Antiqua"/>
          <w:color w:val="000000" w:themeColor="text1"/>
          <w:sz w:val="24"/>
          <w:szCs w:val="20"/>
          <w:lang w:val="id-ID"/>
        </w:rPr>
      </w:pPr>
      <w:bookmarkStart w:id="22" w:name="_Toc238061423"/>
      <w:r w:rsidRPr="00EB1A9B">
        <w:rPr>
          <w:rFonts w:ascii="Book Antiqua" w:hAnsi="Book Antiqua"/>
          <w:color w:val="000000" w:themeColor="text1"/>
          <w:sz w:val="24"/>
          <w:szCs w:val="20"/>
          <w:lang w:val="id-ID"/>
        </w:rPr>
        <w:lastRenderedPageBreak/>
        <w:t xml:space="preserve">BAB </w:t>
      </w:r>
      <w:r w:rsidR="003A4E6B">
        <w:rPr>
          <w:rFonts w:ascii="Book Antiqua" w:hAnsi="Book Antiqua"/>
          <w:color w:val="000000" w:themeColor="text1"/>
          <w:sz w:val="24"/>
          <w:szCs w:val="20"/>
          <w:lang w:val="id-ID"/>
        </w:rPr>
        <w:t>III</w:t>
      </w:r>
      <w:bookmarkEnd w:id="22"/>
    </w:p>
    <w:p w14:paraId="36960FA1" w14:textId="0A9144B0" w:rsidR="003832E5" w:rsidRPr="00EB1A9B" w:rsidRDefault="00721CE3" w:rsidP="00401B68">
      <w:pPr>
        <w:pStyle w:val="Heading1"/>
        <w:spacing w:before="0"/>
        <w:jc w:val="center"/>
        <w:rPr>
          <w:rFonts w:ascii="Book Antiqua" w:hAnsi="Book Antiqua"/>
          <w:color w:val="000000" w:themeColor="text1"/>
          <w:sz w:val="24"/>
          <w:szCs w:val="20"/>
          <w:lang w:val="id-ID"/>
        </w:rPr>
      </w:pPr>
      <w:bookmarkStart w:id="23" w:name="_Toc237985838"/>
      <w:bookmarkStart w:id="24" w:name="_Toc237993876"/>
      <w:bookmarkStart w:id="25" w:name="_Toc238061424"/>
      <w:r w:rsidRPr="00EB1A9B">
        <w:rPr>
          <w:rFonts w:ascii="Book Antiqua" w:hAnsi="Book Antiqua"/>
          <w:color w:val="000000" w:themeColor="text1"/>
          <w:sz w:val="24"/>
          <w:szCs w:val="20"/>
          <w:lang w:val="id-ID"/>
        </w:rPr>
        <w:t>METOD</w:t>
      </w:r>
      <w:r w:rsidR="002E0D8C">
        <w:rPr>
          <w:rFonts w:ascii="Book Antiqua" w:hAnsi="Book Antiqua"/>
          <w:color w:val="000000" w:themeColor="text1"/>
          <w:sz w:val="24"/>
          <w:szCs w:val="20"/>
          <w:lang w:val="id-ID"/>
        </w:rPr>
        <w:t>E</w:t>
      </w:r>
      <w:r w:rsidRPr="00EB1A9B">
        <w:rPr>
          <w:rFonts w:ascii="Book Antiqua" w:hAnsi="Book Antiqua"/>
          <w:color w:val="000000" w:themeColor="text1"/>
          <w:sz w:val="24"/>
          <w:szCs w:val="20"/>
          <w:lang w:val="id-ID"/>
        </w:rPr>
        <w:t xml:space="preserve"> PENELITIAN</w:t>
      </w:r>
      <w:bookmarkEnd w:id="23"/>
      <w:bookmarkEnd w:id="24"/>
      <w:bookmarkEnd w:id="25"/>
    </w:p>
    <w:p w14:paraId="35E267DC" w14:textId="382635C2" w:rsidR="003832E5" w:rsidRPr="00EB1A9B" w:rsidRDefault="00721CE3" w:rsidP="00401B68">
      <w:pPr>
        <w:pStyle w:val="ListParagraph"/>
        <w:keepNext/>
        <w:numPr>
          <w:ilvl w:val="1"/>
          <w:numId w:val="15"/>
        </w:numPr>
        <w:spacing w:before="240" w:after="0"/>
        <w:ind w:left="720" w:hanging="720"/>
        <w:jc w:val="both"/>
        <w:outlineLvl w:val="1"/>
        <w:rPr>
          <w:rFonts w:ascii="Book Antiqua" w:hAnsi="Book Antiqua"/>
          <w:color w:val="000000" w:themeColor="text1"/>
          <w:sz w:val="22"/>
          <w:szCs w:val="20"/>
          <w:lang w:val="id-ID"/>
        </w:rPr>
      </w:pPr>
      <w:bookmarkStart w:id="26" w:name="_Toc238061425"/>
      <w:r w:rsidRPr="00EB1A9B">
        <w:rPr>
          <w:rFonts w:ascii="Book Antiqua" w:hAnsi="Book Antiqua"/>
          <w:b/>
          <w:color w:val="000000" w:themeColor="text1"/>
          <w:sz w:val="22"/>
          <w:szCs w:val="20"/>
          <w:lang w:val="id-ID"/>
        </w:rPr>
        <w:t>Sumber Data</w:t>
      </w:r>
      <w:bookmarkEnd w:id="26"/>
    </w:p>
    <w:p w14:paraId="49B72AA1" w14:textId="2E5E4A4D" w:rsidR="003832E5" w:rsidRPr="00EB1A9B" w:rsidRDefault="00721CE3" w:rsidP="00EA3E73">
      <w:pPr>
        <w:spacing w:after="120"/>
        <w:ind w:firstLine="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 xml:space="preserve">Data yang digunakan dalam penelitian ini </w:t>
      </w:r>
      <w:r w:rsidR="00EA3E73" w:rsidRPr="00EB1A9B">
        <w:rPr>
          <w:rFonts w:ascii="Book Antiqua" w:hAnsi="Book Antiqua"/>
          <w:color w:val="000000" w:themeColor="text1"/>
          <w:sz w:val="22"/>
          <w:szCs w:val="20"/>
          <w:lang w:val="id-ID"/>
        </w:rPr>
        <w:t>merupakan data</w:t>
      </w:r>
      <w:r w:rsidRPr="00EB1A9B">
        <w:rPr>
          <w:rFonts w:ascii="Book Antiqua" w:hAnsi="Book Antiqua"/>
          <w:color w:val="000000" w:themeColor="text1"/>
          <w:sz w:val="22"/>
          <w:szCs w:val="20"/>
          <w:lang w:val="id-ID"/>
        </w:rPr>
        <w:t xml:space="preserve"> sekunder dari [Sebutkan Instansi/Portal Open Data]. Dataset ini terdiri atas N observasi dan M fitur yang mencerminkan karakteristik objek penelitian.</w:t>
      </w:r>
    </w:p>
    <w:p w14:paraId="12EB35D0" w14:textId="0EF98BFC" w:rsidR="003832E5" w:rsidRPr="00EB1A9B" w:rsidRDefault="00721CE3" w:rsidP="00401B68">
      <w:pPr>
        <w:pStyle w:val="ListParagraph"/>
        <w:keepNext/>
        <w:numPr>
          <w:ilvl w:val="1"/>
          <w:numId w:val="15"/>
        </w:numPr>
        <w:spacing w:before="240" w:after="0"/>
        <w:ind w:left="720" w:hanging="720"/>
        <w:jc w:val="both"/>
        <w:outlineLvl w:val="1"/>
        <w:rPr>
          <w:rFonts w:ascii="Book Antiqua" w:hAnsi="Book Antiqua"/>
          <w:b/>
          <w:color w:val="000000" w:themeColor="text1"/>
          <w:sz w:val="22"/>
          <w:szCs w:val="20"/>
          <w:lang w:val="id-ID"/>
        </w:rPr>
      </w:pPr>
      <w:bookmarkStart w:id="27" w:name="_Toc238061426"/>
      <w:r w:rsidRPr="00EB1A9B">
        <w:rPr>
          <w:rFonts w:ascii="Book Antiqua" w:hAnsi="Book Antiqua"/>
          <w:b/>
          <w:color w:val="000000" w:themeColor="text1"/>
          <w:sz w:val="22"/>
          <w:szCs w:val="20"/>
          <w:lang w:val="id-ID"/>
        </w:rPr>
        <w:t>Variabel Penelitian dan Struktur Data</w:t>
      </w:r>
      <w:bookmarkEnd w:id="27"/>
    </w:p>
    <w:p w14:paraId="647C1F70" w14:textId="19E7E207" w:rsidR="003832E5" w:rsidRPr="00EB1A9B" w:rsidRDefault="00EA3E73" w:rsidP="00EA3E73">
      <w:pPr>
        <w:spacing w:after="0"/>
        <w:ind w:firstLine="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Variabel penelitian dijelaskan dalam Tabel 3.1 berikut:</w:t>
      </w:r>
    </w:p>
    <w:p w14:paraId="3EF53420" w14:textId="288D9B39" w:rsidR="00EA3E73" w:rsidRPr="00EB1A9B" w:rsidRDefault="00EA3E73" w:rsidP="00401B68">
      <w:pPr>
        <w:pStyle w:val="Caption"/>
        <w:keepNext/>
        <w:spacing w:before="120" w:after="60"/>
        <w:jc w:val="center"/>
        <w:rPr>
          <w:b w:val="0"/>
          <w:bCs w:val="0"/>
          <w:color w:val="000000" w:themeColor="text1"/>
          <w:sz w:val="20"/>
          <w:szCs w:val="20"/>
          <w:lang w:val="id-ID"/>
        </w:rPr>
      </w:pPr>
      <w:r w:rsidRPr="00EB1A9B">
        <w:rPr>
          <w:color w:val="000000" w:themeColor="text1"/>
          <w:sz w:val="20"/>
          <w:szCs w:val="20"/>
          <w:lang w:val="id-ID"/>
        </w:rPr>
        <w:t>Tabel 3.</w:t>
      </w:r>
      <w:r w:rsidRPr="00EB1A9B">
        <w:rPr>
          <w:color w:val="000000" w:themeColor="text1"/>
          <w:sz w:val="20"/>
          <w:szCs w:val="20"/>
          <w:lang w:val="id-ID"/>
        </w:rPr>
        <w:fldChar w:fldCharType="begin"/>
      </w:r>
      <w:r w:rsidRPr="00EB1A9B">
        <w:rPr>
          <w:color w:val="000000" w:themeColor="text1"/>
          <w:sz w:val="20"/>
          <w:szCs w:val="20"/>
          <w:lang w:val="id-ID"/>
        </w:rPr>
        <w:instrText xml:space="preserve"> SEQ Tabel_3. \* ARABIC </w:instrText>
      </w:r>
      <w:r w:rsidRPr="00EB1A9B">
        <w:rPr>
          <w:color w:val="000000" w:themeColor="text1"/>
          <w:sz w:val="20"/>
          <w:szCs w:val="20"/>
          <w:lang w:val="id-ID"/>
        </w:rPr>
        <w:fldChar w:fldCharType="separate"/>
      </w:r>
      <w:r w:rsidR="009107FA">
        <w:rPr>
          <w:noProof/>
          <w:color w:val="000000" w:themeColor="text1"/>
          <w:sz w:val="20"/>
          <w:szCs w:val="20"/>
          <w:lang w:val="id-ID"/>
        </w:rPr>
        <w:t>1</w:t>
      </w:r>
      <w:r w:rsidRPr="00EB1A9B">
        <w:rPr>
          <w:color w:val="000000" w:themeColor="text1"/>
          <w:sz w:val="20"/>
          <w:szCs w:val="20"/>
          <w:lang w:val="id-ID"/>
        </w:rPr>
        <w:fldChar w:fldCharType="end"/>
      </w:r>
      <w:r w:rsidRPr="00EB1A9B">
        <w:rPr>
          <w:b w:val="0"/>
          <w:bCs w:val="0"/>
          <w:color w:val="000000" w:themeColor="text1"/>
          <w:sz w:val="20"/>
          <w:szCs w:val="20"/>
          <w:lang w:val="id-ID"/>
        </w:rPr>
        <w:t xml:space="preserve"> Variabel Penelitian</w:t>
      </w:r>
    </w:p>
    <w:tbl>
      <w:tblPr>
        <w:tblStyle w:val="TableGrid"/>
        <w:tblW w:w="7645" w:type="dxa"/>
        <w:jc w:val="center"/>
        <w:tblLayout w:type="fixed"/>
        <w:tblLook w:val="04A0" w:firstRow="1" w:lastRow="0" w:firstColumn="1" w:lastColumn="0" w:noHBand="0" w:noVBand="1"/>
      </w:tblPr>
      <w:tblGrid>
        <w:gridCol w:w="1084"/>
        <w:gridCol w:w="1954"/>
        <w:gridCol w:w="4607"/>
      </w:tblGrid>
      <w:tr w:rsidR="003832E5" w:rsidRPr="009107FA" w14:paraId="5BC7C1E9" w14:textId="77777777" w:rsidTr="00EA71D4">
        <w:trPr>
          <w:jc w:val="center"/>
        </w:trPr>
        <w:tc>
          <w:tcPr>
            <w:tcW w:w="1084" w:type="dxa"/>
          </w:tcPr>
          <w:p w14:paraId="08CEF258" w14:textId="52293E6E" w:rsidR="003832E5" w:rsidRPr="009107FA" w:rsidRDefault="00721CE3" w:rsidP="00FA56A5">
            <w:pPr>
              <w:pStyle w:val="NoSpacing"/>
              <w:jc w:val="center"/>
              <w:rPr>
                <w:rFonts w:ascii="Book Antiqua" w:hAnsi="Book Antiqua"/>
                <w:b/>
                <w:bCs/>
                <w:sz w:val="20"/>
                <w:szCs w:val="20"/>
                <w:lang w:val="id-ID"/>
              </w:rPr>
            </w:pPr>
            <w:r w:rsidRPr="009107FA">
              <w:rPr>
                <w:rFonts w:ascii="Book Antiqua" w:hAnsi="Book Antiqua"/>
                <w:b/>
                <w:bCs/>
                <w:sz w:val="20"/>
                <w:szCs w:val="20"/>
                <w:lang w:val="id-ID"/>
              </w:rPr>
              <w:t>Variabel</w:t>
            </w:r>
          </w:p>
        </w:tc>
        <w:tc>
          <w:tcPr>
            <w:tcW w:w="1954" w:type="dxa"/>
          </w:tcPr>
          <w:p w14:paraId="0633C79B" w14:textId="77777777" w:rsidR="003832E5" w:rsidRPr="009107FA" w:rsidRDefault="00721CE3" w:rsidP="00FA56A5">
            <w:pPr>
              <w:pStyle w:val="NoSpacing"/>
              <w:jc w:val="center"/>
              <w:rPr>
                <w:rFonts w:ascii="Book Antiqua" w:hAnsi="Book Antiqua"/>
                <w:b/>
                <w:bCs/>
                <w:sz w:val="20"/>
                <w:szCs w:val="20"/>
                <w:lang w:val="id-ID"/>
              </w:rPr>
            </w:pPr>
            <w:r w:rsidRPr="009107FA">
              <w:rPr>
                <w:rFonts w:ascii="Book Antiqua" w:hAnsi="Book Antiqua"/>
                <w:b/>
                <w:bCs/>
                <w:sz w:val="20"/>
                <w:szCs w:val="20"/>
                <w:lang w:val="id-ID"/>
              </w:rPr>
              <w:t>Tipe Data</w:t>
            </w:r>
          </w:p>
        </w:tc>
        <w:tc>
          <w:tcPr>
            <w:tcW w:w="4607" w:type="dxa"/>
          </w:tcPr>
          <w:p w14:paraId="0B7D2A2D" w14:textId="77777777" w:rsidR="003832E5" w:rsidRPr="009107FA" w:rsidRDefault="00721CE3" w:rsidP="00FA56A5">
            <w:pPr>
              <w:pStyle w:val="NoSpacing"/>
              <w:jc w:val="center"/>
              <w:rPr>
                <w:rFonts w:ascii="Book Antiqua" w:hAnsi="Book Antiqua"/>
                <w:b/>
                <w:bCs/>
                <w:sz w:val="20"/>
                <w:szCs w:val="20"/>
                <w:lang w:val="id-ID"/>
              </w:rPr>
            </w:pPr>
            <w:r w:rsidRPr="009107FA">
              <w:rPr>
                <w:rFonts w:ascii="Book Antiqua" w:hAnsi="Book Antiqua"/>
                <w:b/>
                <w:bCs/>
                <w:sz w:val="20"/>
                <w:szCs w:val="20"/>
                <w:lang w:val="id-ID"/>
              </w:rPr>
              <w:t>Keterangan / Peran</w:t>
            </w:r>
          </w:p>
        </w:tc>
      </w:tr>
      <w:tr w:rsidR="003832E5" w:rsidRPr="009107FA" w14:paraId="71B62C54" w14:textId="77777777" w:rsidTr="00EA71D4">
        <w:trPr>
          <w:jc w:val="center"/>
        </w:trPr>
        <w:tc>
          <w:tcPr>
            <w:tcW w:w="1084" w:type="dxa"/>
          </w:tcPr>
          <w:p w14:paraId="1966DF03" w14:textId="71AC3904" w:rsidR="003832E5" w:rsidRPr="009107FA" w:rsidRDefault="00721CE3" w:rsidP="00EA3E73">
            <w:pPr>
              <w:pStyle w:val="NoSpacing"/>
              <w:rPr>
                <w:rFonts w:ascii="Book Antiqua" w:hAnsi="Book Antiqua"/>
                <w:sz w:val="20"/>
                <w:szCs w:val="20"/>
                <w:lang w:val="id-ID"/>
              </w:rPr>
            </w:pPr>
            <w:r w:rsidRPr="009107FA">
              <w:rPr>
                <w:rFonts w:ascii="Book Antiqua" w:hAnsi="Book Antiqua"/>
                <w:sz w:val="20"/>
                <w:szCs w:val="20"/>
                <w:lang w:val="id-ID"/>
              </w:rPr>
              <w:t>X1</w:t>
            </w:r>
          </w:p>
        </w:tc>
        <w:tc>
          <w:tcPr>
            <w:tcW w:w="1954" w:type="dxa"/>
          </w:tcPr>
          <w:p w14:paraId="1A8647FD" w14:textId="77777777" w:rsidR="003832E5" w:rsidRPr="009107FA" w:rsidRDefault="00721CE3" w:rsidP="00EA3E73">
            <w:pPr>
              <w:pStyle w:val="NoSpacing"/>
              <w:rPr>
                <w:rFonts w:ascii="Book Antiqua" w:hAnsi="Book Antiqua"/>
                <w:sz w:val="20"/>
                <w:szCs w:val="20"/>
                <w:lang w:val="id-ID"/>
              </w:rPr>
            </w:pPr>
            <w:r w:rsidRPr="009107FA">
              <w:rPr>
                <w:rFonts w:ascii="Book Antiqua" w:hAnsi="Book Antiqua"/>
                <w:sz w:val="20"/>
                <w:szCs w:val="20"/>
                <w:lang w:val="id-ID"/>
              </w:rPr>
              <w:t>Numerik (Float)</w:t>
            </w:r>
          </w:p>
        </w:tc>
        <w:tc>
          <w:tcPr>
            <w:tcW w:w="4607" w:type="dxa"/>
          </w:tcPr>
          <w:p w14:paraId="2C847CD8" w14:textId="77777777" w:rsidR="003832E5" w:rsidRPr="009107FA" w:rsidRDefault="00721CE3" w:rsidP="00EA3E73">
            <w:pPr>
              <w:pStyle w:val="NoSpacing"/>
              <w:rPr>
                <w:rFonts w:ascii="Book Antiqua" w:hAnsi="Book Antiqua"/>
                <w:sz w:val="20"/>
                <w:szCs w:val="20"/>
                <w:lang w:val="id-ID"/>
              </w:rPr>
            </w:pPr>
            <w:r w:rsidRPr="009107FA">
              <w:rPr>
                <w:rFonts w:ascii="Book Antiqua" w:hAnsi="Book Antiqua"/>
                <w:sz w:val="20"/>
                <w:szCs w:val="20"/>
                <w:lang w:val="id-ID"/>
              </w:rPr>
              <w:t>Variabel independen utama pemberi sinyal prediktif.</w:t>
            </w:r>
          </w:p>
        </w:tc>
      </w:tr>
      <w:tr w:rsidR="003832E5" w:rsidRPr="009107FA" w14:paraId="788059C4" w14:textId="77777777" w:rsidTr="00EA71D4">
        <w:trPr>
          <w:jc w:val="center"/>
        </w:trPr>
        <w:tc>
          <w:tcPr>
            <w:tcW w:w="1084" w:type="dxa"/>
          </w:tcPr>
          <w:p w14:paraId="74CF85C1" w14:textId="77144AD5" w:rsidR="003832E5" w:rsidRPr="009107FA" w:rsidRDefault="00721CE3" w:rsidP="00EA3E73">
            <w:pPr>
              <w:pStyle w:val="NoSpacing"/>
              <w:rPr>
                <w:rFonts w:ascii="Book Antiqua" w:hAnsi="Book Antiqua"/>
                <w:sz w:val="20"/>
                <w:szCs w:val="20"/>
                <w:lang w:val="id-ID"/>
              </w:rPr>
            </w:pPr>
            <w:r w:rsidRPr="009107FA">
              <w:rPr>
                <w:rFonts w:ascii="Book Antiqua" w:hAnsi="Book Antiqua"/>
                <w:sz w:val="20"/>
                <w:szCs w:val="20"/>
                <w:lang w:val="id-ID"/>
              </w:rPr>
              <w:t>X2</w:t>
            </w:r>
          </w:p>
        </w:tc>
        <w:tc>
          <w:tcPr>
            <w:tcW w:w="1954" w:type="dxa"/>
          </w:tcPr>
          <w:p w14:paraId="584B250A" w14:textId="77777777" w:rsidR="003832E5" w:rsidRPr="009107FA" w:rsidRDefault="00721CE3" w:rsidP="00EA3E73">
            <w:pPr>
              <w:pStyle w:val="NoSpacing"/>
              <w:rPr>
                <w:rFonts w:ascii="Book Antiqua" w:hAnsi="Book Antiqua"/>
                <w:sz w:val="20"/>
                <w:szCs w:val="20"/>
                <w:lang w:val="id-ID"/>
              </w:rPr>
            </w:pPr>
            <w:r w:rsidRPr="009107FA">
              <w:rPr>
                <w:rFonts w:ascii="Book Antiqua" w:hAnsi="Book Antiqua"/>
                <w:sz w:val="20"/>
                <w:szCs w:val="20"/>
                <w:lang w:val="id-ID"/>
              </w:rPr>
              <w:t>Kategorikal</w:t>
            </w:r>
          </w:p>
        </w:tc>
        <w:tc>
          <w:tcPr>
            <w:tcW w:w="4607" w:type="dxa"/>
          </w:tcPr>
          <w:p w14:paraId="55D8C813" w14:textId="77777777" w:rsidR="003832E5" w:rsidRPr="009107FA" w:rsidRDefault="00721CE3" w:rsidP="00EA3E73">
            <w:pPr>
              <w:pStyle w:val="NoSpacing"/>
              <w:rPr>
                <w:rFonts w:ascii="Book Antiqua" w:hAnsi="Book Antiqua"/>
                <w:sz w:val="20"/>
                <w:szCs w:val="20"/>
                <w:lang w:val="id-ID"/>
              </w:rPr>
            </w:pPr>
            <w:r w:rsidRPr="009107FA">
              <w:rPr>
                <w:rFonts w:ascii="Book Antiqua" w:hAnsi="Book Antiqua"/>
                <w:sz w:val="20"/>
                <w:szCs w:val="20"/>
                <w:lang w:val="id-ID"/>
              </w:rPr>
              <w:t>Atribut kualitatif ter-encode.</w:t>
            </w:r>
          </w:p>
        </w:tc>
      </w:tr>
      <w:tr w:rsidR="003832E5" w:rsidRPr="009107FA" w14:paraId="447F2FC8" w14:textId="77777777" w:rsidTr="00EA71D4">
        <w:trPr>
          <w:jc w:val="center"/>
        </w:trPr>
        <w:tc>
          <w:tcPr>
            <w:tcW w:w="1084" w:type="dxa"/>
          </w:tcPr>
          <w:p w14:paraId="6F009E60" w14:textId="6087BB4C" w:rsidR="003832E5" w:rsidRPr="009107FA" w:rsidRDefault="00721CE3" w:rsidP="00EA3E73">
            <w:pPr>
              <w:pStyle w:val="NoSpacing"/>
              <w:rPr>
                <w:rFonts w:ascii="Book Antiqua" w:hAnsi="Book Antiqua"/>
                <w:sz w:val="20"/>
                <w:szCs w:val="20"/>
                <w:lang w:val="id-ID"/>
              </w:rPr>
            </w:pPr>
            <w:r w:rsidRPr="009107FA">
              <w:rPr>
                <w:rFonts w:ascii="Book Antiqua" w:hAnsi="Book Antiqua"/>
                <w:sz w:val="20"/>
                <w:szCs w:val="20"/>
                <w:lang w:val="id-ID"/>
              </w:rPr>
              <w:t>Y</w:t>
            </w:r>
          </w:p>
        </w:tc>
        <w:tc>
          <w:tcPr>
            <w:tcW w:w="1954" w:type="dxa"/>
          </w:tcPr>
          <w:p w14:paraId="05C8B18E" w14:textId="77777777" w:rsidR="003832E5" w:rsidRPr="009107FA" w:rsidRDefault="00721CE3" w:rsidP="00EA3E73">
            <w:pPr>
              <w:pStyle w:val="NoSpacing"/>
              <w:rPr>
                <w:rFonts w:ascii="Book Antiqua" w:hAnsi="Book Antiqua"/>
                <w:sz w:val="20"/>
                <w:szCs w:val="20"/>
                <w:lang w:val="id-ID"/>
              </w:rPr>
            </w:pPr>
            <w:r w:rsidRPr="009107FA">
              <w:rPr>
                <w:rFonts w:ascii="Book Antiqua" w:hAnsi="Book Antiqua"/>
                <w:sz w:val="20"/>
                <w:szCs w:val="20"/>
                <w:lang w:val="id-ID"/>
              </w:rPr>
              <w:t>Binary / Numerik</w:t>
            </w:r>
          </w:p>
        </w:tc>
        <w:tc>
          <w:tcPr>
            <w:tcW w:w="4607" w:type="dxa"/>
          </w:tcPr>
          <w:p w14:paraId="7F503E9E" w14:textId="77777777" w:rsidR="003832E5" w:rsidRPr="009107FA" w:rsidRDefault="00721CE3" w:rsidP="00EA3E73">
            <w:pPr>
              <w:pStyle w:val="NoSpacing"/>
              <w:rPr>
                <w:rFonts w:ascii="Book Antiqua" w:hAnsi="Book Antiqua"/>
                <w:sz w:val="20"/>
                <w:szCs w:val="20"/>
                <w:lang w:val="id-ID"/>
              </w:rPr>
            </w:pPr>
            <w:r w:rsidRPr="009107FA">
              <w:rPr>
                <w:rFonts w:ascii="Book Antiqua" w:hAnsi="Book Antiqua"/>
                <w:sz w:val="20"/>
                <w:szCs w:val="20"/>
                <w:lang w:val="id-ID"/>
              </w:rPr>
              <w:t>Variabel dependen (output utama yang diprediksi).</w:t>
            </w:r>
          </w:p>
        </w:tc>
      </w:tr>
    </w:tbl>
    <w:p w14:paraId="10ABAA5E" w14:textId="3E5195F5" w:rsidR="003832E5" w:rsidRPr="00EB1A9B" w:rsidRDefault="00721CE3" w:rsidP="00401B68">
      <w:pPr>
        <w:pStyle w:val="ListParagraph"/>
        <w:keepNext/>
        <w:numPr>
          <w:ilvl w:val="1"/>
          <w:numId w:val="15"/>
        </w:numPr>
        <w:spacing w:before="240" w:after="0"/>
        <w:ind w:left="720" w:hanging="720"/>
        <w:jc w:val="both"/>
        <w:outlineLvl w:val="1"/>
        <w:rPr>
          <w:rFonts w:ascii="Book Antiqua" w:hAnsi="Book Antiqua"/>
          <w:b/>
          <w:color w:val="000000" w:themeColor="text1"/>
          <w:sz w:val="22"/>
          <w:szCs w:val="20"/>
          <w:lang w:val="id-ID"/>
        </w:rPr>
      </w:pPr>
      <w:bookmarkStart w:id="28" w:name="_Toc238061427"/>
      <w:r w:rsidRPr="00EB1A9B">
        <w:rPr>
          <w:rFonts w:ascii="Book Antiqua" w:hAnsi="Book Antiqua"/>
          <w:b/>
          <w:color w:val="000000" w:themeColor="text1"/>
          <w:sz w:val="22"/>
          <w:szCs w:val="20"/>
          <w:lang w:val="id-ID"/>
        </w:rPr>
        <w:t>Langkah-Langkah Penelitian</w:t>
      </w:r>
      <w:bookmarkEnd w:id="28"/>
    </w:p>
    <w:p w14:paraId="24B39345" w14:textId="77777777" w:rsidR="003832E5" w:rsidRPr="00EB1A9B" w:rsidRDefault="00721CE3" w:rsidP="00F42DEE">
      <w:pPr>
        <w:spacing w:after="0"/>
        <w:ind w:firstLine="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Tahapan komprehensif yang dilakukan dalam penelitian ini meliputi:</w:t>
      </w:r>
    </w:p>
    <w:p w14:paraId="18257D9C" w14:textId="00A8908A" w:rsidR="003832E5" w:rsidRPr="00EB1A9B" w:rsidRDefault="00721CE3" w:rsidP="00F42DEE">
      <w:pPr>
        <w:pStyle w:val="ListParagraph"/>
        <w:numPr>
          <w:ilvl w:val="0"/>
          <w:numId w:val="20"/>
        </w:numPr>
        <w:spacing w:after="0"/>
        <w:ind w:left="720" w:hanging="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Pengumpulan Data</w:t>
      </w:r>
    </w:p>
    <w:p w14:paraId="71507E58" w14:textId="1D083253" w:rsidR="003832E5" w:rsidRPr="00EB1A9B" w:rsidRDefault="00721CE3" w:rsidP="00F42DEE">
      <w:pPr>
        <w:pStyle w:val="ListParagraph"/>
        <w:numPr>
          <w:ilvl w:val="0"/>
          <w:numId w:val="20"/>
        </w:numPr>
        <w:spacing w:after="0"/>
        <w:ind w:left="720" w:hanging="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Pra-pemrosesan Data</w:t>
      </w:r>
    </w:p>
    <w:p w14:paraId="380BEA68" w14:textId="5603A5CC" w:rsidR="003832E5" w:rsidRPr="00EB1A9B" w:rsidRDefault="00721CE3" w:rsidP="00F42DEE">
      <w:pPr>
        <w:pStyle w:val="ListParagraph"/>
        <w:numPr>
          <w:ilvl w:val="0"/>
          <w:numId w:val="20"/>
        </w:numPr>
        <w:spacing w:after="0"/>
        <w:ind w:left="720" w:hanging="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Eksplorasi dan Visualisasi Data</w:t>
      </w:r>
    </w:p>
    <w:p w14:paraId="3C2C7C1C" w14:textId="41FC7149" w:rsidR="003832E5" w:rsidRPr="00EB1A9B" w:rsidRDefault="00721CE3" w:rsidP="00F42DEE">
      <w:pPr>
        <w:pStyle w:val="ListParagraph"/>
        <w:numPr>
          <w:ilvl w:val="0"/>
          <w:numId w:val="20"/>
        </w:numPr>
        <w:spacing w:after="0"/>
        <w:ind w:left="720" w:hanging="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 xml:space="preserve">Pembentukan dan Pelatihan Model </w:t>
      </w:r>
      <w:r w:rsidR="00F42DEE" w:rsidRPr="00EB1A9B">
        <w:rPr>
          <w:rFonts w:ascii="Book Antiqua" w:hAnsi="Book Antiqua"/>
          <w:color w:val="000000" w:themeColor="text1"/>
          <w:sz w:val="22"/>
          <w:szCs w:val="20"/>
          <w:lang w:val="id-ID"/>
        </w:rPr>
        <w:t>(</w:t>
      </w:r>
      <w:r w:rsidR="00192BC0" w:rsidRPr="00EB1A9B">
        <w:rPr>
          <w:rFonts w:ascii="Book Antiqua" w:hAnsi="Book Antiqua"/>
          <w:color w:val="000000" w:themeColor="text1"/>
          <w:sz w:val="22"/>
          <w:szCs w:val="20"/>
          <w:lang w:val="id-ID"/>
        </w:rPr>
        <w:t>lengkap dengan tahapan pada metode yang digunakan</w:t>
      </w:r>
      <w:r w:rsidR="00F42DEE" w:rsidRPr="00EB1A9B">
        <w:rPr>
          <w:rFonts w:ascii="Book Antiqua" w:hAnsi="Book Antiqua"/>
          <w:color w:val="000000" w:themeColor="text1"/>
          <w:sz w:val="22"/>
          <w:szCs w:val="20"/>
          <w:lang w:val="id-ID"/>
        </w:rPr>
        <w:t>)</w:t>
      </w:r>
    </w:p>
    <w:p w14:paraId="11A22055" w14:textId="509DFD75" w:rsidR="003832E5" w:rsidRPr="00EB1A9B" w:rsidRDefault="00721CE3" w:rsidP="00F42DEE">
      <w:pPr>
        <w:pStyle w:val="ListParagraph"/>
        <w:numPr>
          <w:ilvl w:val="0"/>
          <w:numId w:val="20"/>
        </w:numPr>
        <w:spacing w:after="0"/>
        <w:ind w:left="720" w:hanging="720"/>
        <w:jc w:val="both"/>
        <w:rPr>
          <w:rFonts w:ascii="Book Antiqua" w:hAnsi="Book Antiqua"/>
          <w:color w:val="000000" w:themeColor="text1"/>
          <w:sz w:val="22"/>
          <w:szCs w:val="20"/>
          <w:lang w:val="id-ID"/>
        </w:rPr>
      </w:pPr>
      <w:r w:rsidRPr="00EB1A9B">
        <w:rPr>
          <w:rFonts w:ascii="Book Antiqua" w:hAnsi="Book Antiqua"/>
          <w:color w:val="000000" w:themeColor="text1"/>
          <w:sz w:val="22"/>
          <w:szCs w:val="20"/>
          <w:lang w:val="id-ID"/>
        </w:rPr>
        <w:t>Evaluasi dan Validasi Kinerja Model</w:t>
      </w:r>
    </w:p>
    <w:p w14:paraId="13BF0E69" w14:textId="3D1060C2" w:rsidR="003832E5" w:rsidRPr="00EB1A9B" w:rsidRDefault="00F42DEE" w:rsidP="00F42DEE">
      <w:pPr>
        <w:pStyle w:val="ListParagraph"/>
        <w:numPr>
          <w:ilvl w:val="0"/>
          <w:numId w:val="20"/>
        </w:numPr>
        <w:spacing w:after="0"/>
        <w:ind w:left="720" w:hanging="720"/>
        <w:jc w:val="both"/>
        <w:rPr>
          <w:rFonts w:ascii="Book Antiqua" w:hAnsi="Book Antiqua"/>
          <w:color w:val="000000" w:themeColor="text1"/>
          <w:sz w:val="22"/>
          <w:lang w:val="id-ID"/>
        </w:rPr>
      </w:pPr>
      <w:r w:rsidRPr="00EB1A9B">
        <w:rPr>
          <w:rFonts w:ascii="Book Antiqua" w:hAnsi="Book Antiqua"/>
          <w:color w:val="000000" w:themeColor="text1"/>
          <w:sz w:val="22"/>
          <w:lang w:val="id-ID"/>
        </w:rPr>
        <w:t>Menarik Kesimpulan dan Saran</w:t>
      </w:r>
    </w:p>
    <w:p w14:paraId="23988818" w14:textId="647DA4E0" w:rsidR="003832E5" w:rsidRPr="00EB1A9B" w:rsidRDefault="00721CE3" w:rsidP="00401B68">
      <w:pPr>
        <w:pStyle w:val="ListParagraph"/>
        <w:keepNext/>
        <w:numPr>
          <w:ilvl w:val="1"/>
          <w:numId w:val="15"/>
        </w:numPr>
        <w:spacing w:before="240" w:after="0"/>
        <w:ind w:left="720" w:hanging="720"/>
        <w:contextualSpacing w:val="0"/>
        <w:jc w:val="both"/>
        <w:outlineLvl w:val="1"/>
        <w:rPr>
          <w:rFonts w:ascii="Book Antiqua" w:hAnsi="Book Antiqua"/>
          <w:b/>
          <w:color w:val="000000" w:themeColor="text1"/>
          <w:sz w:val="22"/>
          <w:szCs w:val="20"/>
          <w:lang w:val="id-ID"/>
        </w:rPr>
      </w:pPr>
      <w:bookmarkStart w:id="29" w:name="_Toc238061428"/>
      <w:r w:rsidRPr="00EB1A9B">
        <w:rPr>
          <w:rFonts w:ascii="Book Antiqua" w:hAnsi="Book Antiqua"/>
          <w:b/>
          <w:color w:val="000000" w:themeColor="text1"/>
          <w:sz w:val="22"/>
          <w:szCs w:val="20"/>
          <w:lang w:val="id-ID"/>
        </w:rPr>
        <w:t>Diagram Alir</w:t>
      </w:r>
      <w:bookmarkEnd w:id="29"/>
    </w:p>
    <w:p w14:paraId="2DA9D22B" w14:textId="2AA5479F" w:rsidR="003832E5" w:rsidRPr="00EB1A9B" w:rsidRDefault="00721CE3" w:rsidP="008B0DC3">
      <w:pPr>
        <w:spacing w:after="0"/>
        <w:ind w:firstLine="720"/>
        <w:jc w:val="both"/>
        <w:rPr>
          <w:rFonts w:ascii="Book Antiqua" w:hAnsi="Book Antiqua"/>
          <w:color w:val="000000" w:themeColor="text1"/>
          <w:sz w:val="22"/>
          <w:lang w:val="id-ID"/>
        </w:rPr>
      </w:pPr>
      <w:r w:rsidRPr="00EB1A9B">
        <w:rPr>
          <w:rFonts w:ascii="Book Antiqua" w:hAnsi="Book Antiqua"/>
          <w:color w:val="000000" w:themeColor="text1"/>
          <w:sz w:val="22"/>
          <w:lang w:val="id-ID"/>
        </w:rPr>
        <w:t>Sistematika pelaksanaan penelitian digambarkan dalam diagram alir (flowchart) di bawah ini:</w:t>
      </w:r>
    </w:p>
    <w:p w14:paraId="31DF1A45" w14:textId="77777777" w:rsidR="008B0DC3" w:rsidRPr="00EB1A9B" w:rsidRDefault="008B0DC3" w:rsidP="008B0DC3">
      <w:pPr>
        <w:keepNext/>
        <w:spacing w:after="0"/>
        <w:jc w:val="center"/>
        <w:rPr>
          <w:lang w:val="id-ID"/>
        </w:rPr>
      </w:pPr>
      <w:r w:rsidRPr="00EB1A9B">
        <w:rPr>
          <w:rFonts w:ascii="Book Antiqua" w:hAnsi="Book Antiqua"/>
          <w:noProof/>
          <w:color w:val="000000" w:themeColor="text1"/>
          <w:sz w:val="22"/>
          <w:lang w:val="id-ID"/>
        </w:rPr>
        <w:drawing>
          <wp:inline distT="0" distB="0" distL="0" distR="0" wp14:anchorId="73274903" wp14:editId="038BA16C">
            <wp:extent cx="1316718" cy="2651760"/>
            <wp:effectExtent l="0" t="0" r="0" b="0"/>
            <wp:docPr id="586359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6718" cy="2651760"/>
                    </a:xfrm>
                    <a:prstGeom prst="rect">
                      <a:avLst/>
                    </a:prstGeom>
                    <a:noFill/>
                    <a:ln>
                      <a:noFill/>
                    </a:ln>
                  </pic:spPr>
                </pic:pic>
              </a:graphicData>
            </a:graphic>
          </wp:inline>
        </w:drawing>
      </w:r>
    </w:p>
    <w:p w14:paraId="08C99FEE" w14:textId="13B00F88" w:rsidR="008B0DC3" w:rsidRPr="00EB1A9B" w:rsidRDefault="008B0DC3" w:rsidP="00401B68">
      <w:pPr>
        <w:pStyle w:val="Caption"/>
        <w:spacing w:after="120"/>
        <w:jc w:val="center"/>
        <w:rPr>
          <w:rFonts w:ascii="Book Antiqua" w:hAnsi="Book Antiqua"/>
          <w:b w:val="0"/>
          <w:bCs w:val="0"/>
          <w:color w:val="000000" w:themeColor="text1"/>
          <w:sz w:val="24"/>
          <w:szCs w:val="24"/>
          <w:lang w:val="id-ID"/>
        </w:rPr>
      </w:pPr>
      <w:r w:rsidRPr="00EB1A9B">
        <w:rPr>
          <w:rFonts w:ascii="Book Antiqua" w:hAnsi="Book Antiqua"/>
          <w:color w:val="000000" w:themeColor="text1"/>
          <w:sz w:val="20"/>
          <w:szCs w:val="20"/>
          <w:lang w:val="id-ID"/>
        </w:rPr>
        <w:t>Gambar 3.</w:t>
      </w:r>
      <w:r w:rsidRPr="00EB1A9B">
        <w:rPr>
          <w:rFonts w:ascii="Book Antiqua" w:hAnsi="Book Antiqua"/>
          <w:color w:val="000000" w:themeColor="text1"/>
          <w:sz w:val="20"/>
          <w:szCs w:val="20"/>
          <w:lang w:val="id-ID"/>
        </w:rPr>
        <w:fldChar w:fldCharType="begin"/>
      </w:r>
      <w:r w:rsidRPr="00EB1A9B">
        <w:rPr>
          <w:rFonts w:ascii="Book Antiqua" w:hAnsi="Book Antiqua"/>
          <w:color w:val="000000" w:themeColor="text1"/>
          <w:sz w:val="20"/>
          <w:szCs w:val="20"/>
          <w:lang w:val="id-ID"/>
        </w:rPr>
        <w:instrText xml:space="preserve"> SEQ Gambar_3. \* ARABIC </w:instrText>
      </w:r>
      <w:r w:rsidRPr="00EB1A9B">
        <w:rPr>
          <w:rFonts w:ascii="Book Antiqua" w:hAnsi="Book Antiqua"/>
          <w:color w:val="000000" w:themeColor="text1"/>
          <w:sz w:val="20"/>
          <w:szCs w:val="20"/>
          <w:lang w:val="id-ID"/>
        </w:rPr>
        <w:fldChar w:fldCharType="separate"/>
      </w:r>
      <w:r w:rsidR="009107FA">
        <w:rPr>
          <w:rFonts w:ascii="Book Antiqua" w:hAnsi="Book Antiqua"/>
          <w:noProof/>
          <w:color w:val="000000" w:themeColor="text1"/>
          <w:sz w:val="20"/>
          <w:szCs w:val="20"/>
          <w:lang w:val="id-ID"/>
        </w:rPr>
        <w:t>1</w:t>
      </w:r>
      <w:r w:rsidRPr="00EB1A9B">
        <w:rPr>
          <w:rFonts w:ascii="Book Antiqua" w:hAnsi="Book Antiqua"/>
          <w:color w:val="000000" w:themeColor="text1"/>
          <w:sz w:val="20"/>
          <w:szCs w:val="20"/>
          <w:lang w:val="id-ID"/>
        </w:rPr>
        <w:fldChar w:fldCharType="end"/>
      </w:r>
      <w:r w:rsidRPr="00EB1A9B">
        <w:rPr>
          <w:rFonts w:ascii="Book Antiqua" w:hAnsi="Book Antiqua"/>
          <w:b w:val="0"/>
          <w:bCs w:val="0"/>
          <w:color w:val="000000" w:themeColor="text1"/>
          <w:sz w:val="20"/>
          <w:szCs w:val="20"/>
          <w:lang w:val="id-ID"/>
        </w:rPr>
        <w:t xml:space="preserve"> Diagram Alir Penelitian (Ukuran gambar sesuaikan</w:t>
      </w:r>
      <w:r w:rsidR="00401B68" w:rsidRPr="00EB1A9B">
        <w:rPr>
          <w:rFonts w:ascii="Book Antiqua" w:hAnsi="Book Antiqua"/>
          <w:b w:val="0"/>
          <w:bCs w:val="0"/>
          <w:color w:val="000000" w:themeColor="text1"/>
          <w:sz w:val="20"/>
          <w:szCs w:val="20"/>
          <w:lang w:val="id-ID"/>
        </w:rPr>
        <w:t xml:space="preserve"> agar terlihat dan</w:t>
      </w:r>
      <w:r w:rsidRPr="00EB1A9B">
        <w:rPr>
          <w:rFonts w:ascii="Book Antiqua" w:hAnsi="Book Antiqua"/>
          <w:b w:val="0"/>
          <w:bCs w:val="0"/>
          <w:color w:val="000000" w:themeColor="text1"/>
          <w:sz w:val="20"/>
          <w:szCs w:val="20"/>
          <w:lang w:val="id-ID"/>
        </w:rPr>
        <w:t xml:space="preserve"> teks di dalam gambar harus dapat terbaca)</w:t>
      </w:r>
    </w:p>
    <w:p w14:paraId="59F10D1D" w14:textId="049F632C" w:rsidR="003832E5" w:rsidRPr="00EB1A9B" w:rsidRDefault="00721CE3" w:rsidP="00401B68">
      <w:pPr>
        <w:pStyle w:val="ListParagraph"/>
        <w:keepNext/>
        <w:numPr>
          <w:ilvl w:val="1"/>
          <w:numId w:val="15"/>
        </w:numPr>
        <w:spacing w:before="240" w:after="0"/>
        <w:ind w:left="720" w:hanging="720"/>
        <w:jc w:val="both"/>
        <w:outlineLvl w:val="1"/>
        <w:rPr>
          <w:rFonts w:ascii="Book Antiqua" w:hAnsi="Book Antiqua"/>
          <w:b/>
          <w:color w:val="000000" w:themeColor="text1"/>
          <w:sz w:val="22"/>
          <w:szCs w:val="20"/>
          <w:lang w:val="id-ID"/>
        </w:rPr>
      </w:pPr>
      <w:bookmarkStart w:id="30" w:name="_Toc238061429"/>
      <w:r w:rsidRPr="00EB1A9B">
        <w:rPr>
          <w:rFonts w:ascii="Book Antiqua" w:hAnsi="Book Antiqua"/>
          <w:b/>
          <w:color w:val="000000" w:themeColor="text1"/>
          <w:sz w:val="22"/>
          <w:szCs w:val="20"/>
          <w:lang w:val="id-ID"/>
        </w:rPr>
        <w:lastRenderedPageBreak/>
        <w:t>Jadwal Kegiatan</w:t>
      </w:r>
      <w:bookmarkEnd w:id="30"/>
    </w:p>
    <w:p w14:paraId="0F9109E0" w14:textId="77777777" w:rsidR="003832E5" w:rsidRPr="00EB1A9B" w:rsidRDefault="00721CE3" w:rsidP="008B0DC3">
      <w:pPr>
        <w:spacing w:after="120"/>
        <w:ind w:firstLine="720"/>
        <w:jc w:val="both"/>
        <w:rPr>
          <w:rFonts w:ascii="Book Antiqua" w:hAnsi="Book Antiqua"/>
          <w:color w:val="000000" w:themeColor="text1"/>
          <w:sz w:val="22"/>
          <w:lang w:val="id-ID"/>
        </w:rPr>
      </w:pPr>
      <w:r w:rsidRPr="00EB1A9B">
        <w:rPr>
          <w:rFonts w:ascii="Book Antiqua" w:hAnsi="Book Antiqua"/>
          <w:color w:val="000000" w:themeColor="text1"/>
          <w:sz w:val="22"/>
          <w:lang w:val="id-ID"/>
        </w:rPr>
        <w:t>Rencana pelaksanaan kegiatan penelitian Tugas Akhir dirancang selama 4 bulan sebagaimana ditunjukkan pada Tabel 3.2:</w:t>
      </w:r>
    </w:p>
    <w:p w14:paraId="0D863DE2" w14:textId="26DB2066" w:rsidR="00401B68" w:rsidRPr="00EB1A9B" w:rsidRDefault="00401B68" w:rsidP="00401B68">
      <w:pPr>
        <w:pStyle w:val="Caption"/>
        <w:keepNext/>
        <w:spacing w:before="120" w:after="60"/>
        <w:jc w:val="center"/>
        <w:rPr>
          <w:color w:val="000000" w:themeColor="text1"/>
          <w:sz w:val="20"/>
          <w:szCs w:val="20"/>
          <w:lang w:val="id-ID"/>
        </w:rPr>
      </w:pPr>
      <w:r w:rsidRPr="00EB1A9B">
        <w:rPr>
          <w:color w:val="000000" w:themeColor="text1"/>
          <w:sz w:val="20"/>
          <w:szCs w:val="20"/>
          <w:lang w:val="id-ID"/>
        </w:rPr>
        <w:t>Tabel 3.</w:t>
      </w:r>
      <w:r w:rsidRPr="00EB1A9B">
        <w:rPr>
          <w:color w:val="000000" w:themeColor="text1"/>
          <w:sz w:val="20"/>
          <w:szCs w:val="20"/>
          <w:lang w:val="id-ID"/>
        </w:rPr>
        <w:fldChar w:fldCharType="begin"/>
      </w:r>
      <w:r w:rsidRPr="00EB1A9B">
        <w:rPr>
          <w:color w:val="000000" w:themeColor="text1"/>
          <w:sz w:val="20"/>
          <w:szCs w:val="20"/>
          <w:lang w:val="id-ID"/>
        </w:rPr>
        <w:instrText xml:space="preserve"> SEQ Tabel_3. \* ARABIC </w:instrText>
      </w:r>
      <w:r w:rsidRPr="00EB1A9B">
        <w:rPr>
          <w:color w:val="000000" w:themeColor="text1"/>
          <w:sz w:val="20"/>
          <w:szCs w:val="20"/>
          <w:lang w:val="id-ID"/>
        </w:rPr>
        <w:fldChar w:fldCharType="separate"/>
      </w:r>
      <w:r w:rsidR="009107FA">
        <w:rPr>
          <w:noProof/>
          <w:color w:val="000000" w:themeColor="text1"/>
          <w:sz w:val="20"/>
          <w:szCs w:val="20"/>
          <w:lang w:val="id-ID"/>
        </w:rPr>
        <w:t>2</w:t>
      </w:r>
      <w:r w:rsidRPr="00EB1A9B">
        <w:rPr>
          <w:color w:val="000000" w:themeColor="text1"/>
          <w:sz w:val="20"/>
          <w:szCs w:val="20"/>
          <w:lang w:val="id-ID"/>
        </w:rPr>
        <w:fldChar w:fldCharType="end"/>
      </w:r>
      <w:r w:rsidRPr="00EB1A9B">
        <w:rPr>
          <w:color w:val="000000" w:themeColor="text1"/>
          <w:sz w:val="20"/>
          <w:szCs w:val="20"/>
          <w:lang w:val="id-ID"/>
        </w:rPr>
        <w:t xml:space="preserve"> </w:t>
      </w:r>
      <w:r w:rsidRPr="00EB1A9B">
        <w:rPr>
          <w:b w:val="0"/>
          <w:bCs w:val="0"/>
          <w:color w:val="000000" w:themeColor="text1"/>
          <w:sz w:val="20"/>
          <w:szCs w:val="20"/>
          <w:lang w:val="id-ID"/>
        </w:rPr>
        <w:t>Jadwal Kegiatan Penelitian</w:t>
      </w:r>
    </w:p>
    <w:tbl>
      <w:tblPr>
        <w:tblStyle w:val="TableGrid"/>
        <w:tblW w:w="8644" w:type="dxa"/>
        <w:jc w:val="center"/>
        <w:tblLayout w:type="fixed"/>
        <w:tblLook w:val="04A0" w:firstRow="1" w:lastRow="0" w:firstColumn="1" w:lastColumn="0" w:noHBand="0" w:noVBand="1"/>
      </w:tblPr>
      <w:tblGrid>
        <w:gridCol w:w="1584"/>
        <w:gridCol w:w="451"/>
        <w:gridCol w:w="438"/>
        <w:gridCol w:w="438"/>
        <w:gridCol w:w="438"/>
        <w:gridCol w:w="451"/>
        <w:gridCol w:w="438"/>
        <w:gridCol w:w="438"/>
        <w:gridCol w:w="438"/>
        <w:gridCol w:w="451"/>
        <w:gridCol w:w="438"/>
        <w:gridCol w:w="438"/>
        <w:gridCol w:w="438"/>
        <w:gridCol w:w="451"/>
        <w:gridCol w:w="438"/>
        <w:gridCol w:w="438"/>
        <w:gridCol w:w="438"/>
      </w:tblGrid>
      <w:tr w:rsidR="008B0DC3" w:rsidRPr="009107FA" w14:paraId="6715837C" w14:textId="6E3FE421" w:rsidTr="009107FA">
        <w:trPr>
          <w:trHeight w:val="144"/>
          <w:jc w:val="center"/>
        </w:trPr>
        <w:tc>
          <w:tcPr>
            <w:tcW w:w="1584" w:type="dxa"/>
            <w:vMerge w:val="restart"/>
            <w:vAlign w:val="center"/>
          </w:tcPr>
          <w:p w14:paraId="4A347EE9" w14:textId="419BF785"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Kegiatan</w:t>
            </w:r>
          </w:p>
        </w:tc>
        <w:tc>
          <w:tcPr>
            <w:tcW w:w="1765" w:type="dxa"/>
            <w:gridSpan w:val="4"/>
            <w:vAlign w:val="center"/>
          </w:tcPr>
          <w:p w14:paraId="0E79FE9A" w14:textId="285318C9"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September</w:t>
            </w:r>
          </w:p>
        </w:tc>
        <w:tc>
          <w:tcPr>
            <w:tcW w:w="1765" w:type="dxa"/>
            <w:gridSpan w:val="4"/>
            <w:vAlign w:val="center"/>
          </w:tcPr>
          <w:p w14:paraId="41DC3183" w14:textId="30986D58"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Oktober</w:t>
            </w:r>
          </w:p>
        </w:tc>
        <w:tc>
          <w:tcPr>
            <w:tcW w:w="1765" w:type="dxa"/>
            <w:gridSpan w:val="4"/>
            <w:vAlign w:val="center"/>
          </w:tcPr>
          <w:p w14:paraId="65161E4A" w14:textId="00FC2ACE"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November</w:t>
            </w:r>
          </w:p>
        </w:tc>
        <w:tc>
          <w:tcPr>
            <w:tcW w:w="1765" w:type="dxa"/>
            <w:gridSpan w:val="4"/>
            <w:vAlign w:val="center"/>
          </w:tcPr>
          <w:p w14:paraId="241FCB23" w14:textId="26156DB1"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Desember</w:t>
            </w:r>
          </w:p>
        </w:tc>
      </w:tr>
      <w:tr w:rsidR="008B0DC3" w:rsidRPr="009107FA" w14:paraId="700EA3D6" w14:textId="72C0CF02" w:rsidTr="009107FA">
        <w:trPr>
          <w:trHeight w:val="144"/>
          <w:jc w:val="center"/>
        </w:trPr>
        <w:tc>
          <w:tcPr>
            <w:tcW w:w="1584" w:type="dxa"/>
            <w:vMerge/>
          </w:tcPr>
          <w:p w14:paraId="49B339E2" w14:textId="77777777" w:rsidR="008B0DC3" w:rsidRPr="009107FA" w:rsidRDefault="008B0DC3" w:rsidP="008B0DC3">
            <w:pPr>
              <w:pStyle w:val="NoSpacing"/>
              <w:rPr>
                <w:rFonts w:ascii="Book Antiqua" w:hAnsi="Book Antiqua"/>
                <w:sz w:val="20"/>
                <w:szCs w:val="20"/>
                <w:lang w:val="id-ID"/>
              </w:rPr>
            </w:pPr>
          </w:p>
        </w:tc>
        <w:tc>
          <w:tcPr>
            <w:tcW w:w="451" w:type="dxa"/>
            <w:vAlign w:val="center"/>
          </w:tcPr>
          <w:p w14:paraId="7BC06213" w14:textId="7AD6C150"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1</w:t>
            </w:r>
          </w:p>
        </w:tc>
        <w:tc>
          <w:tcPr>
            <w:tcW w:w="438" w:type="dxa"/>
            <w:vAlign w:val="center"/>
          </w:tcPr>
          <w:p w14:paraId="317987BB" w14:textId="1BC30A4F"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2</w:t>
            </w:r>
          </w:p>
        </w:tc>
        <w:tc>
          <w:tcPr>
            <w:tcW w:w="438" w:type="dxa"/>
            <w:vAlign w:val="center"/>
          </w:tcPr>
          <w:p w14:paraId="412CB70F" w14:textId="246F3013"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3</w:t>
            </w:r>
          </w:p>
        </w:tc>
        <w:tc>
          <w:tcPr>
            <w:tcW w:w="438" w:type="dxa"/>
            <w:vAlign w:val="center"/>
          </w:tcPr>
          <w:p w14:paraId="35A0023B" w14:textId="5894054B"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4</w:t>
            </w:r>
          </w:p>
        </w:tc>
        <w:tc>
          <w:tcPr>
            <w:tcW w:w="451" w:type="dxa"/>
            <w:vAlign w:val="center"/>
          </w:tcPr>
          <w:p w14:paraId="1E7F5DFA" w14:textId="7E0F504C"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1</w:t>
            </w:r>
          </w:p>
        </w:tc>
        <w:tc>
          <w:tcPr>
            <w:tcW w:w="438" w:type="dxa"/>
            <w:vAlign w:val="center"/>
          </w:tcPr>
          <w:p w14:paraId="4BD8D73A" w14:textId="2C88637B"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2</w:t>
            </w:r>
          </w:p>
        </w:tc>
        <w:tc>
          <w:tcPr>
            <w:tcW w:w="438" w:type="dxa"/>
            <w:vAlign w:val="center"/>
          </w:tcPr>
          <w:p w14:paraId="6A4EA346" w14:textId="075D2082"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3</w:t>
            </w:r>
          </w:p>
        </w:tc>
        <w:tc>
          <w:tcPr>
            <w:tcW w:w="438" w:type="dxa"/>
            <w:vAlign w:val="center"/>
          </w:tcPr>
          <w:p w14:paraId="1CF9589C" w14:textId="10FD570F"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4</w:t>
            </w:r>
          </w:p>
        </w:tc>
        <w:tc>
          <w:tcPr>
            <w:tcW w:w="451" w:type="dxa"/>
            <w:vAlign w:val="center"/>
          </w:tcPr>
          <w:p w14:paraId="17450907" w14:textId="1840F8BA"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1</w:t>
            </w:r>
          </w:p>
        </w:tc>
        <w:tc>
          <w:tcPr>
            <w:tcW w:w="438" w:type="dxa"/>
            <w:vAlign w:val="center"/>
          </w:tcPr>
          <w:p w14:paraId="13CE0272" w14:textId="0F92BBAF"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2</w:t>
            </w:r>
          </w:p>
        </w:tc>
        <w:tc>
          <w:tcPr>
            <w:tcW w:w="438" w:type="dxa"/>
            <w:vAlign w:val="center"/>
          </w:tcPr>
          <w:p w14:paraId="0C4114D8" w14:textId="0B36E053"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3</w:t>
            </w:r>
          </w:p>
        </w:tc>
        <w:tc>
          <w:tcPr>
            <w:tcW w:w="438" w:type="dxa"/>
            <w:vAlign w:val="center"/>
          </w:tcPr>
          <w:p w14:paraId="157CC331" w14:textId="53488906"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4</w:t>
            </w:r>
          </w:p>
        </w:tc>
        <w:tc>
          <w:tcPr>
            <w:tcW w:w="451" w:type="dxa"/>
            <w:vAlign w:val="center"/>
          </w:tcPr>
          <w:p w14:paraId="4E7816C7" w14:textId="1F1DF459"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1</w:t>
            </w:r>
          </w:p>
        </w:tc>
        <w:tc>
          <w:tcPr>
            <w:tcW w:w="438" w:type="dxa"/>
            <w:vAlign w:val="center"/>
          </w:tcPr>
          <w:p w14:paraId="2D17BFC6" w14:textId="5B33B407"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2</w:t>
            </w:r>
          </w:p>
        </w:tc>
        <w:tc>
          <w:tcPr>
            <w:tcW w:w="438" w:type="dxa"/>
            <w:vAlign w:val="center"/>
          </w:tcPr>
          <w:p w14:paraId="185FE365" w14:textId="698E4523"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3</w:t>
            </w:r>
          </w:p>
        </w:tc>
        <w:tc>
          <w:tcPr>
            <w:tcW w:w="438" w:type="dxa"/>
            <w:vAlign w:val="center"/>
          </w:tcPr>
          <w:p w14:paraId="69D28300" w14:textId="11FF2C54" w:rsidR="008B0DC3" w:rsidRPr="009107FA" w:rsidRDefault="008B0DC3" w:rsidP="00245BA9">
            <w:pPr>
              <w:pStyle w:val="NoSpacing"/>
              <w:jc w:val="center"/>
              <w:rPr>
                <w:rFonts w:ascii="Book Antiqua" w:hAnsi="Book Antiqua"/>
                <w:b/>
                <w:bCs/>
                <w:sz w:val="20"/>
                <w:szCs w:val="20"/>
                <w:lang w:val="id-ID"/>
              </w:rPr>
            </w:pPr>
            <w:r w:rsidRPr="009107FA">
              <w:rPr>
                <w:rFonts w:ascii="Book Antiqua" w:hAnsi="Book Antiqua"/>
                <w:b/>
                <w:bCs/>
                <w:sz w:val="20"/>
                <w:szCs w:val="20"/>
                <w:lang w:val="id-ID"/>
              </w:rPr>
              <w:t>4</w:t>
            </w:r>
          </w:p>
        </w:tc>
      </w:tr>
      <w:tr w:rsidR="008B0DC3" w:rsidRPr="009107FA" w14:paraId="15E76D8B" w14:textId="4BF879D4" w:rsidTr="009107FA">
        <w:trPr>
          <w:trHeight w:val="144"/>
          <w:jc w:val="center"/>
        </w:trPr>
        <w:tc>
          <w:tcPr>
            <w:tcW w:w="1584" w:type="dxa"/>
          </w:tcPr>
          <w:p w14:paraId="3F6207FC" w14:textId="26F02EA4" w:rsidR="008B0DC3" w:rsidRPr="009107FA" w:rsidRDefault="008B0DC3" w:rsidP="008B0DC3">
            <w:pPr>
              <w:pStyle w:val="NoSpacing"/>
              <w:rPr>
                <w:rFonts w:ascii="Book Antiqua" w:hAnsi="Book Antiqua"/>
                <w:sz w:val="20"/>
                <w:szCs w:val="20"/>
                <w:lang w:val="id-ID"/>
              </w:rPr>
            </w:pPr>
            <w:r w:rsidRPr="009107FA">
              <w:rPr>
                <w:rFonts w:ascii="Book Antiqua" w:hAnsi="Book Antiqua"/>
                <w:sz w:val="20"/>
                <w:szCs w:val="20"/>
                <w:lang w:val="id-ID"/>
              </w:rPr>
              <w:t>Studi Literatur</w:t>
            </w:r>
          </w:p>
        </w:tc>
        <w:tc>
          <w:tcPr>
            <w:tcW w:w="451" w:type="dxa"/>
            <w:shd w:val="clear" w:color="auto" w:fill="BFBFBF" w:themeFill="background1" w:themeFillShade="BF"/>
          </w:tcPr>
          <w:p w14:paraId="2ED92384" w14:textId="6EF4D608" w:rsidR="008B0DC3" w:rsidRPr="009107FA" w:rsidRDefault="008B0DC3" w:rsidP="008B0DC3">
            <w:pPr>
              <w:pStyle w:val="NoSpacing"/>
              <w:rPr>
                <w:rFonts w:ascii="Book Antiqua" w:hAnsi="Book Antiqua"/>
                <w:sz w:val="20"/>
                <w:szCs w:val="20"/>
                <w:lang w:val="id-ID"/>
              </w:rPr>
            </w:pPr>
          </w:p>
        </w:tc>
        <w:tc>
          <w:tcPr>
            <w:tcW w:w="438" w:type="dxa"/>
            <w:shd w:val="clear" w:color="auto" w:fill="BFBFBF" w:themeFill="background1" w:themeFillShade="BF"/>
          </w:tcPr>
          <w:p w14:paraId="5502764A" w14:textId="77777777" w:rsidR="008B0DC3" w:rsidRPr="009107FA" w:rsidRDefault="008B0DC3" w:rsidP="008B0DC3">
            <w:pPr>
              <w:pStyle w:val="NoSpacing"/>
              <w:rPr>
                <w:rFonts w:ascii="Book Antiqua" w:hAnsi="Book Antiqua"/>
                <w:sz w:val="20"/>
                <w:szCs w:val="20"/>
                <w:lang w:val="id-ID"/>
              </w:rPr>
            </w:pPr>
          </w:p>
        </w:tc>
        <w:tc>
          <w:tcPr>
            <w:tcW w:w="438" w:type="dxa"/>
            <w:shd w:val="clear" w:color="auto" w:fill="BFBFBF" w:themeFill="background1" w:themeFillShade="BF"/>
          </w:tcPr>
          <w:p w14:paraId="66FC1B7B" w14:textId="77777777" w:rsidR="008B0DC3" w:rsidRPr="009107FA" w:rsidRDefault="008B0DC3" w:rsidP="008B0DC3">
            <w:pPr>
              <w:pStyle w:val="NoSpacing"/>
              <w:rPr>
                <w:rFonts w:ascii="Book Antiqua" w:hAnsi="Book Antiqua"/>
                <w:sz w:val="20"/>
                <w:szCs w:val="20"/>
                <w:lang w:val="id-ID"/>
              </w:rPr>
            </w:pPr>
          </w:p>
        </w:tc>
        <w:tc>
          <w:tcPr>
            <w:tcW w:w="438" w:type="dxa"/>
            <w:shd w:val="clear" w:color="auto" w:fill="BFBFBF" w:themeFill="background1" w:themeFillShade="BF"/>
          </w:tcPr>
          <w:p w14:paraId="613B120D" w14:textId="77777777" w:rsidR="008B0DC3" w:rsidRPr="009107FA" w:rsidRDefault="008B0DC3" w:rsidP="008B0DC3">
            <w:pPr>
              <w:pStyle w:val="NoSpacing"/>
              <w:rPr>
                <w:rFonts w:ascii="Book Antiqua" w:hAnsi="Book Antiqua"/>
                <w:sz w:val="20"/>
                <w:szCs w:val="20"/>
                <w:lang w:val="id-ID"/>
              </w:rPr>
            </w:pPr>
          </w:p>
        </w:tc>
        <w:tc>
          <w:tcPr>
            <w:tcW w:w="451" w:type="dxa"/>
            <w:shd w:val="clear" w:color="auto" w:fill="BFBFBF" w:themeFill="background1" w:themeFillShade="BF"/>
          </w:tcPr>
          <w:p w14:paraId="5B34580B" w14:textId="56825671" w:rsidR="008B0DC3" w:rsidRPr="009107FA" w:rsidRDefault="008B0DC3" w:rsidP="008B0DC3">
            <w:pPr>
              <w:pStyle w:val="NoSpacing"/>
              <w:rPr>
                <w:rFonts w:ascii="Book Antiqua" w:hAnsi="Book Antiqua"/>
                <w:sz w:val="20"/>
                <w:szCs w:val="20"/>
                <w:lang w:val="id-ID"/>
              </w:rPr>
            </w:pPr>
          </w:p>
        </w:tc>
        <w:tc>
          <w:tcPr>
            <w:tcW w:w="438" w:type="dxa"/>
            <w:shd w:val="clear" w:color="auto" w:fill="BFBFBF" w:themeFill="background1" w:themeFillShade="BF"/>
          </w:tcPr>
          <w:p w14:paraId="34C2078E" w14:textId="77777777" w:rsidR="008B0DC3" w:rsidRPr="009107FA" w:rsidRDefault="008B0DC3" w:rsidP="008B0DC3">
            <w:pPr>
              <w:pStyle w:val="NoSpacing"/>
              <w:rPr>
                <w:rFonts w:ascii="Book Antiqua" w:hAnsi="Book Antiqua"/>
                <w:sz w:val="20"/>
                <w:szCs w:val="20"/>
                <w:lang w:val="id-ID"/>
              </w:rPr>
            </w:pPr>
          </w:p>
        </w:tc>
        <w:tc>
          <w:tcPr>
            <w:tcW w:w="438" w:type="dxa"/>
            <w:shd w:val="clear" w:color="auto" w:fill="BFBFBF" w:themeFill="background1" w:themeFillShade="BF"/>
          </w:tcPr>
          <w:p w14:paraId="0EDE043B" w14:textId="77777777" w:rsidR="008B0DC3" w:rsidRPr="009107FA" w:rsidRDefault="008B0DC3" w:rsidP="008B0DC3">
            <w:pPr>
              <w:pStyle w:val="NoSpacing"/>
              <w:rPr>
                <w:rFonts w:ascii="Book Antiqua" w:hAnsi="Book Antiqua"/>
                <w:sz w:val="20"/>
                <w:szCs w:val="20"/>
                <w:lang w:val="id-ID"/>
              </w:rPr>
            </w:pPr>
          </w:p>
        </w:tc>
        <w:tc>
          <w:tcPr>
            <w:tcW w:w="438" w:type="dxa"/>
            <w:shd w:val="clear" w:color="auto" w:fill="BFBFBF" w:themeFill="background1" w:themeFillShade="BF"/>
          </w:tcPr>
          <w:p w14:paraId="52876116" w14:textId="77777777" w:rsidR="008B0DC3" w:rsidRPr="009107FA" w:rsidRDefault="008B0DC3" w:rsidP="008B0DC3">
            <w:pPr>
              <w:pStyle w:val="NoSpacing"/>
              <w:rPr>
                <w:rFonts w:ascii="Book Antiqua" w:hAnsi="Book Antiqua"/>
                <w:sz w:val="20"/>
                <w:szCs w:val="20"/>
                <w:lang w:val="id-ID"/>
              </w:rPr>
            </w:pPr>
          </w:p>
        </w:tc>
        <w:tc>
          <w:tcPr>
            <w:tcW w:w="451" w:type="dxa"/>
          </w:tcPr>
          <w:p w14:paraId="022276B7" w14:textId="24C91DC2" w:rsidR="008B0DC3" w:rsidRPr="009107FA" w:rsidRDefault="008B0DC3" w:rsidP="008B0DC3">
            <w:pPr>
              <w:pStyle w:val="NoSpacing"/>
              <w:rPr>
                <w:rFonts w:ascii="Book Antiqua" w:hAnsi="Book Antiqua"/>
                <w:sz w:val="20"/>
                <w:szCs w:val="20"/>
                <w:lang w:val="id-ID"/>
              </w:rPr>
            </w:pPr>
          </w:p>
        </w:tc>
        <w:tc>
          <w:tcPr>
            <w:tcW w:w="438" w:type="dxa"/>
          </w:tcPr>
          <w:p w14:paraId="02C7B80E" w14:textId="77777777" w:rsidR="008B0DC3" w:rsidRPr="009107FA" w:rsidRDefault="008B0DC3" w:rsidP="008B0DC3">
            <w:pPr>
              <w:pStyle w:val="NoSpacing"/>
              <w:rPr>
                <w:rFonts w:ascii="Book Antiqua" w:hAnsi="Book Antiqua"/>
                <w:sz w:val="20"/>
                <w:szCs w:val="20"/>
                <w:lang w:val="id-ID"/>
              </w:rPr>
            </w:pPr>
          </w:p>
        </w:tc>
        <w:tc>
          <w:tcPr>
            <w:tcW w:w="438" w:type="dxa"/>
          </w:tcPr>
          <w:p w14:paraId="4129BFA4" w14:textId="77777777" w:rsidR="008B0DC3" w:rsidRPr="009107FA" w:rsidRDefault="008B0DC3" w:rsidP="008B0DC3">
            <w:pPr>
              <w:pStyle w:val="NoSpacing"/>
              <w:rPr>
                <w:rFonts w:ascii="Book Antiqua" w:hAnsi="Book Antiqua"/>
                <w:sz w:val="20"/>
                <w:szCs w:val="20"/>
                <w:lang w:val="id-ID"/>
              </w:rPr>
            </w:pPr>
          </w:p>
        </w:tc>
        <w:tc>
          <w:tcPr>
            <w:tcW w:w="438" w:type="dxa"/>
          </w:tcPr>
          <w:p w14:paraId="646EBE22" w14:textId="77777777" w:rsidR="008B0DC3" w:rsidRPr="009107FA" w:rsidRDefault="008B0DC3" w:rsidP="008B0DC3">
            <w:pPr>
              <w:pStyle w:val="NoSpacing"/>
              <w:rPr>
                <w:rFonts w:ascii="Book Antiqua" w:hAnsi="Book Antiqua"/>
                <w:sz w:val="20"/>
                <w:szCs w:val="20"/>
                <w:lang w:val="id-ID"/>
              </w:rPr>
            </w:pPr>
          </w:p>
        </w:tc>
        <w:tc>
          <w:tcPr>
            <w:tcW w:w="451" w:type="dxa"/>
          </w:tcPr>
          <w:p w14:paraId="7F31005A" w14:textId="6E58EC50" w:rsidR="008B0DC3" w:rsidRPr="009107FA" w:rsidRDefault="008B0DC3" w:rsidP="008B0DC3">
            <w:pPr>
              <w:pStyle w:val="NoSpacing"/>
              <w:rPr>
                <w:rFonts w:ascii="Book Antiqua" w:hAnsi="Book Antiqua"/>
                <w:sz w:val="20"/>
                <w:szCs w:val="20"/>
                <w:lang w:val="id-ID"/>
              </w:rPr>
            </w:pPr>
          </w:p>
        </w:tc>
        <w:tc>
          <w:tcPr>
            <w:tcW w:w="438" w:type="dxa"/>
          </w:tcPr>
          <w:p w14:paraId="3AAF177B" w14:textId="77777777" w:rsidR="008B0DC3" w:rsidRPr="009107FA" w:rsidRDefault="008B0DC3" w:rsidP="008B0DC3">
            <w:pPr>
              <w:pStyle w:val="NoSpacing"/>
              <w:rPr>
                <w:rFonts w:ascii="Book Antiqua" w:hAnsi="Book Antiqua"/>
                <w:sz w:val="20"/>
                <w:szCs w:val="20"/>
                <w:lang w:val="id-ID"/>
              </w:rPr>
            </w:pPr>
          </w:p>
        </w:tc>
        <w:tc>
          <w:tcPr>
            <w:tcW w:w="438" w:type="dxa"/>
          </w:tcPr>
          <w:p w14:paraId="64215645" w14:textId="77777777" w:rsidR="008B0DC3" w:rsidRPr="009107FA" w:rsidRDefault="008B0DC3" w:rsidP="008B0DC3">
            <w:pPr>
              <w:pStyle w:val="NoSpacing"/>
              <w:rPr>
                <w:rFonts w:ascii="Book Antiqua" w:hAnsi="Book Antiqua"/>
                <w:sz w:val="20"/>
                <w:szCs w:val="20"/>
                <w:lang w:val="id-ID"/>
              </w:rPr>
            </w:pPr>
          </w:p>
        </w:tc>
        <w:tc>
          <w:tcPr>
            <w:tcW w:w="438" w:type="dxa"/>
          </w:tcPr>
          <w:p w14:paraId="1666AA43" w14:textId="77777777" w:rsidR="008B0DC3" w:rsidRPr="009107FA" w:rsidRDefault="008B0DC3" w:rsidP="008B0DC3">
            <w:pPr>
              <w:pStyle w:val="NoSpacing"/>
              <w:rPr>
                <w:rFonts w:ascii="Book Antiqua" w:hAnsi="Book Antiqua"/>
                <w:sz w:val="20"/>
                <w:szCs w:val="20"/>
                <w:lang w:val="id-ID"/>
              </w:rPr>
            </w:pPr>
          </w:p>
        </w:tc>
      </w:tr>
      <w:tr w:rsidR="008B0DC3" w:rsidRPr="009107FA" w14:paraId="069140EB" w14:textId="7B9E838F" w:rsidTr="009107FA">
        <w:trPr>
          <w:trHeight w:val="144"/>
          <w:jc w:val="center"/>
        </w:trPr>
        <w:tc>
          <w:tcPr>
            <w:tcW w:w="1584" w:type="dxa"/>
          </w:tcPr>
          <w:p w14:paraId="280EF223" w14:textId="610090BF" w:rsidR="008B0DC3" w:rsidRPr="009107FA" w:rsidRDefault="008B0DC3" w:rsidP="008B0DC3">
            <w:pPr>
              <w:pStyle w:val="NoSpacing"/>
              <w:rPr>
                <w:rFonts w:ascii="Book Antiqua" w:hAnsi="Book Antiqua"/>
                <w:sz w:val="20"/>
                <w:szCs w:val="20"/>
                <w:lang w:val="id-ID"/>
              </w:rPr>
            </w:pPr>
            <w:r w:rsidRPr="009107FA">
              <w:rPr>
                <w:rFonts w:ascii="Book Antiqua" w:hAnsi="Book Antiqua"/>
                <w:sz w:val="20"/>
                <w:szCs w:val="20"/>
                <w:lang w:val="id-ID"/>
              </w:rPr>
              <w:t>Pengumpulan Data</w:t>
            </w:r>
          </w:p>
        </w:tc>
        <w:tc>
          <w:tcPr>
            <w:tcW w:w="451" w:type="dxa"/>
          </w:tcPr>
          <w:p w14:paraId="606BF4FD" w14:textId="77777777" w:rsidR="008B0DC3" w:rsidRPr="009107FA" w:rsidRDefault="008B0DC3" w:rsidP="008B0DC3">
            <w:pPr>
              <w:pStyle w:val="NoSpacing"/>
              <w:rPr>
                <w:rFonts w:ascii="Book Antiqua" w:hAnsi="Book Antiqua"/>
                <w:sz w:val="20"/>
                <w:szCs w:val="20"/>
                <w:lang w:val="id-ID"/>
              </w:rPr>
            </w:pPr>
          </w:p>
        </w:tc>
        <w:tc>
          <w:tcPr>
            <w:tcW w:w="438" w:type="dxa"/>
          </w:tcPr>
          <w:p w14:paraId="1BFD1012" w14:textId="77777777" w:rsidR="008B0DC3" w:rsidRPr="009107FA" w:rsidRDefault="008B0DC3" w:rsidP="008B0DC3">
            <w:pPr>
              <w:pStyle w:val="NoSpacing"/>
              <w:rPr>
                <w:rFonts w:ascii="Book Antiqua" w:hAnsi="Book Antiqua"/>
                <w:sz w:val="20"/>
                <w:szCs w:val="20"/>
                <w:lang w:val="id-ID"/>
              </w:rPr>
            </w:pPr>
          </w:p>
        </w:tc>
        <w:tc>
          <w:tcPr>
            <w:tcW w:w="438" w:type="dxa"/>
            <w:shd w:val="clear" w:color="auto" w:fill="BFBFBF" w:themeFill="background1" w:themeFillShade="BF"/>
          </w:tcPr>
          <w:p w14:paraId="3FBA0B8D" w14:textId="77777777" w:rsidR="008B0DC3" w:rsidRPr="009107FA" w:rsidRDefault="008B0DC3" w:rsidP="008B0DC3">
            <w:pPr>
              <w:pStyle w:val="NoSpacing"/>
              <w:rPr>
                <w:rFonts w:ascii="Book Antiqua" w:hAnsi="Book Antiqua"/>
                <w:sz w:val="20"/>
                <w:szCs w:val="20"/>
                <w:lang w:val="id-ID"/>
              </w:rPr>
            </w:pPr>
          </w:p>
        </w:tc>
        <w:tc>
          <w:tcPr>
            <w:tcW w:w="438" w:type="dxa"/>
            <w:shd w:val="clear" w:color="auto" w:fill="BFBFBF" w:themeFill="background1" w:themeFillShade="BF"/>
          </w:tcPr>
          <w:p w14:paraId="085AEB9A" w14:textId="77777777" w:rsidR="008B0DC3" w:rsidRPr="009107FA" w:rsidRDefault="008B0DC3" w:rsidP="008B0DC3">
            <w:pPr>
              <w:pStyle w:val="NoSpacing"/>
              <w:rPr>
                <w:rFonts w:ascii="Book Antiqua" w:hAnsi="Book Antiqua"/>
                <w:sz w:val="20"/>
                <w:szCs w:val="20"/>
                <w:lang w:val="id-ID"/>
              </w:rPr>
            </w:pPr>
          </w:p>
        </w:tc>
        <w:tc>
          <w:tcPr>
            <w:tcW w:w="451" w:type="dxa"/>
          </w:tcPr>
          <w:p w14:paraId="28A28AAB" w14:textId="3230773B" w:rsidR="008B0DC3" w:rsidRPr="009107FA" w:rsidRDefault="008B0DC3" w:rsidP="008B0DC3">
            <w:pPr>
              <w:pStyle w:val="NoSpacing"/>
              <w:rPr>
                <w:rFonts w:ascii="Book Antiqua" w:hAnsi="Book Antiqua"/>
                <w:sz w:val="20"/>
                <w:szCs w:val="20"/>
                <w:lang w:val="id-ID"/>
              </w:rPr>
            </w:pPr>
          </w:p>
        </w:tc>
        <w:tc>
          <w:tcPr>
            <w:tcW w:w="438" w:type="dxa"/>
          </w:tcPr>
          <w:p w14:paraId="69BDFC5B" w14:textId="77777777" w:rsidR="008B0DC3" w:rsidRPr="009107FA" w:rsidRDefault="008B0DC3" w:rsidP="008B0DC3">
            <w:pPr>
              <w:pStyle w:val="NoSpacing"/>
              <w:rPr>
                <w:rFonts w:ascii="Book Antiqua" w:hAnsi="Book Antiqua"/>
                <w:sz w:val="20"/>
                <w:szCs w:val="20"/>
                <w:lang w:val="id-ID"/>
              </w:rPr>
            </w:pPr>
          </w:p>
        </w:tc>
        <w:tc>
          <w:tcPr>
            <w:tcW w:w="438" w:type="dxa"/>
          </w:tcPr>
          <w:p w14:paraId="35932484" w14:textId="77777777" w:rsidR="008B0DC3" w:rsidRPr="009107FA" w:rsidRDefault="008B0DC3" w:rsidP="008B0DC3">
            <w:pPr>
              <w:pStyle w:val="NoSpacing"/>
              <w:rPr>
                <w:rFonts w:ascii="Book Antiqua" w:hAnsi="Book Antiqua"/>
                <w:sz w:val="20"/>
                <w:szCs w:val="20"/>
                <w:lang w:val="id-ID"/>
              </w:rPr>
            </w:pPr>
          </w:p>
        </w:tc>
        <w:tc>
          <w:tcPr>
            <w:tcW w:w="438" w:type="dxa"/>
          </w:tcPr>
          <w:p w14:paraId="71F7C7FD" w14:textId="77777777" w:rsidR="008B0DC3" w:rsidRPr="009107FA" w:rsidRDefault="008B0DC3" w:rsidP="008B0DC3">
            <w:pPr>
              <w:pStyle w:val="NoSpacing"/>
              <w:rPr>
                <w:rFonts w:ascii="Book Antiqua" w:hAnsi="Book Antiqua"/>
                <w:sz w:val="20"/>
                <w:szCs w:val="20"/>
                <w:lang w:val="id-ID"/>
              </w:rPr>
            </w:pPr>
          </w:p>
        </w:tc>
        <w:tc>
          <w:tcPr>
            <w:tcW w:w="451" w:type="dxa"/>
          </w:tcPr>
          <w:p w14:paraId="7EAE8627" w14:textId="2EA45904" w:rsidR="008B0DC3" w:rsidRPr="009107FA" w:rsidRDefault="008B0DC3" w:rsidP="008B0DC3">
            <w:pPr>
              <w:pStyle w:val="NoSpacing"/>
              <w:rPr>
                <w:rFonts w:ascii="Book Antiqua" w:hAnsi="Book Antiqua"/>
                <w:sz w:val="20"/>
                <w:szCs w:val="20"/>
                <w:lang w:val="id-ID"/>
              </w:rPr>
            </w:pPr>
          </w:p>
        </w:tc>
        <w:tc>
          <w:tcPr>
            <w:tcW w:w="438" w:type="dxa"/>
          </w:tcPr>
          <w:p w14:paraId="0D0A27A0" w14:textId="77777777" w:rsidR="008B0DC3" w:rsidRPr="009107FA" w:rsidRDefault="008B0DC3" w:rsidP="008B0DC3">
            <w:pPr>
              <w:pStyle w:val="NoSpacing"/>
              <w:rPr>
                <w:rFonts w:ascii="Book Antiqua" w:hAnsi="Book Antiqua"/>
                <w:sz w:val="20"/>
                <w:szCs w:val="20"/>
                <w:lang w:val="id-ID"/>
              </w:rPr>
            </w:pPr>
          </w:p>
        </w:tc>
        <w:tc>
          <w:tcPr>
            <w:tcW w:w="438" w:type="dxa"/>
          </w:tcPr>
          <w:p w14:paraId="7FD90B21" w14:textId="77777777" w:rsidR="008B0DC3" w:rsidRPr="009107FA" w:rsidRDefault="008B0DC3" w:rsidP="008B0DC3">
            <w:pPr>
              <w:pStyle w:val="NoSpacing"/>
              <w:rPr>
                <w:rFonts w:ascii="Book Antiqua" w:hAnsi="Book Antiqua"/>
                <w:sz w:val="20"/>
                <w:szCs w:val="20"/>
                <w:lang w:val="id-ID"/>
              </w:rPr>
            </w:pPr>
          </w:p>
        </w:tc>
        <w:tc>
          <w:tcPr>
            <w:tcW w:w="438" w:type="dxa"/>
          </w:tcPr>
          <w:p w14:paraId="7D281A27" w14:textId="77777777" w:rsidR="008B0DC3" w:rsidRPr="009107FA" w:rsidRDefault="008B0DC3" w:rsidP="008B0DC3">
            <w:pPr>
              <w:pStyle w:val="NoSpacing"/>
              <w:rPr>
                <w:rFonts w:ascii="Book Antiqua" w:hAnsi="Book Antiqua"/>
                <w:sz w:val="20"/>
                <w:szCs w:val="20"/>
                <w:lang w:val="id-ID"/>
              </w:rPr>
            </w:pPr>
          </w:p>
        </w:tc>
        <w:tc>
          <w:tcPr>
            <w:tcW w:w="451" w:type="dxa"/>
          </w:tcPr>
          <w:p w14:paraId="085D83AD" w14:textId="07810EF9" w:rsidR="008B0DC3" w:rsidRPr="009107FA" w:rsidRDefault="008B0DC3" w:rsidP="008B0DC3">
            <w:pPr>
              <w:pStyle w:val="NoSpacing"/>
              <w:rPr>
                <w:rFonts w:ascii="Book Antiqua" w:hAnsi="Book Antiqua"/>
                <w:sz w:val="20"/>
                <w:szCs w:val="20"/>
                <w:lang w:val="id-ID"/>
              </w:rPr>
            </w:pPr>
          </w:p>
        </w:tc>
        <w:tc>
          <w:tcPr>
            <w:tcW w:w="438" w:type="dxa"/>
          </w:tcPr>
          <w:p w14:paraId="1801929F" w14:textId="77777777" w:rsidR="008B0DC3" w:rsidRPr="009107FA" w:rsidRDefault="008B0DC3" w:rsidP="008B0DC3">
            <w:pPr>
              <w:pStyle w:val="NoSpacing"/>
              <w:rPr>
                <w:rFonts w:ascii="Book Antiqua" w:hAnsi="Book Antiqua"/>
                <w:sz w:val="20"/>
                <w:szCs w:val="20"/>
                <w:lang w:val="id-ID"/>
              </w:rPr>
            </w:pPr>
          </w:p>
        </w:tc>
        <w:tc>
          <w:tcPr>
            <w:tcW w:w="438" w:type="dxa"/>
          </w:tcPr>
          <w:p w14:paraId="4ABC710E" w14:textId="77777777" w:rsidR="008B0DC3" w:rsidRPr="009107FA" w:rsidRDefault="008B0DC3" w:rsidP="008B0DC3">
            <w:pPr>
              <w:pStyle w:val="NoSpacing"/>
              <w:rPr>
                <w:rFonts w:ascii="Book Antiqua" w:hAnsi="Book Antiqua"/>
                <w:sz w:val="20"/>
                <w:szCs w:val="20"/>
                <w:lang w:val="id-ID"/>
              </w:rPr>
            </w:pPr>
          </w:p>
        </w:tc>
        <w:tc>
          <w:tcPr>
            <w:tcW w:w="438" w:type="dxa"/>
          </w:tcPr>
          <w:p w14:paraId="0B2A0023" w14:textId="77777777" w:rsidR="008B0DC3" w:rsidRPr="009107FA" w:rsidRDefault="008B0DC3" w:rsidP="008B0DC3">
            <w:pPr>
              <w:pStyle w:val="NoSpacing"/>
              <w:rPr>
                <w:rFonts w:ascii="Book Antiqua" w:hAnsi="Book Antiqua"/>
                <w:sz w:val="20"/>
                <w:szCs w:val="20"/>
                <w:lang w:val="id-ID"/>
              </w:rPr>
            </w:pPr>
          </w:p>
        </w:tc>
      </w:tr>
      <w:tr w:rsidR="008B0DC3" w:rsidRPr="009107FA" w14:paraId="1BD1BA4E" w14:textId="6553E381" w:rsidTr="009107FA">
        <w:trPr>
          <w:trHeight w:val="144"/>
          <w:jc w:val="center"/>
        </w:trPr>
        <w:tc>
          <w:tcPr>
            <w:tcW w:w="1584" w:type="dxa"/>
          </w:tcPr>
          <w:p w14:paraId="6A6226D0" w14:textId="1488A0EC" w:rsidR="008B0DC3" w:rsidRPr="009107FA" w:rsidRDefault="008B0DC3" w:rsidP="008B0DC3">
            <w:pPr>
              <w:pStyle w:val="NoSpacing"/>
              <w:rPr>
                <w:rFonts w:ascii="Book Antiqua" w:hAnsi="Book Antiqua"/>
                <w:sz w:val="20"/>
                <w:szCs w:val="20"/>
                <w:lang w:val="id-ID"/>
              </w:rPr>
            </w:pPr>
            <w:r w:rsidRPr="009107FA">
              <w:rPr>
                <w:rFonts w:ascii="Book Antiqua" w:hAnsi="Book Antiqua"/>
                <w:sz w:val="20"/>
                <w:szCs w:val="20"/>
                <w:lang w:val="id-ID"/>
              </w:rPr>
              <w:t>Preprocessing Data</w:t>
            </w:r>
          </w:p>
        </w:tc>
        <w:tc>
          <w:tcPr>
            <w:tcW w:w="451" w:type="dxa"/>
          </w:tcPr>
          <w:p w14:paraId="5277F80A" w14:textId="77777777" w:rsidR="008B0DC3" w:rsidRPr="009107FA" w:rsidRDefault="008B0DC3" w:rsidP="008B0DC3">
            <w:pPr>
              <w:pStyle w:val="NoSpacing"/>
              <w:rPr>
                <w:rFonts w:ascii="Book Antiqua" w:hAnsi="Book Antiqua"/>
                <w:sz w:val="20"/>
                <w:szCs w:val="20"/>
                <w:lang w:val="id-ID"/>
              </w:rPr>
            </w:pPr>
          </w:p>
        </w:tc>
        <w:tc>
          <w:tcPr>
            <w:tcW w:w="438" w:type="dxa"/>
          </w:tcPr>
          <w:p w14:paraId="776D8792" w14:textId="77777777" w:rsidR="008B0DC3" w:rsidRPr="009107FA" w:rsidRDefault="008B0DC3" w:rsidP="008B0DC3">
            <w:pPr>
              <w:pStyle w:val="NoSpacing"/>
              <w:rPr>
                <w:rFonts w:ascii="Book Antiqua" w:hAnsi="Book Antiqua"/>
                <w:sz w:val="20"/>
                <w:szCs w:val="20"/>
                <w:lang w:val="id-ID"/>
              </w:rPr>
            </w:pPr>
          </w:p>
        </w:tc>
        <w:tc>
          <w:tcPr>
            <w:tcW w:w="438" w:type="dxa"/>
          </w:tcPr>
          <w:p w14:paraId="1B9B7550" w14:textId="77777777" w:rsidR="008B0DC3" w:rsidRPr="009107FA" w:rsidRDefault="008B0DC3" w:rsidP="008B0DC3">
            <w:pPr>
              <w:pStyle w:val="NoSpacing"/>
              <w:rPr>
                <w:rFonts w:ascii="Book Antiqua" w:hAnsi="Book Antiqua"/>
                <w:sz w:val="20"/>
                <w:szCs w:val="20"/>
                <w:lang w:val="id-ID"/>
              </w:rPr>
            </w:pPr>
          </w:p>
        </w:tc>
        <w:tc>
          <w:tcPr>
            <w:tcW w:w="438" w:type="dxa"/>
          </w:tcPr>
          <w:p w14:paraId="4B6804D2" w14:textId="77777777" w:rsidR="008B0DC3" w:rsidRPr="009107FA" w:rsidRDefault="008B0DC3" w:rsidP="008B0DC3">
            <w:pPr>
              <w:pStyle w:val="NoSpacing"/>
              <w:rPr>
                <w:rFonts w:ascii="Book Antiqua" w:hAnsi="Book Antiqua"/>
                <w:sz w:val="20"/>
                <w:szCs w:val="20"/>
                <w:lang w:val="id-ID"/>
              </w:rPr>
            </w:pPr>
          </w:p>
        </w:tc>
        <w:tc>
          <w:tcPr>
            <w:tcW w:w="451" w:type="dxa"/>
            <w:shd w:val="clear" w:color="auto" w:fill="BFBFBF" w:themeFill="background1" w:themeFillShade="BF"/>
          </w:tcPr>
          <w:p w14:paraId="5F7388D9" w14:textId="41C3F5E7" w:rsidR="008B0DC3" w:rsidRPr="009107FA" w:rsidRDefault="008B0DC3" w:rsidP="008B0DC3">
            <w:pPr>
              <w:pStyle w:val="NoSpacing"/>
              <w:rPr>
                <w:rFonts w:ascii="Book Antiqua" w:hAnsi="Book Antiqua"/>
                <w:sz w:val="20"/>
                <w:szCs w:val="20"/>
                <w:lang w:val="id-ID"/>
              </w:rPr>
            </w:pPr>
          </w:p>
        </w:tc>
        <w:tc>
          <w:tcPr>
            <w:tcW w:w="438" w:type="dxa"/>
            <w:shd w:val="clear" w:color="auto" w:fill="BFBFBF" w:themeFill="background1" w:themeFillShade="BF"/>
          </w:tcPr>
          <w:p w14:paraId="342FFA65" w14:textId="77777777" w:rsidR="008B0DC3" w:rsidRPr="009107FA" w:rsidRDefault="008B0DC3" w:rsidP="008B0DC3">
            <w:pPr>
              <w:pStyle w:val="NoSpacing"/>
              <w:rPr>
                <w:rFonts w:ascii="Book Antiqua" w:hAnsi="Book Antiqua"/>
                <w:sz w:val="20"/>
                <w:szCs w:val="20"/>
                <w:lang w:val="id-ID"/>
              </w:rPr>
            </w:pPr>
          </w:p>
        </w:tc>
        <w:tc>
          <w:tcPr>
            <w:tcW w:w="438" w:type="dxa"/>
          </w:tcPr>
          <w:p w14:paraId="5AF8CA93" w14:textId="77777777" w:rsidR="008B0DC3" w:rsidRPr="009107FA" w:rsidRDefault="008B0DC3" w:rsidP="008B0DC3">
            <w:pPr>
              <w:pStyle w:val="NoSpacing"/>
              <w:rPr>
                <w:rFonts w:ascii="Book Antiqua" w:hAnsi="Book Antiqua"/>
                <w:sz w:val="20"/>
                <w:szCs w:val="20"/>
                <w:lang w:val="id-ID"/>
              </w:rPr>
            </w:pPr>
          </w:p>
        </w:tc>
        <w:tc>
          <w:tcPr>
            <w:tcW w:w="438" w:type="dxa"/>
          </w:tcPr>
          <w:p w14:paraId="6E1B8758" w14:textId="77777777" w:rsidR="008B0DC3" w:rsidRPr="009107FA" w:rsidRDefault="008B0DC3" w:rsidP="008B0DC3">
            <w:pPr>
              <w:pStyle w:val="NoSpacing"/>
              <w:rPr>
                <w:rFonts w:ascii="Book Antiqua" w:hAnsi="Book Antiqua"/>
                <w:sz w:val="20"/>
                <w:szCs w:val="20"/>
                <w:lang w:val="id-ID"/>
              </w:rPr>
            </w:pPr>
          </w:p>
        </w:tc>
        <w:tc>
          <w:tcPr>
            <w:tcW w:w="451" w:type="dxa"/>
          </w:tcPr>
          <w:p w14:paraId="6E55D847" w14:textId="49C0376F" w:rsidR="008B0DC3" w:rsidRPr="009107FA" w:rsidRDefault="008B0DC3" w:rsidP="008B0DC3">
            <w:pPr>
              <w:pStyle w:val="NoSpacing"/>
              <w:rPr>
                <w:rFonts w:ascii="Book Antiqua" w:hAnsi="Book Antiqua"/>
                <w:sz w:val="20"/>
                <w:szCs w:val="20"/>
                <w:lang w:val="id-ID"/>
              </w:rPr>
            </w:pPr>
          </w:p>
        </w:tc>
        <w:tc>
          <w:tcPr>
            <w:tcW w:w="438" w:type="dxa"/>
          </w:tcPr>
          <w:p w14:paraId="3FD3E781" w14:textId="77777777" w:rsidR="008B0DC3" w:rsidRPr="009107FA" w:rsidRDefault="008B0DC3" w:rsidP="008B0DC3">
            <w:pPr>
              <w:pStyle w:val="NoSpacing"/>
              <w:rPr>
                <w:rFonts w:ascii="Book Antiqua" w:hAnsi="Book Antiqua"/>
                <w:sz w:val="20"/>
                <w:szCs w:val="20"/>
                <w:lang w:val="id-ID"/>
              </w:rPr>
            </w:pPr>
          </w:p>
        </w:tc>
        <w:tc>
          <w:tcPr>
            <w:tcW w:w="438" w:type="dxa"/>
          </w:tcPr>
          <w:p w14:paraId="6E69B268" w14:textId="77777777" w:rsidR="008B0DC3" w:rsidRPr="009107FA" w:rsidRDefault="008B0DC3" w:rsidP="008B0DC3">
            <w:pPr>
              <w:pStyle w:val="NoSpacing"/>
              <w:rPr>
                <w:rFonts w:ascii="Book Antiqua" w:hAnsi="Book Antiqua"/>
                <w:sz w:val="20"/>
                <w:szCs w:val="20"/>
                <w:lang w:val="id-ID"/>
              </w:rPr>
            </w:pPr>
          </w:p>
        </w:tc>
        <w:tc>
          <w:tcPr>
            <w:tcW w:w="438" w:type="dxa"/>
          </w:tcPr>
          <w:p w14:paraId="049A9A47" w14:textId="77777777" w:rsidR="008B0DC3" w:rsidRPr="009107FA" w:rsidRDefault="008B0DC3" w:rsidP="008B0DC3">
            <w:pPr>
              <w:pStyle w:val="NoSpacing"/>
              <w:rPr>
                <w:rFonts w:ascii="Book Antiqua" w:hAnsi="Book Antiqua"/>
                <w:sz w:val="20"/>
                <w:szCs w:val="20"/>
                <w:lang w:val="id-ID"/>
              </w:rPr>
            </w:pPr>
          </w:p>
        </w:tc>
        <w:tc>
          <w:tcPr>
            <w:tcW w:w="451" w:type="dxa"/>
          </w:tcPr>
          <w:p w14:paraId="6E5707C3" w14:textId="0680571D" w:rsidR="008B0DC3" w:rsidRPr="009107FA" w:rsidRDefault="008B0DC3" w:rsidP="008B0DC3">
            <w:pPr>
              <w:pStyle w:val="NoSpacing"/>
              <w:rPr>
                <w:rFonts w:ascii="Book Antiqua" w:hAnsi="Book Antiqua"/>
                <w:sz w:val="20"/>
                <w:szCs w:val="20"/>
                <w:lang w:val="id-ID"/>
              </w:rPr>
            </w:pPr>
          </w:p>
        </w:tc>
        <w:tc>
          <w:tcPr>
            <w:tcW w:w="438" w:type="dxa"/>
          </w:tcPr>
          <w:p w14:paraId="52C6CA34" w14:textId="77777777" w:rsidR="008B0DC3" w:rsidRPr="009107FA" w:rsidRDefault="008B0DC3" w:rsidP="008B0DC3">
            <w:pPr>
              <w:pStyle w:val="NoSpacing"/>
              <w:rPr>
                <w:rFonts w:ascii="Book Antiqua" w:hAnsi="Book Antiqua"/>
                <w:sz w:val="20"/>
                <w:szCs w:val="20"/>
                <w:lang w:val="id-ID"/>
              </w:rPr>
            </w:pPr>
          </w:p>
        </w:tc>
        <w:tc>
          <w:tcPr>
            <w:tcW w:w="438" w:type="dxa"/>
          </w:tcPr>
          <w:p w14:paraId="41E6900C" w14:textId="77777777" w:rsidR="008B0DC3" w:rsidRPr="009107FA" w:rsidRDefault="008B0DC3" w:rsidP="008B0DC3">
            <w:pPr>
              <w:pStyle w:val="NoSpacing"/>
              <w:rPr>
                <w:rFonts w:ascii="Book Antiqua" w:hAnsi="Book Antiqua"/>
                <w:sz w:val="20"/>
                <w:szCs w:val="20"/>
                <w:lang w:val="id-ID"/>
              </w:rPr>
            </w:pPr>
          </w:p>
        </w:tc>
        <w:tc>
          <w:tcPr>
            <w:tcW w:w="438" w:type="dxa"/>
          </w:tcPr>
          <w:p w14:paraId="5E4BACD2" w14:textId="77777777" w:rsidR="008B0DC3" w:rsidRPr="009107FA" w:rsidRDefault="008B0DC3" w:rsidP="008B0DC3">
            <w:pPr>
              <w:pStyle w:val="NoSpacing"/>
              <w:rPr>
                <w:rFonts w:ascii="Book Antiqua" w:hAnsi="Book Antiqua"/>
                <w:sz w:val="20"/>
                <w:szCs w:val="20"/>
                <w:lang w:val="id-ID"/>
              </w:rPr>
            </w:pPr>
          </w:p>
        </w:tc>
      </w:tr>
      <w:tr w:rsidR="008B0DC3" w:rsidRPr="009107FA" w14:paraId="382BCC39" w14:textId="1831CFC7" w:rsidTr="009107FA">
        <w:trPr>
          <w:trHeight w:val="144"/>
          <w:jc w:val="center"/>
        </w:trPr>
        <w:tc>
          <w:tcPr>
            <w:tcW w:w="1584" w:type="dxa"/>
          </w:tcPr>
          <w:p w14:paraId="57E4FC8E" w14:textId="77777777" w:rsidR="008B0DC3" w:rsidRPr="009107FA" w:rsidRDefault="008B0DC3" w:rsidP="008B0DC3">
            <w:pPr>
              <w:pStyle w:val="NoSpacing"/>
              <w:rPr>
                <w:rFonts w:ascii="Book Antiqua" w:hAnsi="Book Antiqua"/>
                <w:sz w:val="20"/>
                <w:szCs w:val="20"/>
                <w:lang w:val="id-ID"/>
              </w:rPr>
            </w:pPr>
            <w:r w:rsidRPr="009107FA">
              <w:rPr>
                <w:rFonts w:ascii="Book Antiqua" w:hAnsi="Book Antiqua"/>
                <w:sz w:val="20"/>
                <w:szCs w:val="20"/>
                <w:lang w:val="id-ID"/>
              </w:rPr>
              <w:t>Pemodelan Machine Learning</w:t>
            </w:r>
          </w:p>
        </w:tc>
        <w:tc>
          <w:tcPr>
            <w:tcW w:w="451" w:type="dxa"/>
          </w:tcPr>
          <w:p w14:paraId="06B9B299" w14:textId="77777777" w:rsidR="008B0DC3" w:rsidRPr="009107FA" w:rsidRDefault="008B0DC3" w:rsidP="008B0DC3">
            <w:pPr>
              <w:pStyle w:val="NoSpacing"/>
              <w:rPr>
                <w:rFonts w:ascii="Book Antiqua" w:hAnsi="Book Antiqua"/>
                <w:sz w:val="20"/>
                <w:szCs w:val="20"/>
                <w:lang w:val="id-ID"/>
              </w:rPr>
            </w:pPr>
          </w:p>
        </w:tc>
        <w:tc>
          <w:tcPr>
            <w:tcW w:w="438" w:type="dxa"/>
          </w:tcPr>
          <w:p w14:paraId="7D172C2F" w14:textId="77777777" w:rsidR="008B0DC3" w:rsidRPr="009107FA" w:rsidRDefault="008B0DC3" w:rsidP="008B0DC3">
            <w:pPr>
              <w:pStyle w:val="NoSpacing"/>
              <w:rPr>
                <w:rFonts w:ascii="Book Antiqua" w:hAnsi="Book Antiqua"/>
                <w:sz w:val="20"/>
                <w:szCs w:val="20"/>
                <w:lang w:val="id-ID"/>
              </w:rPr>
            </w:pPr>
          </w:p>
        </w:tc>
        <w:tc>
          <w:tcPr>
            <w:tcW w:w="438" w:type="dxa"/>
          </w:tcPr>
          <w:p w14:paraId="5BFC7D8B" w14:textId="77777777" w:rsidR="008B0DC3" w:rsidRPr="009107FA" w:rsidRDefault="008B0DC3" w:rsidP="008B0DC3">
            <w:pPr>
              <w:pStyle w:val="NoSpacing"/>
              <w:rPr>
                <w:rFonts w:ascii="Book Antiqua" w:hAnsi="Book Antiqua"/>
                <w:sz w:val="20"/>
                <w:szCs w:val="20"/>
                <w:lang w:val="id-ID"/>
              </w:rPr>
            </w:pPr>
          </w:p>
        </w:tc>
        <w:tc>
          <w:tcPr>
            <w:tcW w:w="438" w:type="dxa"/>
          </w:tcPr>
          <w:p w14:paraId="07B7CB87" w14:textId="77777777" w:rsidR="008B0DC3" w:rsidRPr="009107FA" w:rsidRDefault="008B0DC3" w:rsidP="008B0DC3">
            <w:pPr>
              <w:pStyle w:val="NoSpacing"/>
              <w:rPr>
                <w:rFonts w:ascii="Book Antiqua" w:hAnsi="Book Antiqua"/>
                <w:sz w:val="20"/>
                <w:szCs w:val="20"/>
                <w:lang w:val="id-ID"/>
              </w:rPr>
            </w:pPr>
          </w:p>
        </w:tc>
        <w:tc>
          <w:tcPr>
            <w:tcW w:w="451" w:type="dxa"/>
          </w:tcPr>
          <w:p w14:paraId="1D055759" w14:textId="232FE0BC" w:rsidR="008B0DC3" w:rsidRPr="009107FA" w:rsidRDefault="008B0DC3" w:rsidP="008B0DC3">
            <w:pPr>
              <w:pStyle w:val="NoSpacing"/>
              <w:rPr>
                <w:rFonts w:ascii="Book Antiqua" w:hAnsi="Book Antiqua"/>
                <w:sz w:val="20"/>
                <w:szCs w:val="20"/>
                <w:lang w:val="id-ID"/>
              </w:rPr>
            </w:pPr>
          </w:p>
        </w:tc>
        <w:tc>
          <w:tcPr>
            <w:tcW w:w="438" w:type="dxa"/>
          </w:tcPr>
          <w:p w14:paraId="03BAEE12" w14:textId="77777777" w:rsidR="008B0DC3" w:rsidRPr="009107FA" w:rsidRDefault="008B0DC3" w:rsidP="008B0DC3">
            <w:pPr>
              <w:pStyle w:val="NoSpacing"/>
              <w:rPr>
                <w:rFonts w:ascii="Book Antiqua" w:hAnsi="Book Antiqua"/>
                <w:sz w:val="20"/>
                <w:szCs w:val="20"/>
                <w:lang w:val="id-ID"/>
              </w:rPr>
            </w:pPr>
          </w:p>
        </w:tc>
        <w:tc>
          <w:tcPr>
            <w:tcW w:w="438" w:type="dxa"/>
            <w:shd w:val="clear" w:color="auto" w:fill="BFBFBF" w:themeFill="background1" w:themeFillShade="BF"/>
          </w:tcPr>
          <w:p w14:paraId="751EED81" w14:textId="77777777" w:rsidR="008B0DC3" w:rsidRPr="009107FA" w:rsidRDefault="008B0DC3" w:rsidP="008B0DC3">
            <w:pPr>
              <w:pStyle w:val="NoSpacing"/>
              <w:rPr>
                <w:rFonts w:ascii="Book Antiqua" w:hAnsi="Book Antiqua"/>
                <w:sz w:val="20"/>
                <w:szCs w:val="20"/>
                <w:lang w:val="id-ID"/>
              </w:rPr>
            </w:pPr>
          </w:p>
        </w:tc>
        <w:tc>
          <w:tcPr>
            <w:tcW w:w="438" w:type="dxa"/>
            <w:shd w:val="clear" w:color="auto" w:fill="BFBFBF" w:themeFill="background1" w:themeFillShade="BF"/>
          </w:tcPr>
          <w:p w14:paraId="561E7762" w14:textId="77777777" w:rsidR="008B0DC3" w:rsidRPr="009107FA" w:rsidRDefault="008B0DC3" w:rsidP="008B0DC3">
            <w:pPr>
              <w:pStyle w:val="NoSpacing"/>
              <w:rPr>
                <w:rFonts w:ascii="Book Antiqua" w:hAnsi="Book Antiqua"/>
                <w:sz w:val="20"/>
                <w:szCs w:val="20"/>
                <w:lang w:val="id-ID"/>
              </w:rPr>
            </w:pPr>
          </w:p>
        </w:tc>
        <w:tc>
          <w:tcPr>
            <w:tcW w:w="451" w:type="dxa"/>
            <w:shd w:val="clear" w:color="auto" w:fill="BFBFBF" w:themeFill="background1" w:themeFillShade="BF"/>
          </w:tcPr>
          <w:p w14:paraId="70F4BAE9" w14:textId="15BD88A5" w:rsidR="008B0DC3" w:rsidRPr="009107FA" w:rsidRDefault="008B0DC3" w:rsidP="008B0DC3">
            <w:pPr>
              <w:pStyle w:val="NoSpacing"/>
              <w:rPr>
                <w:rFonts w:ascii="Book Antiqua" w:hAnsi="Book Antiqua"/>
                <w:sz w:val="20"/>
                <w:szCs w:val="20"/>
                <w:lang w:val="id-ID"/>
              </w:rPr>
            </w:pPr>
          </w:p>
        </w:tc>
        <w:tc>
          <w:tcPr>
            <w:tcW w:w="438" w:type="dxa"/>
            <w:shd w:val="clear" w:color="auto" w:fill="BFBFBF" w:themeFill="background1" w:themeFillShade="BF"/>
          </w:tcPr>
          <w:p w14:paraId="22675948" w14:textId="77777777" w:rsidR="008B0DC3" w:rsidRPr="009107FA" w:rsidRDefault="008B0DC3" w:rsidP="008B0DC3">
            <w:pPr>
              <w:pStyle w:val="NoSpacing"/>
              <w:rPr>
                <w:rFonts w:ascii="Book Antiqua" w:hAnsi="Book Antiqua"/>
                <w:sz w:val="20"/>
                <w:szCs w:val="20"/>
                <w:lang w:val="id-ID"/>
              </w:rPr>
            </w:pPr>
          </w:p>
        </w:tc>
        <w:tc>
          <w:tcPr>
            <w:tcW w:w="438" w:type="dxa"/>
          </w:tcPr>
          <w:p w14:paraId="388FAA16" w14:textId="77777777" w:rsidR="008B0DC3" w:rsidRPr="009107FA" w:rsidRDefault="008B0DC3" w:rsidP="008B0DC3">
            <w:pPr>
              <w:pStyle w:val="NoSpacing"/>
              <w:rPr>
                <w:rFonts w:ascii="Book Antiqua" w:hAnsi="Book Antiqua"/>
                <w:sz w:val="20"/>
                <w:szCs w:val="20"/>
                <w:lang w:val="id-ID"/>
              </w:rPr>
            </w:pPr>
          </w:p>
        </w:tc>
        <w:tc>
          <w:tcPr>
            <w:tcW w:w="438" w:type="dxa"/>
          </w:tcPr>
          <w:p w14:paraId="100993D2" w14:textId="77777777" w:rsidR="008B0DC3" w:rsidRPr="009107FA" w:rsidRDefault="008B0DC3" w:rsidP="008B0DC3">
            <w:pPr>
              <w:pStyle w:val="NoSpacing"/>
              <w:rPr>
                <w:rFonts w:ascii="Book Antiqua" w:hAnsi="Book Antiqua"/>
                <w:sz w:val="20"/>
                <w:szCs w:val="20"/>
                <w:lang w:val="id-ID"/>
              </w:rPr>
            </w:pPr>
          </w:p>
        </w:tc>
        <w:tc>
          <w:tcPr>
            <w:tcW w:w="451" w:type="dxa"/>
          </w:tcPr>
          <w:p w14:paraId="77B364B8" w14:textId="3A1D45BF" w:rsidR="008B0DC3" w:rsidRPr="009107FA" w:rsidRDefault="008B0DC3" w:rsidP="008B0DC3">
            <w:pPr>
              <w:pStyle w:val="NoSpacing"/>
              <w:rPr>
                <w:rFonts w:ascii="Book Antiqua" w:hAnsi="Book Antiqua"/>
                <w:sz w:val="20"/>
                <w:szCs w:val="20"/>
                <w:lang w:val="id-ID"/>
              </w:rPr>
            </w:pPr>
          </w:p>
        </w:tc>
        <w:tc>
          <w:tcPr>
            <w:tcW w:w="438" w:type="dxa"/>
          </w:tcPr>
          <w:p w14:paraId="79DADE3B" w14:textId="77777777" w:rsidR="008B0DC3" w:rsidRPr="009107FA" w:rsidRDefault="008B0DC3" w:rsidP="008B0DC3">
            <w:pPr>
              <w:pStyle w:val="NoSpacing"/>
              <w:rPr>
                <w:rFonts w:ascii="Book Antiqua" w:hAnsi="Book Antiqua"/>
                <w:sz w:val="20"/>
                <w:szCs w:val="20"/>
                <w:lang w:val="id-ID"/>
              </w:rPr>
            </w:pPr>
          </w:p>
        </w:tc>
        <w:tc>
          <w:tcPr>
            <w:tcW w:w="438" w:type="dxa"/>
          </w:tcPr>
          <w:p w14:paraId="043EFEBC" w14:textId="77777777" w:rsidR="008B0DC3" w:rsidRPr="009107FA" w:rsidRDefault="008B0DC3" w:rsidP="008B0DC3">
            <w:pPr>
              <w:pStyle w:val="NoSpacing"/>
              <w:rPr>
                <w:rFonts w:ascii="Book Antiqua" w:hAnsi="Book Antiqua"/>
                <w:sz w:val="20"/>
                <w:szCs w:val="20"/>
                <w:lang w:val="id-ID"/>
              </w:rPr>
            </w:pPr>
          </w:p>
        </w:tc>
        <w:tc>
          <w:tcPr>
            <w:tcW w:w="438" w:type="dxa"/>
          </w:tcPr>
          <w:p w14:paraId="49FCD6D1" w14:textId="77777777" w:rsidR="008B0DC3" w:rsidRPr="009107FA" w:rsidRDefault="008B0DC3" w:rsidP="008B0DC3">
            <w:pPr>
              <w:pStyle w:val="NoSpacing"/>
              <w:rPr>
                <w:rFonts w:ascii="Book Antiqua" w:hAnsi="Book Antiqua"/>
                <w:sz w:val="20"/>
                <w:szCs w:val="20"/>
                <w:lang w:val="id-ID"/>
              </w:rPr>
            </w:pPr>
          </w:p>
        </w:tc>
      </w:tr>
      <w:tr w:rsidR="008B0DC3" w:rsidRPr="009107FA" w14:paraId="54E4E076" w14:textId="03C9DB62" w:rsidTr="009107FA">
        <w:trPr>
          <w:trHeight w:val="144"/>
          <w:jc w:val="center"/>
        </w:trPr>
        <w:tc>
          <w:tcPr>
            <w:tcW w:w="1584" w:type="dxa"/>
          </w:tcPr>
          <w:p w14:paraId="03467769" w14:textId="77777777" w:rsidR="008B0DC3" w:rsidRPr="009107FA" w:rsidRDefault="008B0DC3" w:rsidP="008B0DC3">
            <w:pPr>
              <w:pStyle w:val="NoSpacing"/>
              <w:rPr>
                <w:rFonts w:ascii="Book Antiqua" w:hAnsi="Book Antiqua"/>
                <w:sz w:val="20"/>
                <w:szCs w:val="20"/>
                <w:lang w:val="id-ID"/>
              </w:rPr>
            </w:pPr>
            <w:r w:rsidRPr="009107FA">
              <w:rPr>
                <w:rFonts w:ascii="Book Antiqua" w:hAnsi="Book Antiqua"/>
                <w:sz w:val="20"/>
                <w:szCs w:val="20"/>
                <w:lang w:val="id-ID"/>
              </w:rPr>
              <w:t>Evaluasi &amp; Analisis Hasil</w:t>
            </w:r>
          </w:p>
        </w:tc>
        <w:tc>
          <w:tcPr>
            <w:tcW w:w="451" w:type="dxa"/>
          </w:tcPr>
          <w:p w14:paraId="415F9C4F" w14:textId="77777777" w:rsidR="008B0DC3" w:rsidRPr="009107FA" w:rsidRDefault="008B0DC3" w:rsidP="008B0DC3">
            <w:pPr>
              <w:pStyle w:val="NoSpacing"/>
              <w:rPr>
                <w:rFonts w:ascii="Book Antiqua" w:hAnsi="Book Antiqua"/>
                <w:sz w:val="20"/>
                <w:szCs w:val="20"/>
                <w:lang w:val="id-ID"/>
              </w:rPr>
            </w:pPr>
          </w:p>
        </w:tc>
        <w:tc>
          <w:tcPr>
            <w:tcW w:w="438" w:type="dxa"/>
          </w:tcPr>
          <w:p w14:paraId="1008737B" w14:textId="77777777" w:rsidR="008B0DC3" w:rsidRPr="009107FA" w:rsidRDefault="008B0DC3" w:rsidP="008B0DC3">
            <w:pPr>
              <w:pStyle w:val="NoSpacing"/>
              <w:rPr>
                <w:rFonts w:ascii="Book Antiqua" w:hAnsi="Book Antiqua"/>
                <w:sz w:val="20"/>
                <w:szCs w:val="20"/>
                <w:lang w:val="id-ID"/>
              </w:rPr>
            </w:pPr>
          </w:p>
        </w:tc>
        <w:tc>
          <w:tcPr>
            <w:tcW w:w="438" w:type="dxa"/>
          </w:tcPr>
          <w:p w14:paraId="5C7CFB38" w14:textId="77777777" w:rsidR="008B0DC3" w:rsidRPr="009107FA" w:rsidRDefault="008B0DC3" w:rsidP="008B0DC3">
            <w:pPr>
              <w:pStyle w:val="NoSpacing"/>
              <w:rPr>
                <w:rFonts w:ascii="Book Antiqua" w:hAnsi="Book Antiqua"/>
                <w:sz w:val="20"/>
                <w:szCs w:val="20"/>
                <w:lang w:val="id-ID"/>
              </w:rPr>
            </w:pPr>
          </w:p>
        </w:tc>
        <w:tc>
          <w:tcPr>
            <w:tcW w:w="438" w:type="dxa"/>
          </w:tcPr>
          <w:p w14:paraId="1155F970" w14:textId="77777777" w:rsidR="008B0DC3" w:rsidRPr="009107FA" w:rsidRDefault="008B0DC3" w:rsidP="008B0DC3">
            <w:pPr>
              <w:pStyle w:val="NoSpacing"/>
              <w:rPr>
                <w:rFonts w:ascii="Book Antiqua" w:hAnsi="Book Antiqua"/>
                <w:sz w:val="20"/>
                <w:szCs w:val="20"/>
                <w:lang w:val="id-ID"/>
              </w:rPr>
            </w:pPr>
          </w:p>
        </w:tc>
        <w:tc>
          <w:tcPr>
            <w:tcW w:w="451" w:type="dxa"/>
          </w:tcPr>
          <w:p w14:paraId="0BFC6024" w14:textId="3107BFCD" w:rsidR="008B0DC3" w:rsidRPr="009107FA" w:rsidRDefault="008B0DC3" w:rsidP="008B0DC3">
            <w:pPr>
              <w:pStyle w:val="NoSpacing"/>
              <w:rPr>
                <w:rFonts w:ascii="Book Antiqua" w:hAnsi="Book Antiqua"/>
                <w:sz w:val="20"/>
                <w:szCs w:val="20"/>
                <w:lang w:val="id-ID"/>
              </w:rPr>
            </w:pPr>
          </w:p>
        </w:tc>
        <w:tc>
          <w:tcPr>
            <w:tcW w:w="438" w:type="dxa"/>
          </w:tcPr>
          <w:p w14:paraId="389AEA44" w14:textId="77777777" w:rsidR="008B0DC3" w:rsidRPr="009107FA" w:rsidRDefault="008B0DC3" w:rsidP="008B0DC3">
            <w:pPr>
              <w:pStyle w:val="NoSpacing"/>
              <w:rPr>
                <w:rFonts w:ascii="Book Antiqua" w:hAnsi="Book Antiqua"/>
                <w:sz w:val="20"/>
                <w:szCs w:val="20"/>
                <w:lang w:val="id-ID"/>
              </w:rPr>
            </w:pPr>
          </w:p>
        </w:tc>
        <w:tc>
          <w:tcPr>
            <w:tcW w:w="438" w:type="dxa"/>
          </w:tcPr>
          <w:p w14:paraId="5B6EC4CE" w14:textId="77777777" w:rsidR="008B0DC3" w:rsidRPr="009107FA" w:rsidRDefault="008B0DC3" w:rsidP="008B0DC3">
            <w:pPr>
              <w:pStyle w:val="NoSpacing"/>
              <w:rPr>
                <w:rFonts w:ascii="Book Antiqua" w:hAnsi="Book Antiqua"/>
                <w:sz w:val="20"/>
                <w:szCs w:val="20"/>
                <w:lang w:val="id-ID"/>
              </w:rPr>
            </w:pPr>
          </w:p>
        </w:tc>
        <w:tc>
          <w:tcPr>
            <w:tcW w:w="438" w:type="dxa"/>
          </w:tcPr>
          <w:p w14:paraId="70350978" w14:textId="77777777" w:rsidR="008B0DC3" w:rsidRPr="009107FA" w:rsidRDefault="008B0DC3" w:rsidP="008B0DC3">
            <w:pPr>
              <w:pStyle w:val="NoSpacing"/>
              <w:rPr>
                <w:rFonts w:ascii="Book Antiqua" w:hAnsi="Book Antiqua"/>
                <w:sz w:val="20"/>
                <w:szCs w:val="20"/>
                <w:lang w:val="id-ID"/>
              </w:rPr>
            </w:pPr>
          </w:p>
        </w:tc>
        <w:tc>
          <w:tcPr>
            <w:tcW w:w="451" w:type="dxa"/>
          </w:tcPr>
          <w:p w14:paraId="6C00FC99" w14:textId="24509261" w:rsidR="008B0DC3" w:rsidRPr="009107FA" w:rsidRDefault="008B0DC3" w:rsidP="008B0DC3">
            <w:pPr>
              <w:pStyle w:val="NoSpacing"/>
              <w:rPr>
                <w:rFonts w:ascii="Book Antiqua" w:hAnsi="Book Antiqua"/>
                <w:sz w:val="20"/>
                <w:szCs w:val="20"/>
                <w:lang w:val="id-ID"/>
              </w:rPr>
            </w:pPr>
          </w:p>
        </w:tc>
        <w:tc>
          <w:tcPr>
            <w:tcW w:w="438" w:type="dxa"/>
            <w:shd w:val="clear" w:color="auto" w:fill="BFBFBF" w:themeFill="background1" w:themeFillShade="BF"/>
          </w:tcPr>
          <w:p w14:paraId="2B764494" w14:textId="77777777" w:rsidR="008B0DC3" w:rsidRPr="009107FA" w:rsidRDefault="008B0DC3" w:rsidP="008B0DC3">
            <w:pPr>
              <w:pStyle w:val="NoSpacing"/>
              <w:rPr>
                <w:rFonts w:ascii="Book Antiqua" w:hAnsi="Book Antiqua"/>
                <w:sz w:val="20"/>
                <w:szCs w:val="20"/>
                <w:lang w:val="id-ID"/>
              </w:rPr>
            </w:pPr>
          </w:p>
        </w:tc>
        <w:tc>
          <w:tcPr>
            <w:tcW w:w="438" w:type="dxa"/>
            <w:shd w:val="clear" w:color="auto" w:fill="BFBFBF" w:themeFill="background1" w:themeFillShade="BF"/>
          </w:tcPr>
          <w:p w14:paraId="253B4387" w14:textId="77777777" w:rsidR="008B0DC3" w:rsidRPr="009107FA" w:rsidRDefault="008B0DC3" w:rsidP="008B0DC3">
            <w:pPr>
              <w:pStyle w:val="NoSpacing"/>
              <w:rPr>
                <w:rFonts w:ascii="Book Antiqua" w:hAnsi="Book Antiqua"/>
                <w:sz w:val="20"/>
                <w:szCs w:val="20"/>
                <w:lang w:val="id-ID"/>
              </w:rPr>
            </w:pPr>
          </w:p>
        </w:tc>
        <w:tc>
          <w:tcPr>
            <w:tcW w:w="438" w:type="dxa"/>
          </w:tcPr>
          <w:p w14:paraId="5ED9D86B" w14:textId="77777777" w:rsidR="008B0DC3" w:rsidRPr="009107FA" w:rsidRDefault="008B0DC3" w:rsidP="008B0DC3">
            <w:pPr>
              <w:pStyle w:val="NoSpacing"/>
              <w:rPr>
                <w:rFonts w:ascii="Book Antiqua" w:hAnsi="Book Antiqua"/>
                <w:sz w:val="20"/>
                <w:szCs w:val="20"/>
                <w:lang w:val="id-ID"/>
              </w:rPr>
            </w:pPr>
          </w:p>
        </w:tc>
        <w:tc>
          <w:tcPr>
            <w:tcW w:w="451" w:type="dxa"/>
          </w:tcPr>
          <w:p w14:paraId="7CE76A45" w14:textId="7ECD4803" w:rsidR="008B0DC3" w:rsidRPr="009107FA" w:rsidRDefault="008B0DC3" w:rsidP="008B0DC3">
            <w:pPr>
              <w:pStyle w:val="NoSpacing"/>
              <w:rPr>
                <w:rFonts w:ascii="Book Antiqua" w:hAnsi="Book Antiqua"/>
                <w:sz w:val="20"/>
                <w:szCs w:val="20"/>
                <w:lang w:val="id-ID"/>
              </w:rPr>
            </w:pPr>
          </w:p>
        </w:tc>
        <w:tc>
          <w:tcPr>
            <w:tcW w:w="438" w:type="dxa"/>
          </w:tcPr>
          <w:p w14:paraId="13F650F7" w14:textId="77777777" w:rsidR="008B0DC3" w:rsidRPr="009107FA" w:rsidRDefault="008B0DC3" w:rsidP="008B0DC3">
            <w:pPr>
              <w:pStyle w:val="NoSpacing"/>
              <w:rPr>
                <w:rFonts w:ascii="Book Antiqua" w:hAnsi="Book Antiqua"/>
                <w:sz w:val="20"/>
                <w:szCs w:val="20"/>
                <w:lang w:val="id-ID"/>
              </w:rPr>
            </w:pPr>
          </w:p>
        </w:tc>
        <w:tc>
          <w:tcPr>
            <w:tcW w:w="438" w:type="dxa"/>
          </w:tcPr>
          <w:p w14:paraId="63FEE441" w14:textId="77777777" w:rsidR="008B0DC3" w:rsidRPr="009107FA" w:rsidRDefault="008B0DC3" w:rsidP="008B0DC3">
            <w:pPr>
              <w:pStyle w:val="NoSpacing"/>
              <w:rPr>
                <w:rFonts w:ascii="Book Antiqua" w:hAnsi="Book Antiqua"/>
                <w:sz w:val="20"/>
                <w:szCs w:val="20"/>
                <w:lang w:val="id-ID"/>
              </w:rPr>
            </w:pPr>
          </w:p>
        </w:tc>
        <w:tc>
          <w:tcPr>
            <w:tcW w:w="438" w:type="dxa"/>
          </w:tcPr>
          <w:p w14:paraId="71F1EEB4" w14:textId="77777777" w:rsidR="008B0DC3" w:rsidRPr="009107FA" w:rsidRDefault="008B0DC3" w:rsidP="008B0DC3">
            <w:pPr>
              <w:pStyle w:val="NoSpacing"/>
              <w:rPr>
                <w:rFonts w:ascii="Book Antiqua" w:hAnsi="Book Antiqua"/>
                <w:sz w:val="20"/>
                <w:szCs w:val="20"/>
                <w:lang w:val="id-ID"/>
              </w:rPr>
            </w:pPr>
          </w:p>
        </w:tc>
      </w:tr>
      <w:tr w:rsidR="008B0DC3" w:rsidRPr="009107FA" w14:paraId="3A544220" w14:textId="695F60C1" w:rsidTr="009107FA">
        <w:trPr>
          <w:trHeight w:val="144"/>
          <w:jc w:val="center"/>
        </w:trPr>
        <w:tc>
          <w:tcPr>
            <w:tcW w:w="1584" w:type="dxa"/>
          </w:tcPr>
          <w:p w14:paraId="6B83F165" w14:textId="77777777" w:rsidR="008B0DC3" w:rsidRPr="009107FA" w:rsidRDefault="008B0DC3" w:rsidP="008B0DC3">
            <w:pPr>
              <w:pStyle w:val="NoSpacing"/>
              <w:rPr>
                <w:rFonts w:ascii="Book Antiqua" w:hAnsi="Book Antiqua"/>
                <w:sz w:val="20"/>
                <w:szCs w:val="20"/>
                <w:lang w:val="id-ID"/>
              </w:rPr>
            </w:pPr>
            <w:r w:rsidRPr="009107FA">
              <w:rPr>
                <w:rFonts w:ascii="Book Antiqua" w:hAnsi="Book Antiqua"/>
                <w:sz w:val="20"/>
                <w:szCs w:val="20"/>
                <w:lang w:val="id-ID"/>
              </w:rPr>
              <w:t>Penyusunan Laporan Akhir</w:t>
            </w:r>
          </w:p>
        </w:tc>
        <w:tc>
          <w:tcPr>
            <w:tcW w:w="451" w:type="dxa"/>
          </w:tcPr>
          <w:p w14:paraId="3FD0AA6D" w14:textId="77777777" w:rsidR="008B0DC3" w:rsidRPr="009107FA" w:rsidRDefault="008B0DC3" w:rsidP="008B0DC3">
            <w:pPr>
              <w:pStyle w:val="NoSpacing"/>
              <w:rPr>
                <w:rFonts w:ascii="Book Antiqua" w:hAnsi="Book Antiqua"/>
                <w:sz w:val="20"/>
                <w:szCs w:val="20"/>
                <w:lang w:val="id-ID"/>
              </w:rPr>
            </w:pPr>
          </w:p>
        </w:tc>
        <w:tc>
          <w:tcPr>
            <w:tcW w:w="438" w:type="dxa"/>
          </w:tcPr>
          <w:p w14:paraId="33B5AA0D" w14:textId="77777777" w:rsidR="008B0DC3" w:rsidRPr="009107FA" w:rsidRDefault="008B0DC3" w:rsidP="008B0DC3">
            <w:pPr>
              <w:pStyle w:val="NoSpacing"/>
              <w:rPr>
                <w:rFonts w:ascii="Book Antiqua" w:hAnsi="Book Antiqua"/>
                <w:sz w:val="20"/>
                <w:szCs w:val="20"/>
                <w:lang w:val="id-ID"/>
              </w:rPr>
            </w:pPr>
          </w:p>
        </w:tc>
        <w:tc>
          <w:tcPr>
            <w:tcW w:w="438" w:type="dxa"/>
          </w:tcPr>
          <w:p w14:paraId="460A0F1C" w14:textId="77777777" w:rsidR="008B0DC3" w:rsidRPr="009107FA" w:rsidRDefault="008B0DC3" w:rsidP="008B0DC3">
            <w:pPr>
              <w:pStyle w:val="NoSpacing"/>
              <w:rPr>
                <w:rFonts w:ascii="Book Antiqua" w:hAnsi="Book Antiqua"/>
                <w:sz w:val="20"/>
                <w:szCs w:val="20"/>
                <w:lang w:val="id-ID"/>
              </w:rPr>
            </w:pPr>
          </w:p>
        </w:tc>
        <w:tc>
          <w:tcPr>
            <w:tcW w:w="438" w:type="dxa"/>
          </w:tcPr>
          <w:p w14:paraId="303EF8AD" w14:textId="77777777" w:rsidR="008B0DC3" w:rsidRPr="009107FA" w:rsidRDefault="008B0DC3" w:rsidP="008B0DC3">
            <w:pPr>
              <w:pStyle w:val="NoSpacing"/>
              <w:rPr>
                <w:rFonts w:ascii="Book Antiqua" w:hAnsi="Book Antiqua"/>
                <w:sz w:val="20"/>
                <w:szCs w:val="20"/>
                <w:lang w:val="id-ID"/>
              </w:rPr>
            </w:pPr>
          </w:p>
        </w:tc>
        <w:tc>
          <w:tcPr>
            <w:tcW w:w="451" w:type="dxa"/>
          </w:tcPr>
          <w:p w14:paraId="4326DF74" w14:textId="2A4EE8A0" w:rsidR="008B0DC3" w:rsidRPr="009107FA" w:rsidRDefault="008B0DC3" w:rsidP="008B0DC3">
            <w:pPr>
              <w:pStyle w:val="NoSpacing"/>
              <w:rPr>
                <w:rFonts w:ascii="Book Antiqua" w:hAnsi="Book Antiqua"/>
                <w:sz w:val="20"/>
                <w:szCs w:val="20"/>
                <w:lang w:val="id-ID"/>
              </w:rPr>
            </w:pPr>
          </w:p>
        </w:tc>
        <w:tc>
          <w:tcPr>
            <w:tcW w:w="438" w:type="dxa"/>
          </w:tcPr>
          <w:p w14:paraId="43B949AB" w14:textId="77777777" w:rsidR="008B0DC3" w:rsidRPr="009107FA" w:rsidRDefault="008B0DC3" w:rsidP="008B0DC3">
            <w:pPr>
              <w:pStyle w:val="NoSpacing"/>
              <w:rPr>
                <w:rFonts w:ascii="Book Antiqua" w:hAnsi="Book Antiqua"/>
                <w:sz w:val="20"/>
                <w:szCs w:val="20"/>
                <w:lang w:val="id-ID"/>
              </w:rPr>
            </w:pPr>
          </w:p>
        </w:tc>
        <w:tc>
          <w:tcPr>
            <w:tcW w:w="438" w:type="dxa"/>
          </w:tcPr>
          <w:p w14:paraId="4879A72D" w14:textId="77777777" w:rsidR="008B0DC3" w:rsidRPr="009107FA" w:rsidRDefault="008B0DC3" w:rsidP="008B0DC3">
            <w:pPr>
              <w:pStyle w:val="NoSpacing"/>
              <w:rPr>
                <w:rFonts w:ascii="Book Antiqua" w:hAnsi="Book Antiqua"/>
                <w:sz w:val="20"/>
                <w:szCs w:val="20"/>
                <w:lang w:val="id-ID"/>
              </w:rPr>
            </w:pPr>
          </w:p>
        </w:tc>
        <w:tc>
          <w:tcPr>
            <w:tcW w:w="438" w:type="dxa"/>
          </w:tcPr>
          <w:p w14:paraId="04E99B74" w14:textId="77777777" w:rsidR="008B0DC3" w:rsidRPr="009107FA" w:rsidRDefault="008B0DC3" w:rsidP="008B0DC3">
            <w:pPr>
              <w:pStyle w:val="NoSpacing"/>
              <w:rPr>
                <w:rFonts w:ascii="Book Antiqua" w:hAnsi="Book Antiqua"/>
                <w:sz w:val="20"/>
                <w:szCs w:val="20"/>
                <w:lang w:val="id-ID"/>
              </w:rPr>
            </w:pPr>
          </w:p>
        </w:tc>
        <w:tc>
          <w:tcPr>
            <w:tcW w:w="451" w:type="dxa"/>
          </w:tcPr>
          <w:p w14:paraId="45574666" w14:textId="3DB93316" w:rsidR="008B0DC3" w:rsidRPr="009107FA" w:rsidRDefault="008B0DC3" w:rsidP="008B0DC3">
            <w:pPr>
              <w:pStyle w:val="NoSpacing"/>
              <w:rPr>
                <w:rFonts w:ascii="Book Antiqua" w:hAnsi="Book Antiqua"/>
                <w:sz w:val="20"/>
                <w:szCs w:val="20"/>
                <w:lang w:val="id-ID"/>
              </w:rPr>
            </w:pPr>
          </w:p>
        </w:tc>
        <w:tc>
          <w:tcPr>
            <w:tcW w:w="438" w:type="dxa"/>
            <w:shd w:val="clear" w:color="auto" w:fill="BFBFBF" w:themeFill="background1" w:themeFillShade="BF"/>
          </w:tcPr>
          <w:p w14:paraId="534AD9C2" w14:textId="77777777" w:rsidR="008B0DC3" w:rsidRPr="009107FA" w:rsidRDefault="008B0DC3" w:rsidP="008B0DC3">
            <w:pPr>
              <w:pStyle w:val="NoSpacing"/>
              <w:rPr>
                <w:rFonts w:ascii="Book Antiqua" w:hAnsi="Book Antiqua"/>
                <w:sz w:val="20"/>
                <w:szCs w:val="20"/>
                <w:lang w:val="id-ID"/>
              </w:rPr>
            </w:pPr>
          </w:p>
        </w:tc>
        <w:tc>
          <w:tcPr>
            <w:tcW w:w="438" w:type="dxa"/>
            <w:shd w:val="clear" w:color="auto" w:fill="BFBFBF" w:themeFill="background1" w:themeFillShade="BF"/>
          </w:tcPr>
          <w:p w14:paraId="53BD01BA" w14:textId="77777777" w:rsidR="008B0DC3" w:rsidRPr="009107FA" w:rsidRDefault="008B0DC3" w:rsidP="008B0DC3">
            <w:pPr>
              <w:pStyle w:val="NoSpacing"/>
              <w:rPr>
                <w:rFonts w:ascii="Book Antiqua" w:hAnsi="Book Antiqua"/>
                <w:sz w:val="20"/>
                <w:szCs w:val="20"/>
                <w:lang w:val="id-ID"/>
              </w:rPr>
            </w:pPr>
          </w:p>
        </w:tc>
        <w:tc>
          <w:tcPr>
            <w:tcW w:w="438" w:type="dxa"/>
            <w:shd w:val="clear" w:color="auto" w:fill="BFBFBF" w:themeFill="background1" w:themeFillShade="BF"/>
          </w:tcPr>
          <w:p w14:paraId="33672D48" w14:textId="77777777" w:rsidR="008B0DC3" w:rsidRPr="009107FA" w:rsidRDefault="008B0DC3" w:rsidP="008B0DC3">
            <w:pPr>
              <w:pStyle w:val="NoSpacing"/>
              <w:rPr>
                <w:rFonts w:ascii="Book Antiqua" w:hAnsi="Book Antiqua"/>
                <w:sz w:val="20"/>
                <w:szCs w:val="20"/>
                <w:lang w:val="id-ID"/>
              </w:rPr>
            </w:pPr>
          </w:p>
        </w:tc>
        <w:tc>
          <w:tcPr>
            <w:tcW w:w="451" w:type="dxa"/>
            <w:shd w:val="clear" w:color="auto" w:fill="BFBFBF" w:themeFill="background1" w:themeFillShade="BF"/>
          </w:tcPr>
          <w:p w14:paraId="4034880D" w14:textId="420C4D4F" w:rsidR="008B0DC3" w:rsidRPr="009107FA" w:rsidRDefault="008B0DC3" w:rsidP="008B0DC3">
            <w:pPr>
              <w:pStyle w:val="NoSpacing"/>
              <w:rPr>
                <w:rFonts w:ascii="Book Antiqua" w:hAnsi="Book Antiqua"/>
                <w:sz w:val="20"/>
                <w:szCs w:val="20"/>
                <w:lang w:val="id-ID"/>
              </w:rPr>
            </w:pPr>
          </w:p>
        </w:tc>
        <w:tc>
          <w:tcPr>
            <w:tcW w:w="438" w:type="dxa"/>
            <w:shd w:val="clear" w:color="auto" w:fill="BFBFBF" w:themeFill="background1" w:themeFillShade="BF"/>
          </w:tcPr>
          <w:p w14:paraId="11673D94" w14:textId="77777777" w:rsidR="008B0DC3" w:rsidRPr="009107FA" w:rsidRDefault="008B0DC3" w:rsidP="008B0DC3">
            <w:pPr>
              <w:pStyle w:val="NoSpacing"/>
              <w:rPr>
                <w:rFonts w:ascii="Book Antiqua" w:hAnsi="Book Antiqua"/>
                <w:sz w:val="20"/>
                <w:szCs w:val="20"/>
                <w:lang w:val="id-ID"/>
              </w:rPr>
            </w:pPr>
          </w:p>
        </w:tc>
        <w:tc>
          <w:tcPr>
            <w:tcW w:w="438" w:type="dxa"/>
            <w:shd w:val="clear" w:color="auto" w:fill="BFBFBF" w:themeFill="background1" w:themeFillShade="BF"/>
          </w:tcPr>
          <w:p w14:paraId="1C7C786F" w14:textId="77777777" w:rsidR="008B0DC3" w:rsidRPr="009107FA" w:rsidRDefault="008B0DC3" w:rsidP="008B0DC3">
            <w:pPr>
              <w:pStyle w:val="NoSpacing"/>
              <w:rPr>
                <w:rFonts w:ascii="Book Antiqua" w:hAnsi="Book Antiqua"/>
                <w:sz w:val="20"/>
                <w:szCs w:val="20"/>
                <w:lang w:val="id-ID"/>
              </w:rPr>
            </w:pPr>
          </w:p>
        </w:tc>
        <w:tc>
          <w:tcPr>
            <w:tcW w:w="438" w:type="dxa"/>
            <w:shd w:val="clear" w:color="auto" w:fill="BFBFBF" w:themeFill="background1" w:themeFillShade="BF"/>
          </w:tcPr>
          <w:p w14:paraId="0B0FC593" w14:textId="77777777" w:rsidR="008B0DC3" w:rsidRPr="009107FA" w:rsidRDefault="008B0DC3" w:rsidP="008B0DC3">
            <w:pPr>
              <w:pStyle w:val="NoSpacing"/>
              <w:rPr>
                <w:rFonts w:ascii="Book Antiqua" w:hAnsi="Book Antiqua"/>
                <w:sz w:val="20"/>
                <w:szCs w:val="20"/>
                <w:lang w:val="id-ID"/>
              </w:rPr>
            </w:pPr>
          </w:p>
        </w:tc>
      </w:tr>
    </w:tbl>
    <w:p w14:paraId="4D799293" w14:textId="77777777" w:rsidR="003832E5" w:rsidRPr="00EB1A9B" w:rsidRDefault="00721CE3">
      <w:pPr>
        <w:rPr>
          <w:rFonts w:ascii="Book Antiqua" w:hAnsi="Book Antiqua"/>
          <w:color w:val="000000" w:themeColor="text1"/>
          <w:lang w:val="id-ID"/>
        </w:rPr>
      </w:pPr>
      <w:r w:rsidRPr="00EB1A9B">
        <w:rPr>
          <w:rFonts w:ascii="Book Antiqua" w:hAnsi="Book Antiqua"/>
          <w:color w:val="000000" w:themeColor="text1"/>
          <w:lang w:val="id-ID"/>
        </w:rPr>
        <w:br w:type="page"/>
      </w:r>
    </w:p>
    <w:p w14:paraId="4BF90025" w14:textId="77777777" w:rsidR="003832E5" w:rsidRPr="00EB1A9B" w:rsidRDefault="00721CE3" w:rsidP="00401B68">
      <w:pPr>
        <w:pStyle w:val="Heading1"/>
        <w:spacing w:before="0"/>
        <w:jc w:val="center"/>
        <w:rPr>
          <w:rFonts w:ascii="Book Antiqua" w:hAnsi="Book Antiqua"/>
          <w:color w:val="000000" w:themeColor="text1"/>
          <w:sz w:val="24"/>
          <w:szCs w:val="20"/>
          <w:lang w:val="id-ID"/>
        </w:rPr>
      </w:pPr>
      <w:bookmarkStart w:id="31" w:name="_Toc238061430"/>
      <w:r w:rsidRPr="00EB1A9B">
        <w:rPr>
          <w:rFonts w:ascii="Book Antiqua" w:hAnsi="Book Antiqua"/>
          <w:color w:val="000000" w:themeColor="text1"/>
          <w:sz w:val="24"/>
          <w:szCs w:val="20"/>
          <w:lang w:val="id-ID"/>
        </w:rPr>
        <w:lastRenderedPageBreak/>
        <w:t>DAFTAR PUSTAKA</w:t>
      </w:r>
      <w:bookmarkEnd w:id="31"/>
    </w:p>
    <w:p w14:paraId="7207156C" w14:textId="77777777" w:rsidR="00B73987" w:rsidRPr="00EB1A9B" w:rsidRDefault="00B73987" w:rsidP="00401B68">
      <w:pPr>
        <w:spacing w:after="0"/>
        <w:ind w:left="576" w:hanging="576"/>
        <w:jc w:val="both"/>
        <w:rPr>
          <w:rFonts w:ascii="Book Antiqua" w:hAnsi="Book Antiqua"/>
          <w:color w:val="000000" w:themeColor="text1"/>
          <w:sz w:val="22"/>
          <w:lang w:val="id-ID"/>
        </w:rPr>
      </w:pPr>
    </w:p>
    <w:p w14:paraId="2A87771D" w14:textId="2D27FC4E" w:rsidR="003832E5" w:rsidRPr="00EB1A9B" w:rsidRDefault="00721CE3" w:rsidP="00B73987">
      <w:pPr>
        <w:spacing w:after="0"/>
        <w:ind w:left="720" w:hanging="720"/>
        <w:jc w:val="both"/>
        <w:rPr>
          <w:rFonts w:ascii="Book Antiqua" w:hAnsi="Book Antiqua"/>
          <w:color w:val="000000" w:themeColor="text1"/>
          <w:lang w:val="id-ID"/>
        </w:rPr>
      </w:pPr>
      <w:r w:rsidRPr="00EB1A9B">
        <w:rPr>
          <w:rFonts w:ascii="Book Antiqua" w:hAnsi="Book Antiqua"/>
          <w:color w:val="000000" w:themeColor="text1"/>
          <w:sz w:val="22"/>
          <w:lang w:val="id-ID"/>
        </w:rPr>
        <w:t xml:space="preserve">Hastie, T., Tibshirani, R., &amp; Friedman, J. (2009). </w:t>
      </w:r>
      <w:r w:rsidRPr="00EB1A9B">
        <w:rPr>
          <w:rFonts w:ascii="Book Antiqua" w:hAnsi="Book Antiqua"/>
          <w:i/>
          <w:iCs/>
          <w:color w:val="000000" w:themeColor="text1"/>
          <w:sz w:val="22"/>
          <w:lang w:val="id-ID"/>
        </w:rPr>
        <w:t>The Elements of Statistical Learning: Data Mining, Inference, and Prediction</w:t>
      </w:r>
      <w:r w:rsidRPr="00EB1A9B">
        <w:rPr>
          <w:rFonts w:ascii="Book Antiqua" w:hAnsi="Book Antiqua"/>
          <w:color w:val="000000" w:themeColor="text1"/>
          <w:sz w:val="22"/>
          <w:lang w:val="id-ID"/>
        </w:rPr>
        <w:t>. Springer Science &amp; Business Media.</w:t>
      </w:r>
    </w:p>
    <w:p w14:paraId="29F16E0D" w14:textId="77777777" w:rsidR="003832E5" w:rsidRPr="00EB1A9B" w:rsidRDefault="00721CE3" w:rsidP="00B73987">
      <w:pPr>
        <w:spacing w:after="0"/>
        <w:ind w:left="720" w:hanging="720"/>
        <w:jc w:val="both"/>
        <w:rPr>
          <w:rFonts w:ascii="Book Antiqua" w:hAnsi="Book Antiqua"/>
          <w:color w:val="000000" w:themeColor="text1"/>
          <w:lang w:val="id-ID"/>
        </w:rPr>
      </w:pPr>
      <w:r w:rsidRPr="00EB1A9B">
        <w:rPr>
          <w:rFonts w:ascii="Book Antiqua" w:hAnsi="Book Antiqua"/>
          <w:color w:val="000000" w:themeColor="text1"/>
          <w:sz w:val="22"/>
          <w:lang w:val="id-ID"/>
        </w:rPr>
        <w:t xml:space="preserve">Pratama, A., &amp; Setiawan, B. (2023). Penerapan Algoritma Machine Learning Terawasi dalam Pemodelan Prediktif. </w:t>
      </w:r>
      <w:r w:rsidRPr="00EB1A9B">
        <w:rPr>
          <w:rFonts w:ascii="Book Antiqua" w:hAnsi="Book Antiqua"/>
          <w:i/>
          <w:iCs/>
          <w:color w:val="000000" w:themeColor="text1"/>
          <w:sz w:val="22"/>
          <w:lang w:val="id-ID"/>
        </w:rPr>
        <w:t>Jurnal Sains Data Indonesia</w:t>
      </w:r>
      <w:r w:rsidRPr="00EB1A9B">
        <w:rPr>
          <w:rFonts w:ascii="Book Antiqua" w:hAnsi="Book Antiqua"/>
          <w:color w:val="000000" w:themeColor="text1"/>
          <w:sz w:val="22"/>
          <w:lang w:val="id-ID"/>
        </w:rPr>
        <w:t>, 4(2), 45–56.</w:t>
      </w:r>
    </w:p>
    <w:p w14:paraId="2E17AC62" w14:textId="77777777" w:rsidR="003832E5" w:rsidRPr="00EB1A9B" w:rsidRDefault="00721CE3" w:rsidP="00B73987">
      <w:pPr>
        <w:spacing w:after="0"/>
        <w:ind w:left="720" w:hanging="720"/>
        <w:jc w:val="both"/>
        <w:rPr>
          <w:rFonts w:ascii="Book Antiqua" w:hAnsi="Book Antiqua"/>
          <w:color w:val="000000" w:themeColor="text1"/>
          <w:lang w:val="id-ID"/>
        </w:rPr>
      </w:pPr>
      <w:r w:rsidRPr="00EB1A9B">
        <w:rPr>
          <w:rFonts w:ascii="Book Antiqua" w:hAnsi="Book Antiqua"/>
          <w:color w:val="000000" w:themeColor="text1"/>
          <w:sz w:val="22"/>
          <w:lang w:val="id-ID"/>
        </w:rPr>
        <w:t xml:space="preserve">Universitas Negeri Surabaya. (2024). </w:t>
      </w:r>
      <w:r w:rsidRPr="00EB1A9B">
        <w:rPr>
          <w:rFonts w:ascii="Book Antiqua" w:hAnsi="Book Antiqua"/>
          <w:i/>
          <w:iCs/>
          <w:color w:val="000000" w:themeColor="text1"/>
          <w:sz w:val="22"/>
          <w:lang w:val="id-ID"/>
        </w:rPr>
        <w:t>Buku Pedoman Penulisan Tugas Akhir Program Studi S1 Sains Data FMIPA Unesa</w:t>
      </w:r>
      <w:r w:rsidRPr="00EB1A9B">
        <w:rPr>
          <w:rFonts w:ascii="Book Antiqua" w:hAnsi="Book Antiqua"/>
          <w:color w:val="000000" w:themeColor="text1"/>
          <w:sz w:val="22"/>
          <w:lang w:val="id-ID"/>
        </w:rPr>
        <w:t>. Surabaya: Unesa Press.</w:t>
      </w:r>
    </w:p>
    <w:p w14:paraId="5D3D0643" w14:textId="77777777" w:rsidR="003832E5" w:rsidRDefault="00721CE3" w:rsidP="00B73987">
      <w:pPr>
        <w:spacing w:after="0"/>
        <w:ind w:left="720" w:hanging="720"/>
        <w:jc w:val="both"/>
        <w:rPr>
          <w:rFonts w:ascii="Book Antiqua" w:hAnsi="Book Antiqua"/>
          <w:color w:val="000000" w:themeColor="text1"/>
          <w:sz w:val="22"/>
          <w:lang w:val="id-ID"/>
        </w:rPr>
      </w:pPr>
      <w:r w:rsidRPr="00EB1A9B">
        <w:rPr>
          <w:rFonts w:ascii="Book Antiqua" w:hAnsi="Book Antiqua"/>
          <w:color w:val="000000" w:themeColor="text1"/>
          <w:sz w:val="22"/>
          <w:lang w:val="id-ID"/>
        </w:rPr>
        <w:t xml:space="preserve">Wijaya, C., &amp; Susanti, E. (2024). Evaluasi Kinerja Recurrent Neural Network pada Data Runtut Waktu. </w:t>
      </w:r>
      <w:r w:rsidRPr="00EB1A9B">
        <w:rPr>
          <w:rFonts w:ascii="Book Antiqua" w:hAnsi="Book Antiqua"/>
          <w:i/>
          <w:iCs/>
          <w:color w:val="000000" w:themeColor="text1"/>
          <w:sz w:val="22"/>
          <w:lang w:val="id-ID"/>
        </w:rPr>
        <w:t>Jurnal Komputasi dan Informatika</w:t>
      </w:r>
      <w:r w:rsidRPr="00EB1A9B">
        <w:rPr>
          <w:rFonts w:ascii="Book Antiqua" w:hAnsi="Book Antiqua"/>
          <w:color w:val="000000" w:themeColor="text1"/>
          <w:sz w:val="22"/>
          <w:lang w:val="id-ID"/>
        </w:rPr>
        <w:t>, 11(1), 12–22.</w:t>
      </w:r>
    </w:p>
    <w:p w14:paraId="1709EC5D" w14:textId="09C3B4FC" w:rsidR="008104E3" w:rsidRDefault="008104E3" w:rsidP="008F3E9C"/>
    <w:p w14:paraId="15666C11" w14:textId="77777777" w:rsidR="008104E3" w:rsidRDefault="008104E3" w:rsidP="00B73987">
      <w:pPr>
        <w:spacing w:after="0"/>
        <w:ind w:left="720" w:hanging="720"/>
        <w:jc w:val="both"/>
        <w:rPr>
          <w:rFonts w:ascii="Book Antiqua" w:hAnsi="Book Antiqua"/>
          <w:color w:val="000000" w:themeColor="text1"/>
          <w:sz w:val="22"/>
          <w:lang w:val="id-ID"/>
        </w:rPr>
      </w:pPr>
    </w:p>
    <w:p w14:paraId="3CC6CB04" w14:textId="24CD11E0" w:rsidR="00CC4208" w:rsidRPr="00EB1A9B" w:rsidRDefault="00CC4208" w:rsidP="00B73987">
      <w:pPr>
        <w:spacing w:after="0"/>
        <w:ind w:left="720" w:hanging="720"/>
        <w:jc w:val="both"/>
        <w:rPr>
          <w:rFonts w:ascii="Book Antiqua" w:hAnsi="Book Antiqua"/>
          <w:color w:val="000000" w:themeColor="text1"/>
          <w:lang w:val="id-ID"/>
        </w:rPr>
      </w:pPr>
      <w:r>
        <w:rPr>
          <w:rFonts w:ascii="Book Antiqua" w:hAnsi="Book Antiqua"/>
          <w:color w:val="000000" w:themeColor="text1"/>
          <w:sz w:val="22"/>
          <w:lang w:val="id-ID"/>
        </w:rPr>
        <w:t>Penulisan sitasi dan daftar pustaka menggunakan APA style.</w:t>
      </w:r>
    </w:p>
    <w:sectPr w:rsidR="00CC4208" w:rsidRPr="00EB1A9B" w:rsidSect="00A34F9A">
      <w:footerReference w:type="default" r:id="rId11"/>
      <w:pgSz w:w="11909" w:h="16834"/>
      <w:pgMar w:top="1440" w:right="1440" w:bottom="1440" w:left="1872"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1EE7D" w14:textId="77777777" w:rsidR="004F31E5" w:rsidRDefault="004F31E5" w:rsidP="00324457">
      <w:pPr>
        <w:spacing w:after="0" w:line="240" w:lineRule="auto"/>
      </w:pPr>
      <w:r>
        <w:separator/>
      </w:r>
    </w:p>
  </w:endnote>
  <w:endnote w:type="continuationSeparator" w:id="0">
    <w:p w14:paraId="52BC9ABB" w14:textId="77777777" w:rsidR="004F31E5" w:rsidRDefault="004F31E5" w:rsidP="00324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99195"/>
      <w:docPartObj>
        <w:docPartGallery w:val="Page Numbers (Bottom of Page)"/>
        <w:docPartUnique/>
      </w:docPartObj>
    </w:sdtPr>
    <w:sdtEndPr>
      <w:rPr>
        <w:rFonts w:ascii="Book Antiqua" w:hAnsi="Book Antiqua"/>
        <w:noProof/>
        <w:sz w:val="22"/>
      </w:rPr>
    </w:sdtEndPr>
    <w:sdtContent>
      <w:p w14:paraId="3AEBAC6B" w14:textId="3993E9E0" w:rsidR="00401B68" w:rsidRPr="00401B68" w:rsidRDefault="00401B68">
        <w:pPr>
          <w:pStyle w:val="Footer"/>
          <w:jc w:val="center"/>
          <w:rPr>
            <w:rFonts w:ascii="Book Antiqua" w:hAnsi="Book Antiqua"/>
            <w:sz w:val="22"/>
          </w:rPr>
        </w:pPr>
        <w:r w:rsidRPr="00401B68">
          <w:rPr>
            <w:rFonts w:ascii="Book Antiqua" w:hAnsi="Book Antiqua"/>
            <w:sz w:val="22"/>
          </w:rPr>
          <w:fldChar w:fldCharType="begin"/>
        </w:r>
        <w:r w:rsidRPr="00401B68">
          <w:rPr>
            <w:rFonts w:ascii="Book Antiqua" w:hAnsi="Book Antiqua"/>
            <w:sz w:val="22"/>
          </w:rPr>
          <w:instrText xml:space="preserve"> PAGE   \* MERGEFORMAT </w:instrText>
        </w:r>
        <w:r w:rsidRPr="00401B68">
          <w:rPr>
            <w:rFonts w:ascii="Book Antiqua" w:hAnsi="Book Antiqua"/>
            <w:sz w:val="22"/>
          </w:rPr>
          <w:fldChar w:fldCharType="separate"/>
        </w:r>
        <w:r w:rsidRPr="00401B68">
          <w:rPr>
            <w:rFonts w:ascii="Book Antiqua" w:hAnsi="Book Antiqua"/>
            <w:noProof/>
            <w:sz w:val="22"/>
          </w:rPr>
          <w:t>2</w:t>
        </w:r>
        <w:r w:rsidRPr="00401B68">
          <w:rPr>
            <w:rFonts w:ascii="Book Antiqua" w:hAnsi="Book Antiqua"/>
            <w:noProof/>
            <w:sz w:val="22"/>
          </w:rPr>
          <w:fldChar w:fldCharType="end"/>
        </w:r>
      </w:p>
    </w:sdtContent>
  </w:sdt>
  <w:p w14:paraId="681AB357" w14:textId="77777777" w:rsidR="00401B68" w:rsidRDefault="00401B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707630"/>
      <w:docPartObj>
        <w:docPartGallery w:val="Page Numbers (Bottom of Page)"/>
        <w:docPartUnique/>
      </w:docPartObj>
    </w:sdtPr>
    <w:sdtEndPr>
      <w:rPr>
        <w:rFonts w:ascii="Book Antiqua" w:hAnsi="Book Antiqua"/>
        <w:noProof/>
        <w:sz w:val="22"/>
      </w:rPr>
    </w:sdtEndPr>
    <w:sdtContent>
      <w:p w14:paraId="4F7B163D" w14:textId="77777777" w:rsidR="00401B68" w:rsidRPr="00401B68" w:rsidRDefault="00401B68">
        <w:pPr>
          <w:pStyle w:val="Footer"/>
          <w:jc w:val="center"/>
          <w:rPr>
            <w:rFonts w:ascii="Book Antiqua" w:hAnsi="Book Antiqua"/>
            <w:sz w:val="22"/>
          </w:rPr>
        </w:pPr>
        <w:r w:rsidRPr="00401B68">
          <w:rPr>
            <w:rFonts w:ascii="Book Antiqua" w:hAnsi="Book Antiqua"/>
            <w:sz w:val="22"/>
          </w:rPr>
          <w:fldChar w:fldCharType="begin"/>
        </w:r>
        <w:r w:rsidRPr="00401B68">
          <w:rPr>
            <w:rFonts w:ascii="Book Antiqua" w:hAnsi="Book Antiqua"/>
            <w:sz w:val="22"/>
          </w:rPr>
          <w:instrText xml:space="preserve"> PAGE   \* MERGEFORMAT </w:instrText>
        </w:r>
        <w:r w:rsidRPr="00401B68">
          <w:rPr>
            <w:rFonts w:ascii="Book Antiqua" w:hAnsi="Book Antiqua"/>
            <w:sz w:val="22"/>
          </w:rPr>
          <w:fldChar w:fldCharType="separate"/>
        </w:r>
        <w:r w:rsidRPr="00401B68">
          <w:rPr>
            <w:rFonts w:ascii="Book Antiqua" w:hAnsi="Book Antiqua"/>
            <w:noProof/>
            <w:sz w:val="22"/>
          </w:rPr>
          <w:t>2</w:t>
        </w:r>
        <w:r w:rsidRPr="00401B68">
          <w:rPr>
            <w:rFonts w:ascii="Book Antiqua" w:hAnsi="Book Antiqua"/>
            <w:noProof/>
            <w:sz w:val="22"/>
          </w:rPr>
          <w:fldChar w:fldCharType="end"/>
        </w:r>
      </w:p>
    </w:sdtContent>
  </w:sdt>
  <w:p w14:paraId="40110344" w14:textId="77777777" w:rsidR="00401B68" w:rsidRDefault="00401B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9DBAD" w14:textId="77777777" w:rsidR="004F31E5" w:rsidRDefault="004F31E5" w:rsidP="00324457">
      <w:pPr>
        <w:spacing w:after="0" w:line="240" w:lineRule="auto"/>
      </w:pPr>
      <w:r>
        <w:separator/>
      </w:r>
    </w:p>
  </w:footnote>
  <w:footnote w:type="continuationSeparator" w:id="0">
    <w:p w14:paraId="4302E2E8" w14:textId="77777777" w:rsidR="004F31E5" w:rsidRDefault="004F31E5" w:rsidP="003244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BE61AF"/>
    <w:multiLevelType w:val="hybridMultilevel"/>
    <w:tmpl w:val="EA80B4F6"/>
    <w:lvl w:ilvl="0" w:tplc="636825E4">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0" w15:restartNumberingAfterBreak="0">
    <w:nsid w:val="17AE164E"/>
    <w:multiLevelType w:val="hybridMultilevel"/>
    <w:tmpl w:val="797645DE"/>
    <w:lvl w:ilvl="0" w:tplc="636825E4">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 w15:restartNumberingAfterBreak="0">
    <w:nsid w:val="1A817B1C"/>
    <w:multiLevelType w:val="hybridMultilevel"/>
    <w:tmpl w:val="68C23A1E"/>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 w15:restartNumberingAfterBreak="0">
    <w:nsid w:val="1AAD1FE2"/>
    <w:multiLevelType w:val="hybridMultilevel"/>
    <w:tmpl w:val="E89C6108"/>
    <w:lvl w:ilvl="0" w:tplc="7A489E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FF1B1D"/>
    <w:multiLevelType w:val="hybridMultilevel"/>
    <w:tmpl w:val="A1F23FF0"/>
    <w:lvl w:ilvl="0" w:tplc="636825E4">
      <w:start w:val="1"/>
      <w:numFmt w:val="decimal"/>
      <w:lvlText w:val="%1."/>
      <w:lvlJc w:val="left"/>
      <w:pPr>
        <w:ind w:left="1512"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4" w15:restartNumberingAfterBreak="0">
    <w:nsid w:val="451F68CB"/>
    <w:multiLevelType w:val="multilevel"/>
    <w:tmpl w:val="F9DCFF6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4F036B1E"/>
    <w:multiLevelType w:val="hybridMultilevel"/>
    <w:tmpl w:val="508ED5A0"/>
    <w:lvl w:ilvl="0" w:tplc="636825E4">
      <w:start w:val="1"/>
      <w:numFmt w:val="decimal"/>
      <w:lvlText w:val="%1."/>
      <w:lvlJc w:val="left"/>
      <w:pPr>
        <w:ind w:left="1512"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6" w15:restartNumberingAfterBreak="0">
    <w:nsid w:val="55FC765E"/>
    <w:multiLevelType w:val="hybridMultilevel"/>
    <w:tmpl w:val="6CD6DD70"/>
    <w:lvl w:ilvl="0" w:tplc="636825E4">
      <w:start w:val="1"/>
      <w:numFmt w:val="decimal"/>
      <w:lvlText w:val="%1."/>
      <w:lvlJc w:val="left"/>
      <w:pPr>
        <w:ind w:left="1512"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 w15:restartNumberingAfterBreak="0">
    <w:nsid w:val="5948619D"/>
    <w:multiLevelType w:val="multilevel"/>
    <w:tmpl w:val="EA9AA476"/>
    <w:lvl w:ilvl="0">
      <w:start w:val="1"/>
      <w:numFmt w:val="decimal"/>
      <w:lvlText w:val="%1."/>
      <w:lvlJc w:val="left"/>
      <w:pPr>
        <w:ind w:left="936" w:hanging="360"/>
      </w:pPr>
      <w:rPr>
        <w:rFonts w:hint="default"/>
      </w:rPr>
    </w:lvl>
    <w:lvl w:ilvl="1">
      <w:start w:val="1"/>
      <w:numFmt w:val="decimal"/>
      <w:isLgl/>
      <w:lvlText w:val="%1.%2"/>
      <w:lvlJc w:val="left"/>
      <w:pPr>
        <w:ind w:left="936" w:hanging="360"/>
      </w:pPr>
      <w:rPr>
        <w:rFonts w:hint="default"/>
        <w:b/>
      </w:rPr>
    </w:lvl>
    <w:lvl w:ilvl="2">
      <w:start w:val="1"/>
      <w:numFmt w:val="decimal"/>
      <w:isLgl/>
      <w:lvlText w:val="%1.%2.%3"/>
      <w:lvlJc w:val="left"/>
      <w:pPr>
        <w:ind w:left="1296" w:hanging="720"/>
      </w:pPr>
      <w:rPr>
        <w:rFonts w:hint="default"/>
        <w:b/>
      </w:rPr>
    </w:lvl>
    <w:lvl w:ilvl="3">
      <w:start w:val="1"/>
      <w:numFmt w:val="decimal"/>
      <w:isLgl/>
      <w:lvlText w:val="%1.%2.%3.%4"/>
      <w:lvlJc w:val="left"/>
      <w:pPr>
        <w:ind w:left="1296" w:hanging="720"/>
      </w:pPr>
      <w:rPr>
        <w:rFonts w:hint="default"/>
        <w:b/>
      </w:rPr>
    </w:lvl>
    <w:lvl w:ilvl="4">
      <w:start w:val="1"/>
      <w:numFmt w:val="decimal"/>
      <w:isLgl/>
      <w:lvlText w:val="%1.%2.%3.%4.%5"/>
      <w:lvlJc w:val="left"/>
      <w:pPr>
        <w:ind w:left="1656" w:hanging="1080"/>
      </w:pPr>
      <w:rPr>
        <w:rFonts w:hint="default"/>
        <w:b/>
      </w:rPr>
    </w:lvl>
    <w:lvl w:ilvl="5">
      <w:start w:val="1"/>
      <w:numFmt w:val="decimal"/>
      <w:isLgl/>
      <w:lvlText w:val="%1.%2.%3.%4.%5.%6"/>
      <w:lvlJc w:val="left"/>
      <w:pPr>
        <w:ind w:left="1656" w:hanging="1080"/>
      </w:pPr>
      <w:rPr>
        <w:rFonts w:hint="default"/>
        <w:b/>
      </w:rPr>
    </w:lvl>
    <w:lvl w:ilvl="6">
      <w:start w:val="1"/>
      <w:numFmt w:val="decimal"/>
      <w:isLgl/>
      <w:lvlText w:val="%1.%2.%3.%4.%5.%6.%7"/>
      <w:lvlJc w:val="left"/>
      <w:pPr>
        <w:ind w:left="2016" w:hanging="1440"/>
      </w:pPr>
      <w:rPr>
        <w:rFonts w:hint="default"/>
        <w:b/>
      </w:rPr>
    </w:lvl>
    <w:lvl w:ilvl="7">
      <w:start w:val="1"/>
      <w:numFmt w:val="decimal"/>
      <w:isLgl/>
      <w:lvlText w:val="%1.%2.%3.%4.%5.%6.%7.%8"/>
      <w:lvlJc w:val="left"/>
      <w:pPr>
        <w:ind w:left="2376" w:hanging="1800"/>
      </w:pPr>
      <w:rPr>
        <w:rFonts w:hint="default"/>
        <w:b/>
      </w:rPr>
    </w:lvl>
    <w:lvl w:ilvl="8">
      <w:start w:val="1"/>
      <w:numFmt w:val="decimal"/>
      <w:isLgl/>
      <w:lvlText w:val="%1.%2.%3.%4.%5.%6.%7.%8.%9"/>
      <w:lvlJc w:val="left"/>
      <w:pPr>
        <w:ind w:left="2376" w:hanging="1800"/>
      </w:pPr>
      <w:rPr>
        <w:rFonts w:hint="default"/>
        <w:b/>
      </w:rPr>
    </w:lvl>
  </w:abstractNum>
  <w:abstractNum w:abstractNumId="18" w15:restartNumberingAfterBreak="0">
    <w:nsid w:val="6D33139A"/>
    <w:multiLevelType w:val="multilevel"/>
    <w:tmpl w:val="F1B06D1C"/>
    <w:lvl w:ilvl="0">
      <w:start w:val="1"/>
      <w:numFmt w:val="decimal"/>
      <w:lvlText w:val="%1."/>
      <w:lvlJc w:val="left"/>
      <w:pPr>
        <w:ind w:left="936" w:hanging="360"/>
      </w:pPr>
      <w:rPr>
        <w:rFonts w:hint="default"/>
      </w:rPr>
    </w:lvl>
    <w:lvl w:ilvl="1">
      <w:start w:val="1"/>
      <w:numFmt w:val="decimal"/>
      <w:isLgl/>
      <w:lvlText w:val="%1.%2"/>
      <w:lvlJc w:val="left"/>
      <w:pPr>
        <w:ind w:left="936" w:hanging="360"/>
      </w:pPr>
      <w:rPr>
        <w:rFonts w:hint="default"/>
        <w:b/>
        <w:i w:val="0"/>
        <w:iCs w:val="0"/>
      </w:rPr>
    </w:lvl>
    <w:lvl w:ilvl="2">
      <w:start w:val="1"/>
      <w:numFmt w:val="decimal"/>
      <w:isLgl/>
      <w:lvlText w:val="%1.%2.%3"/>
      <w:lvlJc w:val="left"/>
      <w:pPr>
        <w:ind w:left="1296" w:hanging="720"/>
      </w:pPr>
      <w:rPr>
        <w:rFonts w:hint="default"/>
        <w:b/>
      </w:rPr>
    </w:lvl>
    <w:lvl w:ilvl="3">
      <w:start w:val="1"/>
      <w:numFmt w:val="decimal"/>
      <w:isLgl/>
      <w:lvlText w:val="%1.%2.%3.%4"/>
      <w:lvlJc w:val="left"/>
      <w:pPr>
        <w:ind w:left="1656" w:hanging="1080"/>
      </w:pPr>
      <w:rPr>
        <w:rFonts w:hint="default"/>
        <w:b/>
      </w:rPr>
    </w:lvl>
    <w:lvl w:ilvl="4">
      <w:start w:val="1"/>
      <w:numFmt w:val="decimal"/>
      <w:isLgl/>
      <w:lvlText w:val="%1.%2.%3.%4.%5"/>
      <w:lvlJc w:val="left"/>
      <w:pPr>
        <w:ind w:left="1656" w:hanging="1080"/>
      </w:pPr>
      <w:rPr>
        <w:rFonts w:hint="default"/>
        <w:b/>
      </w:rPr>
    </w:lvl>
    <w:lvl w:ilvl="5">
      <w:start w:val="1"/>
      <w:numFmt w:val="decimal"/>
      <w:isLgl/>
      <w:lvlText w:val="%1.%2.%3.%4.%5.%6"/>
      <w:lvlJc w:val="left"/>
      <w:pPr>
        <w:ind w:left="2016" w:hanging="1440"/>
      </w:pPr>
      <w:rPr>
        <w:rFonts w:hint="default"/>
        <w:b/>
      </w:rPr>
    </w:lvl>
    <w:lvl w:ilvl="6">
      <w:start w:val="1"/>
      <w:numFmt w:val="decimal"/>
      <w:isLgl/>
      <w:lvlText w:val="%1.%2.%3.%4.%5.%6.%7"/>
      <w:lvlJc w:val="left"/>
      <w:pPr>
        <w:ind w:left="2016" w:hanging="1440"/>
      </w:pPr>
      <w:rPr>
        <w:rFonts w:hint="default"/>
        <w:b/>
      </w:rPr>
    </w:lvl>
    <w:lvl w:ilvl="7">
      <w:start w:val="1"/>
      <w:numFmt w:val="decimal"/>
      <w:isLgl/>
      <w:lvlText w:val="%1.%2.%3.%4.%5.%6.%7.%8"/>
      <w:lvlJc w:val="left"/>
      <w:pPr>
        <w:ind w:left="2376" w:hanging="1800"/>
      </w:pPr>
      <w:rPr>
        <w:rFonts w:hint="default"/>
        <w:b/>
      </w:rPr>
    </w:lvl>
    <w:lvl w:ilvl="8">
      <w:start w:val="1"/>
      <w:numFmt w:val="decimal"/>
      <w:isLgl/>
      <w:lvlText w:val="%1.%2.%3.%4.%5.%6.%7.%8.%9"/>
      <w:lvlJc w:val="left"/>
      <w:pPr>
        <w:ind w:left="2376" w:hanging="1800"/>
      </w:pPr>
      <w:rPr>
        <w:rFonts w:hint="default"/>
        <w:b/>
      </w:rPr>
    </w:lvl>
  </w:abstractNum>
  <w:abstractNum w:abstractNumId="19" w15:restartNumberingAfterBreak="0">
    <w:nsid w:val="79852374"/>
    <w:multiLevelType w:val="hybridMultilevel"/>
    <w:tmpl w:val="95E0296C"/>
    <w:lvl w:ilvl="0" w:tplc="636825E4">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071006083">
    <w:abstractNumId w:val="8"/>
  </w:num>
  <w:num w:numId="2" w16cid:durableId="723137934">
    <w:abstractNumId w:val="6"/>
  </w:num>
  <w:num w:numId="3" w16cid:durableId="1541898089">
    <w:abstractNumId w:val="5"/>
  </w:num>
  <w:num w:numId="4" w16cid:durableId="729041483">
    <w:abstractNumId w:val="4"/>
  </w:num>
  <w:num w:numId="5" w16cid:durableId="416170123">
    <w:abstractNumId w:val="7"/>
  </w:num>
  <w:num w:numId="6" w16cid:durableId="2126190433">
    <w:abstractNumId w:val="3"/>
  </w:num>
  <w:num w:numId="7" w16cid:durableId="1882858877">
    <w:abstractNumId w:val="2"/>
  </w:num>
  <w:num w:numId="8" w16cid:durableId="1069308198">
    <w:abstractNumId w:val="1"/>
  </w:num>
  <w:num w:numId="9" w16cid:durableId="1629432603">
    <w:abstractNumId w:val="0"/>
  </w:num>
  <w:num w:numId="10" w16cid:durableId="1766271023">
    <w:abstractNumId w:val="12"/>
  </w:num>
  <w:num w:numId="11" w16cid:durableId="249890900">
    <w:abstractNumId w:val="14"/>
  </w:num>
  <w:num w:numId="12" w16cid:durableId="1091047361">
    <w:abstractNumId w:val="11"/>
  </w:num>
  <w:num w:numId="13" w16cid:durableId="2047901148">
    <w:abstractNumId w:val="9"/>
  </w:num>
  <w:num w:numId="14" w16cid:durableId="792554575">
    <w:abstractNumId w:val="16"/>
  </w:num>
  <w:num w:numId="15" w16cid:durableId="957374528">
    <w:abstractNumId w:val="17"/>
  </w:num>
  <w:num w:numId="16" w16cid:durableId="114179241">
    <w:abstractNumId w:val="15"/>
  </w:num>
  <w:num w:numId="17" w16cid:durableId="688143725">
    <w:abstractNumId w:val="10"/>
  </w:num>
  <w:num w:numId="18" w16cid:durableId="2041516707">
    <w:abstractNumId w:val="13"/>
  </w:num>
  <w:num w:numId="19" w16cid:durableId="723867146">
    <w:abstractNumId w:val="18"/>
  </w:num>
  <w:num w:numId="20" w16cid:durableId="71763018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58A4"/>
    <w:rsid w:val="0015074B"/>
    <w:rsid w:val="00192BC0"/>
    <w:rsid w:val="00196E4B"/>
    <w:rsid w:val="001C4E8D"/>
    <w:rsid w:val="001E0361"/>
    <w:rsid w:val="001F4C87"/>
    <w:rsid w:val="00245BA9"/>
    <w:rsid w:val="00264D7F"/>
    <w:rsid w:val="0029639D"/>
    <w:rsid w:val="00296825"/>
    <w:rsid w:val="002B4A62"/>
    <w:rsid w:val="002B736E"/>
    <w:rsid w:val="002E0D8C"/>
    <w:rsid w:val="00324457"/>
    <w:rsid w:val="00326F90"/>
    <w:rsid w:val="00341D05"/>
    <w:rsid w:val="003511D2"/>
    <w:rsid w:val="003832E5"/>
    <w:rsid w:val="00396FFC"/>
    <w:rsid w:val="003A4E6B"/>
    <w:rsid w:val="003D6EB9"/>
    <w:rsid w:val="00401B68"/>
    <w:rsid w:val="00476D09"/>
    <w:rsid w:val="004D5D98"/>
    <w:rsid w:val="004F31E5"/>
    <w:rsid w:val="00594E87"/>
    <w:rsid w:val="005F2747"/>
    <w:rsid w:val="0063320B"/>
    <w:rsid w:val="006D340E"/>
    <w:rsid w:val="006F78F9"/>
    <w:rsid w:val="00721CE3"/>
    <w:rsid w:val="007232DC"/>
    <w:rsid w:val="00771BE3"/>
    <w:rsid w:val="007C21D6"/>
    <w:rsid w:val="007E09A7"/>
    <w:rsid w:val="007E5B63"/>
    <w:rsid w:val="008104E3"/>
    <w:rsid w:val="008567BE"/>
    <w:rsid w:val="008648A7"/>
    <w:rsid w:val="008B0DC3"/>
    <w:rsid w:val="008C21B5"/>
    <w:rsid w:val="008F3E9C"/>
    <w:rsid w:val="009107FA"/>
    <w:rsid w:val="00952412"/>
    <w:rsid w:val="00A014DF"/>
    <w:rsid w:val="00A15298"/>
    <w:rsid w:val="00A34F9A"/>
    <w:rsid w:val="00A4510E"/>
    <w:rsid w:val="00A80DF2"/>
    <w:rsid w:val="00A97ADF"/>
    <w:rsid w:val="00AA1D8D"/>
    <w:rsid w:val="00AE5235"/>
    <w:rsid w:val="00AF34EA"/>
    <w:rsid w:val="00B47730"/>
    <w:rsid w:val="00B72A3F"/>
    <w:rsid w:val="00B73987"/>
    <w:rsid w:val="00B96C8D"/>
    <w:rsid w:val="00BB06B5"/>
    <w:rsid w:val="00BE2B5F"/>
    <w:rsid w:val="00BF4B6A"/>
    <w:rsid w:val="00C47B80"/>
    <w:rsid w:val="00CA3910"/>
    <w:rsid w:val="00CA77DB"/>
    <w:rsid w:val="00CB0664"/>
    <w:rsid w:val="00CC4208"/>
    <w:rsid w:val="00CE2BCD"/>
    <w:rsid w:val="00DA315F"/>
    <w:rsid w:val="00E338B9"/>
    <w:rsid w:val="00EA3E73"/>
    <w:rsid w:val="00EA71D4"/>
    <w:rsid w:val="00EB1A9B"/>
    <w:rsid w:val="00F42DEE"/>
    <w:rsid w:val="00F439C7"/>
    <w:rsid w:val="00F62F97"/>
    <w:rsid w:val="00FA56A5"/>
    <w:rsid w:val="00FC25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DF7804"/>
  <w14:defaultImageDpi w14:val="300"/>
  <w15:docId w15:val="{FA213A26-C6CF-446D-ADFD-C334195F8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color w:val="333333"/>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63320B"/>
    <w:rPr>
      <w:color w:val="666666"/>
    </w:rPr>
  </w:style>
  <w:style w:type="paragraph" w:styleId="TOC1">
    <w:name w:val="toc 1"/>
    <w:basedOn w:val="Normal"/>
    <w:next w:val="Normal"/>
    <w:autoRedefine/>
    <w:uiPriority w:val="39"/>
    <w:unhideWhenUsed/>
    <w:rsid w:val="00B73987"/>
    <w:pPr>
      <w:spacing w:after="100"/>
    </w:pPr>
  </w:style>
  <w:style w:type="paragraph" w:styleId="TOC2">
    <w:name w:val="toc 2"/>
    <w:basedOn w:val="Normal"/>
    <w:next w:val="Normal"/>
    <w:autoRedefine/>
    <w:uiPriority w:val="39"/>
    <w:unhideWhenUsed/>
    <w:rsid w:val="00B73987"/>
    <w:pPr>
      <w:spacing w:after="100"/>
      <w:ind w:left="240"/>
    </w:pPr>
  </w:style>
  <w:style w:type="character" w:styleId="Hyperlink">
    <w:name w:val="Hyperlink"/>
    <w:basedOn w:val="DefaultParagraphFont"/>
    <w:uiPriority w:val="99"/>
    <w:unhideWhenUsed/>
    <w:rsid w:val="00B73987"/>
    <w:rPr>
      <w:color w:val="0000FF" w:themeColor="hyperlink"/>
      <w:u w:val="single"/>
    </w:rPr>
  </w:style>
  <w:style w:type="paragraph" w:styleId="Bibliography">
    <w:name w:val="Bibliography"/>
    <w:basedOn w:val="Normal"/>
    <w:next w:val="Normal"/>
    <w:uiPriority w:val="37"/>
    <w:unhideWhenUsed/>
    <w:rsid w:val="008104E3"/>
    <w:pPr>
      <w:spacing w:after="160" w:line="259" w:lineRule="auto"/>
    </w:pPr>
    <w:rPr>
      <w:rFonts w:asciiTheme="minorHAnsi" w:eastAsiaTheme="minorHAnsi" w:hAnsiTheme="minorHAnsi"/>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20442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F9331-7110-4C6F-9751-AE38977A6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1369</Words>
  <Characters>8793</Characters>
  <Application>Microsoft Office Word</Application>
  <DocSecurity>0</DocSecurity>
  <Lines>549</Lines>
  <Paragraphs>230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Dinda Galuh Guminta</cp:lastModifiedBy>
  <cp:revision>50</cp:revision>
  <cp:lastPrinted>2026-08-19T12:54:00Z</cp:lastPrinted>
  <dcterms:created xsi:type="dcterms:W3CDTF">2026-08-18T15:55:00Z</dcterms:created>
  <dcterms:modified xsi:type="dcterms:W3CDTF">2026-08-19T12:59:00Z</dcterms:modified>
  <cp:category/>
</cp:coreProperties>
</file>